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Walking with Jesus through Mark</w:t>
      </w:r>
    </w:p>
    <w:p>
      <w:r>
        <w:t>Erling Thu Academy for Discipleship</w:t>
      </w:r>
    </w:p>
    <w:p>
      <w:r>
        <w:t>Complete course manuscript with six modules and 86 lessons</w:t>
      </w:r>
    </w:p>
    <w:p>
      <w:r>
        <w:t>What might we discover if we stopped rushing through the Bible and instead walked slowly with Jesus through the Gospel of Mark? This course invites you to read, listen and follow. We will see what Jesus says and does, and let our encounter with him shape our lives.</w:t>
      </w:r>
    </w:p>
    <w:p>
      <w:r>
        <w:t>I often advise new Christians to begin with the Gospel of Mark when they start reading the Bible. I think Mark is a good place to begin. It is the shortest Gospel. There are many brief passages, and things are happening all the time. There is plenty of action and little theory. The life and ministry of Jesus are at the centre. The storytelling is concentrated and direct, without much digression. It is a good place to begin walking with Jesus.</w:t>
      </w:r>
    </w:p>
    <w:p>
      <w:pPr>
        <w:pStyle w:val="Heading1"/>
      </w:pPr>
      <w:r>
        <w:t>How to use the course</w:t>
      </w:r>
    </w:p>
    <w:p>
      <w:r>
        <w:t>Read the Bible passage before reading the commentary. Pause at a word, an action or a question that moves you. Then read the teaching and return to the Bible passage. What does it actually say, and what does the commentary help you discover? Finish with prayer and a practical step in everyday life. You can work on your own, but do share what you discover with someone you are following Jesus with.</w:t>
      </w:r>
    </w:p>
    <w:p>
      <w:r>
        <w:t>We use the Norwegian Bible Society’s 2024 Nynorsk translation and may compare it with the New Living Translation where the commentaries refer to it. Read the whole passage in your Bible. Comparing translations should help us see the text more clearly. A word must always be read in its context.</w:t>
      </w:r>
    </w:p>
    <w:p>
      <w:r>
        <w:t>Allow 10–15 minutes, and longer when a passage calls for reflection. After six readings, you can take a day to reread, pray and share. This is a rhythm you can adapt, not a demand to hurry on.</w:t>
      </w:r>
    </w:p>
    <w:p>
      <w:pPr>
        <w:pStyle w:val="Heading1"/>
      </w:pPr>
      <w:r>
        <w:t>The six modules</w:t>
      </w:r>
    </w:p>
    <w:p>
      <w:pPr>
        <w:pStyle w:val="Heading2"/>
      </w:pPr>
      <w:r>
        <w:t>Module 1 Jesus calls us to follow</w:t>
      </w:r>
    </w:p>
    <w:p>
      <w:r>
        <w:t>Mark 1:1–3:6. Jesus’ baptism, God’s kingdom, the call and Jesus’ authority.</w:t>
      </w:r>
    </w:p>
    <w:p>
      <w:pPr>
        <w:pStyle w:val="Heading2"/>
      </w:pPr>
      <w:r>
        <w:t>Module 2 Being with Jesus and hearing his word</w:t>
      </w:r>
    </w:p>
    <w:p>
      <w:r>
        <w:t>Mark 3:7–6:6. The Twelve, Jesus’ family, the parables, faith and opposition.</w:t>
      </w:r>
    </w:p>
    <w:p>
      <w:pPr>
        <w:pStyle w:val="Heading2"/>
      </w:pPr>
      <w:r>
        <w:t>Module 3 Sent by Jesus and learning to see</w:t>
      </w:r>
    </w:p>
    <w:p>
      <w:r>
        <w:t>Mark 6:7–8:30. Being sent out, bread, clean hearts and the confession of Jesus as Messiah.</w:t>
      </w:r>
    </w:p>
    <w:p>
      <w:pPr>
        <w:pStyle w:val="Heading2"/>
      </w:pPr>
      <w:r>
        <w:t>Module 4 Following Jesus on the way to the cross</w:t>
      </w:r>
    </w:p>
    <w:p>
      <w:r>
        <w:t>Mark 8:31–10:52. The cross, prayer, service, children, possessions and open eyes.</w:t>
      </w:r>
    </w:p>
    <w:p>
      <w:pPr>
        <w:pStyle w:val="Heading2"/>
      </w:pPr>
      <w:r>
        <w:t>Module 5 Jesus in Jerusalem</w:t>
      </w:r>
    </w:p>
    <w:p>
      <w:r>
        <w:t>Mark 11:1–13:37. The King, the temple, the command to love and the call to stay awake.</w:t>
      </w:r>
    </w:p>
    <w:p>
      <w:pPr>
        <w:pStyle w:val="Heading2"/>
      </w:pPr>
      <w:r>
        <w:t>Module 6 The cross and resurrection</w:t>
      </w:r>
    </w:p>
    <w:p>
      <w:r>
        <w:t>Mark 14:1–16:20. The final night, Jesus’ death, the empty tomb and the sending out.</w:t>
      </w:r>
    </w:p>
    <w:p>
      <w:pPr>
        <w:pStyle w:val="Heading1"/>
      </w:pPr>
      <w:r>
        <w:t>The shape of the lessons</w:t>
      </w:r>
    </w:p>
    <w:p>
      <w:r>
        <w:t>Each lesson begins with the Bible passage and a brief invitation to enter the story. The commentaries carry the teaching. The questions help us look closely and discover who Jesus is, what God’s kingdom means and how we can follow him. Reflect, Together and Live it out carry the reading into life. We finish with a short prayer.</w:t>
      </w:r>
    </w:p>
    <w:p>
      <w:r>
        <w:t>The course covers the whole Gospel of Mark in six modules with 86 lessons. Your commentaries carry the teaching. Introductions, questions, practical steps and closing prayers have been added for use in the course. The commentary on the feeding of the five thousand and the revised texts for Mark 16 have been incorporated.</w:t>
      </w:r>
    </w:p>
    <w:p>
      <w:pPr>
        <w:pStyle w:val="Heading1"/>
        <w:pageBreakBefore/>
      </w:pPr>
      <w:r>
        <w:t>Lesson overview</w:t>
      </w:r>
    </w:p>
    <w:p>
      <w:pPr>
        <w:pStyle w:val="Heading2"/>
      </w:pPr>
      <w:r>
        <w:t>Module 1 Jesus calls us to follow</w:t>
      </w:r>
    </w:p>
    <w:p>
      <w:pPr>
        <w:spacing w:after="60" w:line="240" w:lineRule="auto"/>
      </w:pPr>
      <w:r>
        <w:t>Lesson 1 John the Baptist prepares the way</w:t>
      </w:r>
    </w:p>
    <w:p>
      <w:pPr>
        <w:spacing w:after="60" w:line="240" w:lineRule="auto"/>
      </w:pPr>
      <w:r>
        <w:t>Lesson 2 The baptism and temptation of Jesus</w:t>
      </w:r>
    </w:p>
    <w:p>
      <w:pPr>
        <w:spacing w:after="60" w:line="240" w:lineRule="auto"/>
      </w:pPr>
      <w:r>
        <w:t>Lesson 3 The time has come</w:t>
      </w:r>
    </w:p>
    <w:p>
      <w:pPr>
        <w:spacing w:after="60" w:line="240" w:lineRule="auto"/>
      </w:pPr>
      <w:r>
        <w:t>Lesson 4 Come and follow me</w:t>
      </w:r>
    </w:p>
    <w:p>
      <w:pPr>
        <w:spacing w:after="60" w:line="240" w:lineRule="auto"/>
      </w:pPr>
      <w:r>
        <w:t>Lesson 5 Jesus’ words carry authority</w:t>
      </w:r>
    </w:p>
    <w:p>
      <w:pPr>
        <w:spacing w:after="60" w:line="240" w:lineRule="auto"/>
      </w:pPr>
      <w:r>
        <w:t>Lesson 6 Prayer and mission</w:t>
      </w:r>
    </w:p>
    <w:p>
      <w:pPr>
        <w:spacing w:after="60" w:line="240" w:lineRule="auto"/>
      </w:pPr>
      <w:r>
        <w:t>Lesson 7 Jesus touches the man with leprosy</w:t>
      </w:r>
    </w:p>
    <w:p>
      <w:pPr>
        <w:spacing w:after="60" w:line="240" w:lineRule="auto"/>
      </w:pPr>
      <w:r>
        <w:t>Lesson 8 Jesus heals a paralysed man</w:t>
      </w:r>
    </w:p>
    <w:p>
      <w:pPr>
        <w:spacing w:after="60" w:line="240" w:lineRule="auto"/>
      </w:pPr>
      <w:r>
        <w:t>Lesson 9 Jesus calls Levi</w:t>
      </w:r>
    </w:p>
    <w:p>
      <w:pPr>
        <w:spacing w:after="60" w:line="240" w:lineRule="auto"/>
      </w:pPr>
      <w:r>
        <w:t>Lesson 10 Feasting and fasting</w:t>
      </w:r>
    </w:p>
    <w:p>
      <w:pPr>
        <w:spacing w:after="60" w:line="240" w:lineRule="auto"/>
      </w:pPr>
      <w:r>
        <w:t>Lesson 11 Jesus and the Sabbath</w:t>
      </w:r>
    </w:p>
    <w:p>
      <w:pPr>
        <w:spacing w:after="60" w:line="240" w:lineRule="auto"/>
      </w:pPr>
      <w:r>
        <w:t>Lesson 12 Jesus heals on the Sabbath</w:t>
      </w:r>
    </w:p>
    <w:p>
      <w:pPr>
        <w:pStyle w:val="Heading2"/>
      </w:pPr>
      <w:r>
        <w:t>Module 2 Being with Jesus and hearing his word</w:t>
      </w:r>
    </w:p>
    <w:p>
      <w:pPr>
        <w:spacing w:after="60" w:line="240" w:lineRule="auto"/>
      </w:pPr>
      <w:r>
        <w:t>Lesson 1 The people gather around Jesus</w:t>
      </w:r>
    </w:p>
    <w:p>
      <w:pPr>
        <w:spacing w:after="60" w:line="240" w:lineRule="auto"/>
      </w:pPr>
      <w:r>
        <w:t>Lesson 2 They were to be with him</w:t>
      </w:r>
    </w:p>
    <w:p>
      <w:pPr>
        <w:spacing w:after="60" w:line="240" w:lineRule="auto"/>
      </w:pPr>
      <w:r>
        <w:t>Lesson 3 Who is Jesus' family?</w:t>
      </w:r>
    </w:p>
    <w:p>
      <w:pPr>
        <w:spacing w:after="60" w:line="240" w:lineRule="auto"/>
      </w:pPr>
      <w:r>
        <w:t>Lesson 4 The word and the soil</w:t>
      </w:r>
    </w:p>
    <w:p>
      <w:pPr>
        <w:spacing w:after="60" w:line="240" w:lineRule="auto"/>
      </w:pPr>
      <w:r>
        <w:t>Lesson 5 Understanding the stories</w:t>
      </w:r>
    </w:p>
    <w:p>
      <w:pPr>
        <w:spacing w:after="60" w:line="240" w:lineRule="auto"/>
      </w:pPr>
      <w:r>
        <w:t>Lesson 6 Pay attention to how you listen</w:t>
      </w:r>
    </w:p>
    <w:p>
      <w:pPr>
        <w:spacing w:after="60" w:line="240" w:lineRule="auto"/>
      </w:pPr>
      <w:r>
        <w:t>Lesson 7 The growing seed</w:t>
      </w:r>
    </w:p>
    <w:p>
      <w:pPr>
        <w:spacing w:after="60" w:line="240" w:lineRule="auto"/>
      </w:pPr>
      <w:r>
        <w:t>Lesson 8 The little mustard seed</w:t>
      </w:r>
    </w:p>
    <w:p>
      <w:pPr>
        <w:spacing w:after="60" w:line="240" w:lineRule="auto"/>
      </w:pPr>
      <w:r>
        <w:t>Lesson 9 Who is this?</w:t>
      </w:r>
    </w:p>
    <w:p>
      <w:pPr>
        <w:spacing w:after="60" w:line="240" w:lineRule="auto"/>
      </w:pPr>
      <w:r>
        <w:t>Lesson 10 The man who was sent home</w:t>
      </w:r>
    </w:p>
    <w:p>
      <w:pPr>
        <w:spacing w:after="60" w:line="240" w:lineRule="auto"/>
      </w:pPr>
      <w:r>
        <w:t>Lesson 11 Two daughters</w:t>
      </w:r>
    </w:p>
    <w:p>
      <w:pPr>
        <w:spacing w:after="60" w:line="240" w:lineRule="auto"/>
      </w:pPr>
      <w:r>
        <w:t>Lesson 12 The carpenter</w:t>
      </w:r>
    </w:p>
    <w:p>
      <w:pPr>
        <w:pStyle w:val="Heading2"/>
      </w:pPr>
      <w:r>
        <w:t>Module 3 Sent by Jesus and learning to see</w:t>
      </w:r>
    </w:p>
    <w:p>
      <w:pPr>
        <w:spacing w:after="60" w:line="240" w:lineRule="auto"/>
      </w:pPr>
      <w:r>
        <w:t>Lesson 1 Only a staff</w:t>
      </w:r>
    </w:p>
    <w:p>
      <w:pPr>
        <w:spacing w:after="60" w:line="240" w:lineRule="auto"/>
      </w:pPr>
      <w:r>
        <w:t>Lesson 2 Herod enjoyed listening</w:t>
      </w:r>
    </w:p>
    <w:p>
      <w:pPr>
        <w:spacing w:after="60" w:line="240" w:lineRule="auto"/>
      </w:pPr>
      <w:r>
        <w:t>Lesson 3 You give them something to eat</w:t>
      </w:r>
    </w:p>
    <w:p>
      <w:pPr>
        <w:spacing w:after="60" w:line="240" w:lineRule="auto"/>
      </w:pPr>
      <w:r>
        <w:t>Lesson 4 A night watch on the lake</w:t>
      </w:r>
    </w:p>
    <w:p>
      <w:pPr>
        <w:spacing w:after="60" w:line="240" w:lineRule="auto"/>
      </w:pPr>
      <w:r>
        <w:t>Lesson 5 Clean hands</w:t>
      </w:r>
    </w:p>
    <w:p>
      <w:pPr>
        <w:spacing w:after="60" w:line="240" w:lineRule="auto"/>
      </w:pPr>
      <w:r>
        <w:t>Lesson 6 The crumbs under the table</w:t>
      </w:r>
    </w:p>
    <w:p>
      <w:pPr>
        <w:spacing w:after="60" w:line="240" w:lineRule="auto"/>
      </w:pPr>
      <w:r>
        <w:t>Lesson 7 Ephphatha</w:t>
      </w:r>
    </w:p>
    <w:p>
      <w:pPr>
        <w:spacing w:after="60" w:line="240" w:lineRule="auto"/>
      </w:pPr>
      <w:r>
        <w:t>Lesson 8 I have compassion for the people</w:t>
      </w:r>
    </w:p>
    <w:p>
      <w:pPr>
        <w:spacing w:after="60" w:line="240" w:lineRule="auto"/>
      </w:pPr>
      <w:r>
        <w:t>Lesson 9 No sign</w:t>
      </w:r>
    </w:p>
    <w:p>
      <w:pPr>
        <w:spacing w:after="60" w:line="240" w:lineRule="auto"/>
      </w:pPr>
      <w:r>
        <w:t>Lesson 10 Only one loaf in the boat</w:t>
      </w:r>
    </w:p>
    <w:p>
      <w:pPr>
        <w:spacing w:after="60" w:line="240" w:lineRule="auto"/>
      </w:pPr>
      <w:r>
        <w:t>Lesson 11 People who look like trees</w:t>
      </w:r>
    </w:p>
    <w:p>
      <w:pPr>
        <w:spacing w:after="60" w:line="240" w:lineRule="auto"/>
      </w:pPr>
      <w:r>
        <w:t>Lesson 12 Who do you say I am?</w:t>
      </w:r>
    </w:p>
    <w:p>
      <w:pPr>
        <w:pStyle w:val="Heading2"/>
      </w:pPr>
      <w:r>
        <w:t>Module 4 Following Jesus on the way to the cross</w:t>
      </w:r>
    </w:p>
    <w:p>
      <w:pPr>
        <w:spacing w:after="60" w:line="240" w:lineRule="auto"/>
      </w:pPr>
      <w:r>
        <w:t>Lesson 1 Get behind me</w:t>
      </w:r>
    </w:p>
    <w:p>
      <w:pPr>
        <w:spacing w:after="60" w:line="240" w:lineRule="auto"/>
      </w:pPr>
      <w:r>
        <w:t>Lesson 2 If anyone wants to</w:t>
      </w:r>
    </w:p>
    <w:p>
      <w:pPr>
        <w:spacing w:after="60" w:line="240" w:lineRule="auto"/>
      </w:pPr>
      <w:r>
        <w:t>Lesson 3 Jesus alone</w:t>
      </w:r>
    </w:p>
    <w:p>
      <w:pPr>
        <w:spacing w:after="60" w:line="240" w:lineRule="auto"/>
      </w:pPr>
      <w:r>
        <w:t>Lesson 4 Help my unbelief</w:t>
      </w:r>
    </w:p>
    <w:p>
      <w:pPr>
        <w:spacing w:after="60" w:line="240" w:lineRule="auto"/>
      </w:pPr>
      <w:r>
        <w:t>Lesson 5 Handed over into human hands</w:t>
      </w:r>
    </w:p>
    <w:p>
      <w:pPr>
        <w:spacing w:after="60" w:line="240" w:lineRule="auto"/>
      </w:pPr>
      <w:r>
        <w:t>Lesson 6 What were you discussing on the way</w:t>
      </w:r>
    </w:p>
    <w:p>
      <w:pPr>
        <w:spacing w:after="60" w:line="240" w:lineRule="auto"/>
      </w:pPr>
      <w:r>
        <w:t>Lesson 7 Do not stop him</w:t>
      </w:r>
    </w:p>
    <w:p>
      <w:pPr>
        <w:spacing w:after="60" w:line="240" w:lineRule="auto"/>
      </w:pPr>
      <w:r>
        <w:t>Lesson 8 Salt and peace</w:t>
      </w:r>
    </w:p>
    <w:p>
      <w:pPr>
        <w:spacing w:after="60" w:line="240" w:lineRule="auto"/>
      </w:pPr>
      <w:r>
        <w:t>Lesson 9 From the beginning</w:t>
      </w:r>
    </w:p>
    <w:p>
      <w:pPr>
        <w:spacing w:after="60" w:line="240" w:lineRule="auto"/>
      </w:pPr>
      <w:r>
        <w:t>Lesson 10 Let the children come to me</w:t>
      </w:r>
    </w:p>
    <w:p>
      <w:pPr>
        <w:spacing w:after="60" w:line="240" w:lineRule="auto"/>
      </w:pPr>
      <w:r>
        <w:t>Lesson 11 Jesus looked at him and loved him</w:t>
      </w:r>
    </w:p>
    <w:p>
      <w:pPr>
        <w:spacing w:after="60" w:line="240" w:lineRule="auto"/>
      </w:pPr>
      <w:r>
        <w:t>Lesson 12 The third time</w:t>
      </w:r>
    </w:p>
    <w:p>
      <w:pPr>
        <w:spacing w:after="60" w:line="240" w:lineRule="auto"/>
      </w:pPr>
      <w:r>
        <w:t>Lesson 13 What do you want me to do for you</w:t>
      </w:r>
    </w:p>
    <w:p>
      <w:pPr>
        <w:spacing w:after="60" w:line="240" w:lineRule="auto"/>
      </w:pPr>
      <w:r>
        <w:t>Lesson 14 Bartimaeus beside the road</w:t>
      </w:r>
    </w:p>
    <w:p>
      <w:pPr>
        <w:pStyle w:val="Heading2"/>
      </w:pPr>
      <w:r>
        <w:t>Module 5 Jesus in Jerusalem</w:t>
      </w:r>
    </w:p>
    <w:p>
      <w:pPr>
        <w:spacing w:after="60" w:line="240" w:lineRule="auto"/>
      </w:pPr>
      <w:r>
        <w:t>Lesson 1 A colt no one had ridden</w:t>
      </w:r>
    </w:p>
    <w:p>
      <w:pPr>
        <w:spacing w:after="60" w:line="240" w:lineRule="auto"/>
      </w:pPr>
      <w:r>
        <w:t>Lesson 2 Only leaves</w:t>
      </w:r>
    </w:p>
    <w:p>
      <w:pPr>
        <w:spacing w:after="60" w:line="240" w:lineRule="auto"/>
      </w:pPr>
      <w:r>
        <w:t>Lesson 3 A house of prayer for all nations</w:t>
      </w:r>
    </w:p>
    <w:p>
      <w:pPr>
        <w:spacing w:after="60" w:line="240" w:lineRule="auto"/>
      </w:pPr>
      <w:r>
        <w:t>Lesson 4 Have faith in God</w:t>
      </w:r>
    </w:p>
    <w:p>
      <w:pPr>
        <w:spacing w:after="60" w:line="240" w:lineRule="auto"/>
      </w:pPr>
      <w:r>
        <w:t>Lesson 5 Who gave you permission?</w:t>
      </w:r>
    </w:p>
    <w:p>
      <w:pPr>
        <w:spacing w:after="60" w:line="240" w:lineRule="auto"/>
      </w:pPr>
      <w:r>
        <w:t>Lesson 6 Surely they will respect my son</w:t>
      </w:r>
    </w:p>
    <w:p>
      <w:pPr>
        <w:spacing w:after="60" w:line="240" w:lineRule="auto"/>
      </w:pPr>
      <w:r>
        <w:t>Lesson 7 Whose image?</w:t>
      </w:r>
    </w:p>
    <w:p>
      <w:pPr>
        <w:spacing w:after="60" w:line="240" w:lineRule="auto"/>
      </w:pPr>
      <w:r>
        <w:t>Lesson 8 A God of the living</w:t>
      </w:r>
    </w:p>
    <w:p>
      <w:pPr>
        <w:spacing w:after="60" w:line="240" w:lineRule="auto"/>
      </w:pPr>
      <w:r>
        <w:t>Lesson 9 Not far from the kingdom of God</w:t>
      </w:r>
    </w:p>
    <w:p>
      <w:pPr>
        <w:spacing w:after="60" w:line="240" w:lineRule="auto"/>
      </w:pPr>
      <w:r>
        <w:t>Lesson 10 Long robes and the best seats</w:t>
      </w:r>
    </w:p>
    <w:p>
      <w:pPr>
        <w:spacing w:after="60" w:line="240" w:lineRule="auto"/>
      </w:pPr>
      <w:r>
        <w:t>Lesson 11 Two small copper coins</w:t>
      </w:r>
    </w:p>
    <w:p>
      <w:pPr>
        <w:spacing w:after="60" w:line="240" w:lineRule="auto"/>
      </w:pPr>
      <w:r>
        <w:t>Lesson 12 The stones</w:t>
      </w:r>
    </w:p>
    <w:p>
      <w:pPr>
        <w:spacing w:after="60" w:line="240" w:lineRule="auto"/>
      </w:pPr>
      <w:r>
        <w:t>Lesson 13 See that no one leads you astray</w:t>
      </w:r>
    </w:p>
    <w:p>
      <w:pPr>
        <w:spacing w:after="60" w:line="240" w:lineRule="auto"/>
      </w:pPr>
      <w:r>
        <w:t>Lesson 14 Pray that it will not happen in winter</w:t>
      </w:r>
    </w:p>
    <w:p>
      <w:pPr>
        <w:spacing w:after="60" w:line="240" w:lineRule="auto"/>
      </w:pPr>
      <w:r>
        <w:t>Lesson 15 From the four winds</w:t>
      </w:r>
    </w:p>
    <w:p>
      <w:pPr>
        <w:spacing w:after="60" w:line="240" w:lineRule="auto"/>
      </w:pPr>
      <w:r>
        <w:t>Lesson 16 Learn from the fig tree</w:t>
      </w:r>
    </w:p>
    <w:p>
      <w:pPr>
        <w:spacing w:after="60" w:line="240" w:lineRule="auto"/>
      </w:pPr>
      <w:r>
        <w:t>Lesson 17 Keep watch</w:t>
      </w:r>
    </w:p>
    <w:p>
      <w:pPr>
        <w:pStyle w:val="Heading2"/>
      </w:pPr>
      <w:r>
        <w:t>Module 6 The cross and resurrection</w:t>
      </w:r>
    </w:p>
    <w:p>
      <w:pPr>
        <w:spacing w:after="60" w:line="240" w:lineRule="auto"/>
      </w:pPr>
      <w:r>
        <w:t>Lesson 1 Not during the festival</w:t>
      </w:r>
    </w:p>
    <w:p>
      <w:pPr>
        <w:spacing w:after="60" w:line="240" w:lineRule="auto"/>
      </w:pPr>
      <w:r>
        <w:t>Lesson 2 She did what she could</w:t>
      </w:r>
    </w:p>
    <w:p>
      <w:pPr>
        <w:spacing w:after="60" w:line="240" w:lineRule="auto"/>
      </w:pPr>
      <w:r>
        <w:t>Lesson 3 One of the twelve</w:t>
      </w:r>
    </w:p>
    <w:p>
      <w:pPr>
        <w:spacing w:after="60" w:line="240" w:lineRule="auto"/>
      </w:pPr>
      <w:r>
        <w:t>Lesson 4 A man with a water jar</w:t>
      </w:r>
    </w:p>
    <w:p>
      <w:pPr>
        <w:spacing w:after="60" w:line="240" w:lineRule="auto"/>
      </w:pPr>
      <w:r>
        <w:t>Lesson 5 Surely not I</w:t>
      </w:r>
    </w:p>
    <w:p>
      <w:pPr>
        <w:spacing w:after="60" w:line="240" w:lineRule="auto"/>
      </w:pPr>
      <w:r>
        <w:t>Lesson 6 This is my body</w:t>
      </w:r>
    </w:p>
    <w:p>
      <w:pPr>
        <w:spacing w:after="60" w:line="240" w:lineRule="auto"/>
      </w:pPr>
      <w:r>
        <w:t>Lesson 7 Even if everyone else</w:t>
      </w:r>
    </w:p>
    <w:p>
      <w:pPr>
        <w:spacing w:after="60" w:line="240" w:lineRule="auto"/>
      </w:pPr>
      <w:r>
        <w:t>Lesson 8 Abba</w:t>
      </w:r>
    </w:p>
    <w:p>
      <w:pPr>
        <w:spacing w:after="60" w:line="240" w:lineRule="auto"/>
      </w:pPr>
      <w:r>
        <w:t>Lesson 9 They all deserted him</w:t>
      </w:r>
    </w:p>
    <w:p>
      <w:pPr>
        <w:spacing w:after="60" w:line="240" w:lineRule="auto"/>
      </w:pPr>
      <w:r>
        <w:t>Lesson 10 I am</w:t>
      </w:r>
    </w:p>
    <w:p>
      <w:pPr>
        <w:spacing w:after="60" w:line="240" w:lineRule="auto"/>
      </w:pPr>
      <w:r>
        <w:t>Lesson 11 The rooster crowed</w:t>
      </w:r>
    </w:p>
    <w:p>
      <w:pPr>
        <w:spacing w:after="60" w:line="240" w:lineRule="auto"/>
      </w:pPr>
      <w:r>
        <w:t>Lesson 12 You say so</w:t>
      </w:r>
    </w:p>
    <w:p>
      <w:pPr>
        <w:spacing w:after="60" w:line="240" w:lineRule="auto"/>
      </w:pPr>
      <w:r>
        <w:t>Lesson 13 Barabbas</w:t>
      </w:r>
    </w:p>
    <w:p>
      <w:pPr>
        <w:spacing w:after="60" w:line="240" w:lineRule="auto"/>
      </w:pPr>
      <w:r>
        <w:t>Lesson 14 Purple and a crown of thorns</w:t>
      </w:r>
    </w:p>
    <w:p>
      <w:pPr>
        <w:spacing w:after="60" w:line="240" w:lineRule="auto"/>
      </w:pPr>
      <w:r>
        <w:t>Lesson 15 Simon of Cyrene</w:t>
      </w:r>
    </w:p>
    <w:p>
      <w:pPr>
        <w:spacing w:after="60" w:line="240" w:lineRule="auto"/>
      </w:pPr>
      <w:r>
        <w:t>Lesson 16 Why have you forsaken me</w:t>
      </w:r>
    </w:p>
    <w:p>
      <w:pPr>
        <w:spacing w:after="60" w:line="240" w:lineRule="auto"/>
      </w:pPr>
      <w:r>
        <w:t>Lesson 17 Joseph of Arimathea</w:t>
      </w:r>
    </w:p>
    <w:p>
      <w:pPr>
        <w:spacing w:after="60" w:line="240" w:lineRule="auto"/>
      </w:pPr>
      <w:r>
        <w:t>Lesson 18 He is not here</w:t>
      </w:r>
    </w:p>
    <w:p>
      <w:pPr>
        <w:spacing w:after="60" w:line="240" w:lineRule="auto"/>
      </w:pPr>
      <w:r>
        <w:t>Lesson 19 He is with us</w:t>
      </w:r>
    </w:p>
    <w:p>
      <w:pPr>
        <w:pStyle w:val="Heading1"/>
        <w:pageBreakBefore/>
      </w:pPr>
      <w:r>
        <w:t>Module 1 Jesus calls us to follow</w:t>
      </w:r>
    </w:p>
    <w:p>
      <w:r>
        <w:t>Mark 1:1–3:6</w:t>
      </w:r>
    </w:p>
    <w:p>
      <w:r>
        <w:t>We meet John preparing the way, Jesus being baptised and proclaiming the kingdom of God, and the people he calls to follow him. His words carry authority: he sets people free, heals and forgives. At the same time, opposition grows. Through twelve lessons, we learn to see who Jesus is and respond to his call.</w:t>
      </w:r>
    </w:p>
    <w:p>
      <w:r>
        <w:t>Read the Bible passage before the commentary. After six lessons, you can spend a day looking back, sharing and praying. Then continue with the rest of the module.</w:t>
      </w:r>
    </w:p>
    <w:p>
      <w:pPr>
        <w:pStyle w:val="Heading1"/>
        <w:pageBreakBefore/>
      </w:pPr>
      <w:r>
        <w:t>Lesson 1 John the Baptist prepares the way</w:t>
      </w:r>
    </w:p>
    <w:p>
      <w:r>
        <w:t>Read Mark 1:1–8 in your Bible.</w:t>
      </w:r>
    </w:p>
    <w:p>
      <w:pPr>
        <w:pStyle w:val="Heading2"/>
      </w:pPr>
      <w:r>
        <w:t>Enter the story</w:t>
      </w:r>
    </w:p>
    <w:p>
      <w:r>
        <w:t>We first meet Jesus through someone who prepares the way for him. Read the passage and notice what John says about himself and about the one who comes after him.</w:t>
      </w:r>
    </w:p>
    <w:p>
      <w:pPr>
        <w:pStyle w:val="Heading2"/>
      </w:pPr>
      <w:r>
        <w:t>Commentary</w:t>
      </w:r>
    </w:p>
    <w:p>
      <w:r>
        <w:t>The first sentence grips me:</w:t>
      </w:r>
    </w:p>
    <w:p>
      <w:r>
        <w:t>Mark begins by saying: This is good news about Jesus the Messiah, the Son of God. It began just as the prophet Isaiah had written. The gospel began in keeping with the prophetic word, as God had planned from eternity. Everything God had previously done and said pointed forward to this: good news about Jesus Christ. The prophets had prophesied about Christ, and now it has become good news, because the one who was to come has come. God’s plan reaches all the way back to the beginning of the world, but it is more than good wishes: it has become reality.</w:t>
      </w:r>
    </w:p>
    <w:p>
      <w:r>
        <w:t>Isaiah prophesied about a messenger who would go ahead of the Messiah. He would prepare the way for him.</w:t>
      </w:r>
    </w:p>
    <w:p>
      <w:r>
        <w:t>And so John the Baptist appeared, fulfilling the prophetic word. The NLT says that this messenger was John the Baptist. He was in the wilderness. A strange place to begin such an important ministry. He preached that people should be baptised to show that they had turned from their sins and turned to God so that they could receive forgiveness.</w:t>
      </w:r>
    </w:p>
    <w:p>
      <w:r>
        <w:t>I notice that John baptised people in the River Jordan, rather than with water from the river. Being baptised in water means being completely immersed in it. There is a big difference between baptising in and baptising with.</w:t>
      </w:r>
    </w:p>
    <w:p>
      <w:r>
        <w:t>I also notice that John stood out in the way he dressed and the way he ate. A rough camel-hair cloak with a belt, and locusts and wild honey for food. An unusual appearance and diet, but no obstacle to his work.</w:t>
      </w:r>
    </w:p>
    <w:p>
      <w:r>
        <w:t>Matthew tells us that John the Baptist preached that the kingdom of heaven had drawn near, but Mark says that he preached that someone would come after him who was stronger or greater than he was. John said he was not even worthy to bend down like a slave and untie his sandal strap. That is how small and unworthy he felt beside the one who would come after him, whose way John was to prepare.</w:t>
      </w:r>
    </w:p>
    <w:p>
      <w:r>
        <w:t>I notice that what made Jesus stronger and greater than John the Baptist was that John only baptised people in water, while Jesus would baptise in the Holy Spirit. John does not explain what this baptism in the Holy Spirit that Jesus brings involves. This baptism in the Spirit is the great difference between Jesus and John, and perhaps it is also the great difference between the old and new covenants? Perhaps we will learn more about this later in Mark’s Gospel?</w:t>
      </w:r>
    </w:p>
    <w:p>
      <w:r>
        <w:t>Then I notice that in 1:5 the NLT says that he baptised them in the River Jordan, while in 1:8 it says that he baptises with water and that Jesus will baptise with the Holy Spirit. But here the NLT does something Norwegian Bibles do not do. It places an asterisk after with and adds a footnote saying: or in. The Greek preposition can be translated as either with or in, depending on whether it refers to the means or the location. The context clearly shows that the River Jordan is the location where people are baptised and immersed. This suggests that those who say “with” have infant baptism in mind, where water is the means, because water is poured over the child’s head.</w:t>
      </w:r>
    </w:p>
    <w:p>
      <w:r>
        <w:t>But Isaiah’s prophecy about preparing the way for the Lord will not let me go. Perhaps we too are called to prepare the way for the Lord? To be a voice crying out? To set people moving towards Jesus and make it easy for them to find him?</w:t>
      </w:r>
    </w:p>
    <w:p>
      <w:pPr>
        <w:pStyle w:val="Heading2"/>
      </w:pPr>
      <w:r>
        <w:t>Look closely</w:t>
      </w:r>
    </w:p>
    <w:p>
      <w:r>
        <w:t>What distinguishes John’s baptism from the baptism Jesus will give? What does this tell us about who Jesus is?</w:t>
      </w:r>
    </w:p>
    <w:p>
      <w:pPr>
        <w:pStyle w:val="Heading2"/>
      </w:pPr>
      <w:r>
        <w:t>Reflect</w:t>
      </w:r>
    </w:p>
    <w:p>
      <w:r>
        <w:t>What do I need to turn away from, and what does it mean to turn to God?</w:t>
      </w:r>
    </w:p>
    <w:p>
      <w:pPr>
        <w:pStyle w:val="Heading2"/>
      </w:pPr>
      <w:r>
        <w:t>Together</w:t>
      </w:r>
    </w:p>
    <w:p>
      <w:r>
        <w:t>How can we make it easier for people around us to meet Jesus?</w:t>
      </w:r>
    </w:p>
    <w:p>
      <w:pPr>
        <w:pStyle w:val="Heading2"/>
      </w:pPr>
      <w:r>
        <w:t>Live it out</w:t>
      </w:r>
    </w:p>
    <w:p>
      <w:r>
        <w:t>Pray for someone you would like to meet Jesus. Take a simple step to open a conversation or show care.</w:t>
      </w:r>
    </w:p>
    <w:p>
      <w:pPr>
        <w:pStyle w:val="Heading2"/>
      </w:pPr>
      <w:r>
        <w:t>Prayer</w:t>
      </w:r>
    </w:p>
    <w:p>
      <w:r>
        <w:t>Lord Jesus, thank you for coming. Help me turn to you and prepare the way for you in my life and among the people I meet.</w:t>
      </w:r>
    </w:p>
    <w:p>
      <w:pPr>
        <w:pStyle w:val="Heading1"/>
        <w:pageBreakBefore/>
      </w:pPr>
      <w:r>
        <w:t>Lesson 2 The baptism and temptation of Jesus</w:t>
      </w:r>
    </w:p>
    <w:p>
      <w:r>
        <w:t>Read Mark 1:9–13 in your Bible.</w:t>
      </w:r>
    </w:p>
    <w:p>
      <w:pPr>
        <w:pStyle w:val="Heading2"/>
      </w:pPr>
      <w:r>
        <w:t>Enter the story</w:t>
      </w:r>
    </w:p>
    <w:p>
      <w:r>
        <w:t>At the Jordan, we hear the Father’s voice and see the Spirit come upon Jesus. Then the Spirit leads him into the wilderness. Read both events as parts of the same story.</w:t>
      </w:r>
    </w:p>
    <w:p>
      <w:pPr>
        <w:pStyle w:val="Heading2"/>
      </w:pPr>
      <w:r>
        <w:t>Commentary</w:t>
      </w:r>
    </w:p>
    <w:p>
      <w:r>
        <w:t>One day Jesus came to John and was baptised by him in the River Jordan. Jesus came to John, and John baptised him, plain and simple. Here we are given none of the details the other Gospels provide. Mark focuses on what matters most: Jesus was baptised, and as he came up out of the water, he saw heaven open and the Holy Spirit come upon him; the Spirit descended like a dove. Then a voice came from heaven: “You are my Son, whom I love; in you I find my delight.”</w:t>
      </w:r>
    </w:p>
    <w:p>
      <w:r>
        <w:t>Before the Son had begun his ministry, before he had entered into the work he was destined to do, before he had done anything at all, his Father gives him honour and glory. The Father gave him his approval before he had begun his ministry. We human beings are rather slow to give honour, even to people who have shown through a long life of faithful service that they deserve it. The Father honoured his Son because he trusted him and saw what was within him. God honoured who Jesus was before his deeds revealed who he was.</w:t>
      </w:r>
    </w:p>
    <w:p>
      <w:r>
        <w:t>Dear God, help me see the people I meet today as they are, for who they are, created in your image, even if I do not know their lives and deeds. If they are “a good tree”, sooner or later they will bear good fruit! Let me see the good in people before they have the chance to show through their deeds how good they are.</w:t>
      </w:r>
    </w:p>
    <w:p>
      <w:r>
        <w:t>In 1:12, I noticed this little word, “immediately”. As soon as the Spirit had come upon him, the Spirit immediately drove him into the wilderness, where he was tempted by Satan for forty days. Immediately after receiving honour and glory and having the Spirit descend upon him, he faced temptation. He did not simply meet the Tempter: it was the Spirit who drove him into the wilderness to face temptation. That is strange to think about. He had been baptised in water, the Spirit had come upon him, he had received honour and approval from his heavenly Father, and immediately he was led into the wilderness, where he lived among the wild animals and was tempted by Satan. But was it after the temptation, or while it was happening, that the angels served him? Mark does not explain this, but Matthew does.</w:t>
      </w:r>
    </w:p>
    <w:p>
      <w:pPr>
        <w:pStyle w:val="Heading2"/>
      </w:pPr>
      <w:r>
        <w:t>Look closely</w:t>
      </w:r>
    </w:p>
    <w:p>
      <w:r>
        <w:t>What does the Father say to Jesus before his public ministry begins? What does the text tell us about the Spirit’s work?</w:t>
      </w:r>
    </w:p>
    <w:p>
      <w:pPr>
        <w:pStyle w:val="Heading2"/>
      </w:pPr>
      <w:r>
        <w:t>Reflect</w:t>
      </w:r>
    </w:p>
    <w:p>
      <w:r>
        <w:t>How can I rest in God’s love when I face temptation or a difficult time?</w:t>
      </w:r>
    </w:p>
    <w:p>
      <w:pPr>
        <w:pStyle w:val="Heading2"/>
      </w:pPr>
      <w:r>
        <w:t>Together</w:t>
      </w:r>
    </w:p>
    <w:p>
      <w:r>
        <w:t>What does it mean to see and honour a person before they have achieved anything for us?</w:t>
      </w:r>
    </w:p>
    <w:p>
      <w:pPr>
        <w:pStyle w:val="Heading2"/>
      </w:pPr>
      <w:r>
        <w:t>Live it out</w:t>
      </w:r>
    </w:p>
    <w:p>
      <w:r>
        <w:t>Give someone specific and truthful encouragement about something good you see in them.</w:t>
      </w:r>
    </w:p>
    <w:p>
      <w:pPr>
        <w:pStyle w:val="Heading2"/>
      </w:pPr>
      <w:r>
        <w:t>Prayer</w:t>
      </w:r>
    </w:p>
    <w:p>
      <w:r>
        <w:t>Father, help me receive your love and meet others with the same care. Holy Spirit, strengthen me to remain faithful when I am tempted.</w:t>
      </w:r>
    </w:p>
    <w:p>
      <w:pPr>
        <w:pStyle w:val="Heading1"/>
        <w:pageBreakBefore/>
      </w:pPr>
      <w:r>
        <w:t>Lesson 3 The time has come</w:t>
      </w:r>
    </w:p>
    <w:p>
      <w:r>
        <w:t>Read Mark 1:14–15 in your Bible.</w:t>
      </w:r>
    </w:p>
    <w:p>
      <w:pPr>
        <w:pStyle w:val="Heading2"/>
      </w:pPr>
      <w:r>
        <w:t>Enter the story</w:t>
      </w:r>
    </w:p>
    <w:p>
      <w:r>
        <w:t>Read these two verses slowly. Here we hear Jesus’ proclamation and his invitation to respond to the good news.</w:t>
      </w:r>
    </w:p>
    <w:p>
      <w:pPr>
        <w:pStyle w:val="Heading2"/>
      </w:pPr>
      <w:r>
        <w:t>Commentary</w:t>
      </w:r>
    </w:p>
    <w:p>
      <w:r>
        <w:t>These two verses contain a lot of dynamite, I think. As soon as John had been put in prison, Jesus came to Galilee.</w:t>
      </w:r>
    </w:p>
    <w:p>
      <w:r>
        <w:t>He began his ministry by proclaiming God’s gospel, Good News from God. There are two central things in the gospel Jesus proclaimed, and there are two things we must do when this Good News from God is announced to us.</w:t>
      </w:r>
    </w:p>
    <w:p>
      <w:r>
        <w:t>The first is: The time has come! The time God promised would come has finally arrived. The waiting is over. The time of fulfilment is here. These words must truly have been good news for those who heard Jesus proclaim them. They knew the prophetic writings. They carried a dream and a longing for the promised time the prophets described to come.</w:t>
      </w:r>
    </w:p>
    <w:p>
      <w:r>
        <w:t>The prophetic writings of the people of Israel had given them hope, a dream of a time that would be completely different from the difficult situation they were going through. In Jesus’ day, the country was occupied by the Romans. The people were waiting for a deliverer who would free them from the occupying power and make them free and independent.</w:t>
      </w:r>
    </w:p>
    <w:p>
      <w:r>
        <w:t>Then Jesus comes with good news! You do not need to wait any longer. The time has come. Today is the day when promises will be fulfilled.</w:t>
      </w:r>
    </w:p>
    <w:p>
      <w:r>
        <w:t>The time has come for me too. I must seize the moment. I do not need to go on waiting for something that lies in the future. The time has come!</w:t>
      </w:r>
    </w:p>
    <w:p>
      <w:r>
        <w:t>The second thing Jesus emphasises is that the kingdom of God has drawn near. When he speaks of the kingdom of God, his listeners must have made many connections with the prophets’ words about the king and deliverer who was to come. About the time when God would intervene and be King. When his good will would prevail on earth. About the kingdom that would put an end to every other kingdom and fill the whole earth. Their thoughts must have turned to Daniel, who prophesied, or rather gave a prophetic interpretation of King Nebuchadnezzar’s dream about the great statue representing the great world empires that would come, only to be crushed by a little stone. It was not thrown by a human hand, but this little stone struck the magnificent statue and itself grew into a great mountain that filled the whole earth. Just think: the time has come, and this kingdom has arrived!</w:t>
      </w:r>
    </w:p>
    <w:p>
      <w:pPr>
        <w:pStyle w:val="Heading2"/>
      </w:pPr>
      <w:r>
        <w:t>Look closely</w:t>
      </w:r>
    </w:p>
    <w:p>
      <w:r>
        <w:t>What does Jesus announce, and what does he ask people to do? Find both repentance and faith in the Bible text.</w:t>
      </w:r>
    </w:p>
    <w:p>
      <w:pPr>
        <w:pStyle w:val="Heading2"/>
      </w:pPr>
      <w:r>
        <w:t>Reflect</w:t>
      </w:r>
    </w:p>
    <w:p>
      <w:r>
        <w:t>Where am I waiting for a future that keeps me from responding to Jesus today?</w:t>
      </w:r>
    </w:p>
    <w:p>
      <w:pPr>
        <w:pStyle w:val="Heading2"/>
      </w:pPr>
      <w:r>
        <w:t>Together</w:t>
      </w:r>
    </w:p>
    <w:p>
      <w:r>
        <w:t>How can Jesus’ message about the kingdom of God shape what we say and do this week?</w:t>
      </w:r>
    </w:p>
    <w:p>
      <w:pPr>
        <w:pStyle w:val="Heading2"/>
      </w:pPr>
      <w:r>
        <w:t>Live it out</w:t>
      </w:r>
    </w:p>
    <w:p>
      <w:r>
        <w:t>Choose an area where you know Jesus is calling you to repent. Respond with a concrete step today.</w:t>
      </w:r>
    </w:p>
    <w:p>
      <w:pPr>
        <w:pStyle w:val="Heading2"/>
      </w:pPr>
      <w:r>
        <w:t>Prayer</w:t>
      </w:r>
    </w:p>
    <w:p>
      <w:r>
        <w:t>Jesus, I believe your good news. Help me repent and live under your good rule today.</w:t>
      </w:r>
    </w:p>
    <w:p>
      <w:pPr>
        <w:pStyle w:val="Heading1"/>
        <w:pageBreakBefore/>
      </w:pPr>
      <w:r>
        <w:t>Lesson 4 Come and follow me</w:t>
      </w:r>
    </w:p>
    <w:p>
      <w:r>
        <w:t>Read Mark 1:16–20 in your Bible.</w:t>
      </w:r>
    </w:p>
    <w:p>
      <w:pPr>
        <w:pStyle w:val="Heading2"/>
      </w:pPr>
      <w:r>
        <w:t>Enter the story</w:t>
      </w:r>
    </w:p>
    <w:p>
      <w:r>
        <w:t>Picture the fishermen at work. Jesus meets them where they are, calls them to himself and promises what he will make them become.</w:t>
      </w:r>
    </w:p>
    <w:p>
      <w:pPr>
        <w:pStyle w:val="Heading2"/>
      </w:pPr>
      <w:r>
        <w:t>Commentary</w:t>
      </w:r>
    </w:p>
    <w:p>
      <w:r>
        <w:t>Once, as Jesus walked along the lake, he saw the brothers Simon and Andrew. I paused over this expression, he saw, because it tells me something important about Jesus. He saw, he was alert, he paid attention. He did not go through life recklessly or thoughtlessly. He saw. He noticed things. Lord, let me be alert and see everything you want me to see in my everyday life.</w:t>
      </w:r>
    </w:p>
    <w:p>
      <w:r>
        <w:t>Jesus saw them. He saw that they were fishermen. He saw that they were casting a net into the lake. Then he spoke to them and said: Come and follow me! And I will make you fishers of people! At these simple words, they left everything they had and followed Jesus.</w:t>
      </w:r>
    </w:p>
    <w:p>
      <w:r>
        <w:t>As Jesus walked on, he again saw some other brothers: James and John. He called them, and they left their father and their livelihood.</w:t>
      </w:r>
    </w:p>
    <w:p>
      <w:r>
        <w:t>This makes an impression on me. Four strong working men leave their jobs and a secure life to follow a man they have just met! What is happening? What is it about Jesus’ words and manner that makes people act so radically?</w:t>
      </w:r>
    </w:p>
    <w:p>
      <w:r>
        <w:t>He simply said: Come and follow me! How could they follow a man they did not know? What did they understand of his promise to make them fishers of people?</w:t>
      </w:r>
    </w:p>
    <w:p>
      <w:r>
        <w:t>I also noticed that they left everything, leaving their father and their work to follow Jesus. Perhaps following someone always means having to leave someone behind?</w:t>
      </w:r>
    </w:p>
    <w:p>
      <w:pPr>
        <w:pStyle w:val="Heading2"/>
      </w:pPr>
      <w:r>
        <w:t>Look closely</w:t>
      </w:r>
    </w:p>
    <w:p>
      <w:r>
        <w:t>What does Jesus do, and what do the fishermen do? Who is responsible for making them fishers of people?</w:t>
      </w:r>
    </w:p>
    <w:p>
      <w:pPr>
        <w:pStyle w:val="Heading2"/>
      </w:pPr>
      <w:r>
        <w:t>Reflect</w:t>
      </w:r>
    </w:p>
    <w:p>
      <w:r>
        <w:t>What grips me about the promise that Jesus himself will shape those who follow him?</w:t>
      </w:r>
    </w:p>
    <w:p>
      <w:pPr>
        <w:pStyle w:val="Heading2"/>
      </w:pPr>
      <w:r>
        <w:t>Together</w:t>
      </w:r>
    </w:p>
    <w:p>
      <w:r>
        <w:t>What can it cost to follow Jesus in our everyday lives, and how can we support one another?</w:t>
      </w:r>
    </w:p>
    <w:p>
      <w:pPr>
        <w:pStyle w:val="Heading2"/>
      </w:pPr>
      <w:r>
        <w:t>Live it out</w:t>
      </w:r>
    </w:p>
    <w:p>
      <w:r>
        <w:t>Pause before a decision today and ask: How can I follow Jesus in this? Act on what you know he has taught you.</w:t>
      </w:r>
    </w:p>
    <w:p>
      <w:pPr>
        <w:pStyle w:val="Heading2"/>
      </w:pPr>
      <w:r>
        <w:t>Prayer</w:t>
      </w:r>
    </w:p>
    <w:p>
      <w:r>
        <w:t>Jesus, thank you for seeing me and calling me. I want to follow you. Shape my life and teach me to see the people you want to reach.</w:t>
      </w:r>
    </w:p>
    <w:p>
      <w:pPr>
        <w:pStyle w:val="Heading1"/>
        <w:pageBreakBefore/>
      </w:pPr>
      <w:r>
        <w:t>Lesson 5 Jesus’ words carry authority</w:t>
      </w:r>
    </w:p>
    <w:p>
      <w:r>
        <w:t>Read Mark 1:21–34 in your Bible.</w:t>
      </w:r>
    </w:p>
    <w:p>
      <w:pPr>
        <w:pStyle w:val="Heading2"/>
      </w:pPr>
      <w:r>
        <w:t>Enter the story</w:t>
      </w:r>
    </w:p>
    <w:p>
      <w:r>
        <w:t>Jesus teaches, sets people free and heals. Read the whole passage, including what happens in Simon and Andrew’s house and the encounter with the sick that evening.</w:t>
      </w:r>
    </w:p>
    <w:p>
      <w:pPr>
        <w:pStyle w:val="Heading2"/>
      </w:pPr>
      <w:r>
        <w:t>Commentary</w:t>
      </w:r>
    </w:p>
    <w:p>
      <w:r>
        <w:t>Jesus and the disciples came to Capernaum, one of the larger towns by the Sea of Galilee. When the Sabbath came, they went to the gathering in the synagogue. There Jesus began to teach.</w:t>
      </w:r>
    </w:p>
    <w:p>
      <w:r>
        <w:t>People were amazed at his teaching. It was different from what they were used to hearing from the teachers of the law. He taught them with authority in his words; the others did not. I wonder why? Perhaps they simply passed on theories or knowledge they had heard from others, while Jesus spoke with authority because he spoke words from God’s mouth?</w:t>
      </w:r>
    </w:p>
    <w:p>
      <w:r>
        <w:t>In the synagogue there was a man with an unclean spirit. I get the impression that he belonged to the synagogue, that he regularly went to its gatherings every Sabbath, so in that sense he was one of the faithful attenders. Faced with Jesus’ authoritative words, he could not contain himself and began to shout: “What do you want with us, Jesus of Nazareth? Have you come to destroy us? I know who you are: God’s Holy One!” Jesus rebuked the spirit, commanding it to be silent and come out of the man. The spirit convulsed him violently before coming out with a loud cry. People were seized with fear and amazement, but did not properly understand what had happened. Yet they understood that Jesus had a power greater than the unclean spirit: it had to obey him and do what he said. It frightened them that a human being could have such power. News of Jesus spread throughout the whole area.</w:t>
      </w:r>
    </w:p>
    <w:p>
      <w:r>
        <w:t>I noticed that the text says the man had one spirit in him, but when it spoke through the man, it spoke in the plural, as though there were many of them. Yet Jesus rebuked the spirit, and it came out of him. The spirit lied and gave the impression of being more numerous and stronger than it was. I also noticed that Jesus did not enter into dialogue with the spirit and commanded it to be silent. He did not do what some people do today: enter into dialogue with an unclean spirit and accept what it says.</w:t>
      </w:r>
    </w:p>
    <w:p>
      <w:r>
        <w:t>After the gathering in the synagogue, Jesus went home with Simon and Andrew. Simon’s mother-in-law was in bed. She was ill with a fever. They immediately told Jesus, who at once went straight to her, took her by the hand and raised her up. The fever left her, and she attended to them. I noticed that Jesus was quick to meet needs, and that the woman who was healed was quick to serve!</w:t>
      </w:r>
    </w:p>
    <w:p>
      <w:r>
        <w:t>Later that evening, many sick people and people with evil spirits came to him. The whole town gathered. What a commotion it must have been! Jesus healed many who suffered from various illnesses and drove out many evil spirits. Again, I noticed that he did not allow the evil spirits to speak.</w:t>
      </w:r>
    </w:p>
    <w:p>
      <w:pPr>
        <w:pStyle w:val="Heading2"/>
      </w:pPr>
      <w:r>
        <w:t>Look closely</w:t>
      </w:r>
    </w:p>
    <w:p>
      <w:r>
        <w:t>How do the people respond to Jesus’ teaching? What happens when he speaks to the unclean spirit, and what does Simon’s mother-in-law do after he has raised her up?</w:t>
      </w:r>
    </w:p>
    <w:p>
      <w:pPr>
        <w:pStyle w:val="Heading2"/>
      </w:pPr>
      <w:r>
        <w:t>Reflect</w:t>
      </w:r>
    </w:p>
    <w:p>
      <w:r>
        <w:t>What does this story help me discover about Jesus’ authority and care?</w:t>
      </w:r>
    </w:p>
    <w:p>
      <w:pPr>
        <w:pStyle w:val="Heading2"/>
      </w:pPr>
      <w:r>
        <w:t>Together</w:t>
      </w:r>
    </w:p>
    <w:p>
      <w:r>
        <w:t>How can we bring people with needs before Jesus in prayer and practical care?</w:t>
      </w:r>
    </w:p>
    <w:p>
      <w:pPr>
        <w:pStyle w:val="Heading2"/>
      </w:pPr>
      <w:r>
        <w:t>Live it out</w:t>
      </w:r>
    </w:p>
    <w:p>
      <w:r>
        <w:t>Pray for someone who is ill or suffering. Get in touch and ask what practical help they need.</w:t>
      </w:r>
    </w:p>
    <w:p>
      <w:pPr>
        <w:pStyle w:val="Heading2"/>
      </w:pPr>
      <w:r>
        <w:t>Prayer</w:t>
      </w:r>
    </w:p>
    <w:p>
      <w:r>
        <w:t>Lord Jesus, you see people and have the power to help. We ask you for healing and freedom. Teach us to meet people with care and faith.</w:t>
      </w:r>
    </w:p>
    <w:p>
      <w:pPr>
        <w:pStyle w:val="Heading1"/>
        <w:pageBreakBefore/>
      </w:pPr>
      <w:r>
        <w:t>Lesson 6 Prayer and mission</w:t>
      </w:r>
    </w:p>
    <w:p>
      <w:r>
        <w:t>Read Mark 1:35–39 in your Bible.</w:t>
      </w:r>
    </w:p>
    <w:p>
      <w:pPr>
        <w:pStyle w:val="Heading2"/>
      </w:pPr>
      <w:r>
        <w:t>Enter the story</w:t>
      </w:r>
    </w:p>
    <w:p>
      <w:r>
        <w:t>After a busy day, Jesus goes to a solitary place to pray. The disciples look for him, but he knows that he must move on.</w:t>
      </w:r>
    </w:p>
    <w:p>
      <w:pPr>
        <w:pStyle w:val="Heading2"/>
      </w:pPr>
      <w:r>
        <w:t>Commentary</w:t>
      </w:r>
    </w:p>
    <w:p>
      <w:r>
        <w:t>The next day, Jesus was up early. While it was still dark, he went out to a deserted place to be alone in prayer. I noticed that he got up very early, before the usual time, before ordinary people got up. He went to be alone and pray. This is something very important, I think: being alone with God. Shutting out the world in a way, being in a deserted place where things are not happening around you all the time, where you can simply be alone with God. We all need a place like this to go to. It can be anywhere, but it must be somewhere we can pray without being disturbed.</w:t>
      </w:r>
    </w:p>
    <w:p>
      <w:r>
        <w:t>Then I noticed that Simon and the other disciples looked for him and found him. They said that people were looking for him and wanted to meet him. Jesus could have had a great ministry and built a large congregation there in the town, but Jesus had a different priority. He knew why he had come and could not let people’s wishes direct him. He was certainly successful in Capernaum, this important town. But Jesus knew why he had come. He had been sent on a mission. He had to set priorities. So he said: Let us move on. We must not settle down in one place. It makes no difference that it is a large and important town. The small towns must also hear.</w:t>
      </w:r>
    </w:p>
    <w:p>
      <w:r>
        <w:t>I like this expression, small towns. It reminds me of all the little villages, hamlets and fishing communities along the coast of our country. The small places need the gospel too. This encourages and challenges me. The small places around my own county also need a visit from Jesus. Do I set my priorities as Jesus did? Do I leave the large and visible places to bring the gospel to the small and unnoticed ones?</w:t>
      </w:r>
    </w:p>
    <w:p>
      <w:r>
        <w:t>Perhaps I need to become more aware of why I am here? More aware of what I have been sent to do and whom I have been sent to?</w:t>
      </w:r>
    </w:p>
    <w:p>
      <w:pPr>
        <w:pStyle w:val="Heading2"/>
      </w:pPr>
      <w:r>
        <w:t>Look closely</w:t>
      </w:r>
    </w:p>
    <w:p>
      <w:r>
        <w:t>What does Jesus do before the others find him? What does he say about why he wants to go to other places?</w:t>
      </w:r>
    </w:p>
    <w:p>
      <w:pPr>
        <w:pStyle w:val="Heading2"/>
      </w:pPr>
      <w:r>
        <w:t>Reflect</w:t>
      </w:r>
    </w:p>
    <w:p>
      <w:r>
        <w:t>What directs my day: other people’s expectations or what I have received from God?</w:t>
      </w:r>
    </w:p>
    <w:p>
      <w:pPr>
        <w:pStyle w:val="Heading2"/>
      </w:pPr>
      <w:r>
        <w:t>Together</w:t>
      </w:r>
    </w:p>
    <w:p>
      <w:r>
        <w:t>How can we help one another make room for both prayer and the mission?</w:t>
      </w:r>
    </w:p>
    <w:p>
      <w:pPr>
        <w:pStyle w:val="Heading2"/>
      </w:pPr>
      <w:r>
        <w:t>Live it out</w:t>
      </w:r>
    </w:p>
    <w:p>
      <w:r>
        <w:t>Set aside a quiet time for prayer. Name the people and places God has laid on your heart, and listen before planning the rest of the day.</w:t>
      </w:r>
    </w:p>
    <w:p>
      <w:pPr>
        <w:pStyle w:val="Heading2"/>
      </w:pPr>
      <w:r>
        <w:t>Prayer</w:t>
      </w:r>
    </w:p>
    <w:p>
      <w:r>
        <w:t>Father, help me seek you and listen to you. Show me where to go and whom to serve today.</w:t>
      </w:r>
    </w:p>
    <w:p>
      <w:pPr>
        <w:pStyle w:val="Heading1"/>
        <w:pageBreakBefore/>
      </w:pPr>
      <w:r>
        <w:t>Lesson 7 Jesus touches the man with leprosy</w:t>
      </w:r>
    </w:p>
    <w:p>
      <w:r>
        <w:t>Read Mark 1:40–45 in your Bible.</w:t>
      </w:r>
    </w:p>
    <w:p>
      <w:pPr>
        <w:pStyle w:val="Heading2"/>
      </w:pPr>
      <w:r>
        <w:t>Enter the story</w:t>
      </w:r>
    </w:p>
    <w:p>
      <w:r>
        <w:t>A man comes to Jesus with a question about his willingness to help. Jesus responds with both words and action.</w:t>
      </w:r>
    </w:p>
    <w:p>
      <w:pPr>
        <w:pStyle w:val="Heading2"/>
      </w:pPr>
      <w:r>
        <w:t>Commentary</w:t>
      </w:r>
    </w:p>
    <w:p>
      <w:r>
        <w:t>A man with leprosy knelt before Jesus and begged him to make him well: If you are willing, you can make me clean! I noticed that he believed Jesus could, but was not sure whether he was willing to heal him.</w:t>
      </w:r>
    </w:p>
    <w:p>
      <w:r>
        <w:t>I like Jesus’ response. He was filled with deep compassion. That is something I need more of: hearing and seeing the people around me and having compassion for them in their situation. Yes, deep compassion.</w:t>
      </w:r>
    </w:p>
    <w:p>
      <w:r>
        <w:t>I also like the short distance between compassion and action. Jesus immediately said: I am willing! Be clean! At once the disease disappeared and the man was clean. What an answer he received! I am willing! Just think: this is how Jesus meets us, even when we are not sure he is willing.</w:t>
      </w:r>
    </w:p>
    <w:p>
      <w:r>
        <w:t>Afterwards, Jesus urged the man not to tell others about this miracle, but simply to go to the priests and have it confirmed that he was clean and free from leprosy. It strikes me that Jesus did not want publicity. I also noticed that Jesus wanted the miracle to be examined by the experts, and that the man who had been healed should receive a proper medical certificate!</w:t>
      </w:r>
    </w:p>
    <w:p>
      <w:r>
        <w:t>The man could not keep the miracle to himself, but told everyone what Jesus had done for him. This made things difficult for Jesus, because he was recognised everywhere and people came to him from every direction.</w:t>
      </w:r>
    </w:p>
    <w:p>
      <w:r>
        <w:t>I do not know whether there is such a thing as partial obedience, or whether everything short of complete obedience is really disobedience? But what struck me is that if we are not careful to do what Jesus says, we make things difficult for him. Lord, have mercy on me!</w:t>
      </w:r>
    </w:p>
    <w:p>
      <w:pPr>
        <w:pStyle w:val="Heading2"/>
      </w:pPr>
      <w:r>
        <w:t>Look closely</w:t>
      </w:r>
    </w:p>
    <w:p>
      <w:r>
        <w:t>What does the man say, and how does Jesus respond? Notice the touch and what Jesus asks the man to do afterwards.</w:t>
      </w:r>
    </w:p>
    <w:p>
      <w:pPr>
        <w:pStyle w:val="Heading2"/>
      </w:pPr>
      <w:r>
        <w:t>Reflect</w:t>
      </w:r>
    </w:p>
    <w:p>
      <w:r>
        <w:t>Whom do I find it easy to keep at a distance, and what do I learn from the way Jesus meets this man?</w:t>
      </w:r>
    </w:p>
    <w:p>
      <w:pPr>
        <w:pStyle w:val="Heading2"/>
      </w:pPr>
      <w:r>
        <w:t>Together</w:t>
      </w:r>
    </w:p>
    <w:p>
      <w:r>
        <w:t>How can our fellowship welcome people who feel excluded?</w:t>
      </w:r>
    </w:p>
    <w:p>
      <w:pPr>
        <w:pStyle w:val="Heading2"/>
      </w:pPr>
      <w:r>
        <w:t>Live it out</w:t>
      </w:r>
    </w:p>
    <w:p>
      <w:r>
        <w:t>Show care for someone who is often overlooked. Take a step that makes room for them in the fellowship.</w:t>
      </w:r>
    </w:p>
    <w:p>
      <w:pPr>
        <w:pStyle w:val="Heading2"/>
      </w:pPr>
      <w:r>
        <w:t>Prayer</w:t>
      </w:r>
    </w:p>
    <w:p>
      <w:r>
        <w:t>Jesus, thank you for meeting people with care. Give me an open heart, and teach me to listen to your words even when I am happy and eager.</w:t>
      </w:r>
    </w:p>
    <w:p>
      <w:pPr>
        <w:pStyle w:val="Heading1"/>
        <w:pageBreakBefore/>
      </w:pPr>
      <w:r>
        <w:t>Lesson 8 Jesus heals a paralysed man</w:t>
      </w:r>
    </w:p>
    <w:p>
      <w:r>
        <w:t>Read Mark 2:1–12 in your Bible.</w:t>
      </w:r>
    </w:p>
    <w:p>
      <w:pPr>
        <w:pStyle w:val="Heading2"/>
      </w:pPr>
      <w:r>
        <w:t>Enter the story</w:t>
      </w:r>
    </w:p>
    <w:p>
      <w:r>
        <w:t>Four men bring a friend to Jesus, but the house is full. Read what they do, and what Jesus says and demonstrates through this encounter.</w:t>
      </w:r>
    </w:p>
    <w:p>
      <w:pPr>
        <w:pStyle w:val="Heading2"/>
      </w:pPr>
      <w:r>
        <w:t>Commentary</w:t>
      </w:r>
    </w:p>
    <w:p>
      <w:r>
        <w:t>A few days later, Jesus returned to Capernaum, and people heard that he was at home. Here I discover that Jesus had a kind of home in Capernaum and that this was a place he often returned to. It is always good to have a home, a place to return to for rest and renewed strength for new journeys and missions.</w:t>
      </w:r>
    </w:p>
    <w:p>
      <w:r>
        <w:t>But this time it does not seem that Jesus got any rest, because people heard that he was at home and many gathered. The house was overflowing, and many had to stand outside, including four men who arrived carrying a paralysed friend. But they did not stay outside. They went up onto the roof and made an opening. The NLT says that “they dug a hole”, and then I wonder what kind of roof this was. Building practices there must have been different from those in Norway, so I find it difficult to imagine how this happened.</w:t>
      </w:r>
    </w:p>
    <w:p>
      <w:r>
        <w:t>But they lowered the mat with the paralysed man down in front of Jesus. Then it says that Jesus saw their faith. Our faith, or our lack of faith, is always visible, because faith always shows itself in deeds. Faith without works is dead, James says. Our faith can always be seen through the life we live, where what we say and do belongs together.</w:t>
      </w:r>
    </w:p>
    <w:p>
      <w:r>
        <w:t>When Jesus saw their faith, he said to the paralysed man: “Son, your sins are forgiven!” I have often wondered why Jesus said this to the paralysed man. He needed healing. His friends had brought him to Jesus so that he would make him well, but he simply says that his sins were forgiven? Why did he say this first? Was it because he wanted to emphasise that forgiveness was the most important thing, greater than physical health? Or was there a connection between his sins and the illness that had struck him?</w:t>
      </w:r>
    </w:p>
    <w:p>
      <w:r>
        <w:t>The teachers of the law reacted to Jesus’ words about forgiveness, because in their minds only God could forgive sin. Jesus immediately knew what they were thinking and asked them which was easier to say: that the sins were forgiven, or that the man should take his mat and walk. They had no time to answer before Jesus said to the paralysed man: Get up, take your mat and walk! He did this to prove that he had authority on earth to forgive sins.</w:t>
      </w:r>
    </w:p>
    <w:p>
      <w:r>
        <w:t>When the paralysed man immediately sprang up, took his mat and walked out before everyone’s eyes, they were all completely overwhelmed with amazement. They praised God and said, “We have never seen anything like this!”</w:t>
      </w:r>
    </w:p>
    <w:p>
      <w:r>
        <w:t>They saw a man do what only God could do! Forgiving sins was greater than healing a paralysed man. But performing such a miraculous sign showed that Jesus was more than simply a human being.</w:t>
      </w:r>
    </w:p>
    <w:p>
      <w:pPr>
        <w:pStyle w:val="Heading2"/>
      </w:pPr>
      <w:r>
        <w:t>Look closely</w:t>
      </w:r>
    </w:p>
    <w:p>
      <w:r>
        <w:t>What does Jesus see, and what does he say to the man first? What is the healing meant to show about the Son of Man’s authority?</w:t>
      </w:r>
    </w:p>
    <w:p>
      <w:pPr>
        <w:pStyle w:val="Heading2"/>
      </w:pPr>
      <w:r>
        <w:t>Reflect</w:t>
      </w:r>
    </w:p>
    <w:p>
      <w:r>
        <w:t>What does it mean to me that Jesus both forgives and heals? Whom can I help bring to him?</w:t>
      </w:r>
    </w:p>
    <w:p>
      <w:pPr>
        <w:pStyle w:val="Heading2"/>
      </w:pPr>
      <w:r>
        <w:t>Together</w:t>
      </w:r>
    </w:p>
    <w:p>
      <w:r>
        <w:t>How can we help people who cannot get there on their own?</w:t>
      </w:r>
    </w:p>
    <w:p>
      <w:pPr>
        <w:pStyle w:val="Heading2"/>
      </w:pPr>
      <w:r>
        <w:t>Live it out</w:t>
      </w:r>
    </w:p>
    <w:p>
      <w:r>
        <w:t>Contact someone who needs help and pray together. Offer practical support too, if you can.</w:t>
      </w:r>
    </w:p>
    <w:p>
      <w:pPr>
        <w:pStyle w:val="Heading2"/>
      </w:pPr>
      <w:r>
        <w:t>Prayer</w:t>
      </w:r>
    </w:p>
    <w:p>
      <w:r>
        <w:t>Jesus, thank you for having the power to forgive and heal. Help us bring one another before you in faith and care.</w:t>
      </w:r>
    </w:p>
    <w:p>
      <w:pPr>
        <w:pStyle w:val="Heading1"/>
        <w:pageBreakBefore/>
      </w:pPr>
      <w:r>
        <w:t>Lesson 9 Jesus calls Levi</w:t>
      </w:r>
    </w:p>
    <w:p>
      <w:r>
        <w:t>Read Mark 2:13–17 in your Bible.</w:t>
      </w:r>
    </w:p>
    <w:p>
      <w:pPr>
        <w:pStyle w:val="Heading2"/>
      </w:pPr>
      <w:r>
        <w:t>Enter the story</w:t>
      </w:r>
    </w:p>
    <w:p>
      <w:r>
        <w:t>Jesus sees Levi at the tax booth and calls him. Afterwards, he sits at the table with people the religious leaders keep at a distance.</w:t>
      </w:r>
    </w:p>
    <w:p>
      <w:pPr>
        <w:pStyle w:val="Heading2"/>
      </w:pPr>
      <w:r>
        <w:t>Commentary</w:t>
      </w:r>
    </w:p>
    <w:p>
      <w:r>
        <w:t>Once again, Jesus is out walking along the lake. Many people gathered around him, and he taught them. A pattern emerges early: Jesus preached and taught when he met people. But I also notice that he sees people. He sees the individual. He does not let large crowds dazzle him. He saw each person, as Mark tells us in our passage. As he walked on from the shore, he saw Levi sitting at the tax booth. Jesus said: “Follow me!” Just think: Levi got up and followed him. Two words were enough to make him leave his secure livelihood to follow this man into an uncertain future.</w:t>
      </w:r>
    </w:p>
    <w:p>
      <w:r>
        <w:t>Later, Jesus was a guest in his house. Many tax collectors and sinners had gathered for a feast, and Jesus ate with them. No big deal for us, but it was for the religious leaders. It was unheard of for a holy man to eat, drink and celebrate with such people. The tax collectors were traitors who worked for the occupying power, and the sinners were people who lived immoral lives in various ways. Eating with them meant associating with them; indeed, it was on a par with making a covenant with them. In the eyes of the teachers of the law, this was unheard of and improper.</w:t>
      </w:r>
    </w:p>
    <w:p>
      <w:r>
        <w:t>Jesus heard what the teachers of the law were saying among themselves. This confirms the pattern I notice. Jesus sees, hears and notices people and what they think and say. He is truly alert. He pays attention to what is happening around him. He did not live in his own bubble. He saw and heard; he engaged with people and their everyday lives.</w:t>
      </w:r>
    </w:p>
    <w:p>
      <w:r>
        <w:t>Jesus revealed a simple but profound truth in what he said to the religious leaders, the Bible-believing theologians of that time: The healthy do not need a doctor, but the sick do! I have come for those who are hurting, those who struggle with sin, shame and exclusion! These simple words contain the whole gospel. This is good news for everyone who, in one way or another, is hurting and finding life difficult. Jesus cares about those of us who struggle and cannot cope with life! It was for us that he came. For those of us who are poor in ourselves and see that we need God’s grace and help.</w:t>
      </w:r>
    </w:p>
    <w:p>
      <w:r>
        <w:t>In a way, Jesus does not waste his time on the successful and self-satisfied, yet he shows them enough respect to answer their objections. It makes an impression on me to see how he meets people.</w:t>
      </w:r>
    </w:p>
    <w:p>
      <w:pPr>
        <w:pStyle w:val="Heading2"/>
      </w:pPr>
      <w:r>
        <w:t>Look closely</w:t>
      </w:r>
    </w:p>
    <w:p>
      <w:r>
        <w:t>What does Levi do when Jesus calls? What does Jesus say about why he eats with tax collectors and sinners?</w:t>
      </w:r>
    </w:p>
    <w:p>
      <w:pPr>
        <w:pStyle w:val="Heading2"/>
      </w:pPr>
      <w:r>
        <w:t>Reflect</w:t>
      </w:r>
    </w:p>
    <w:p>
      <w:r>
        <w:t>Whom do I find it easy to keep at a distance? How does Jesus meet people who cannot cope with life?</w:t>
      </w:r>
    </w:p>
    <w:p>
      <w:pPr>
        <w:pStyle w:val="Heading2"/>
      </w:pPr>
      <w:r>
        <w:t>Together</w:t>
      </w:r>
    </w:p>
    <w:p>
      <w:r>
        <w:t>How can meals and hospitality make room for people who feel excluded?</w:t>
      </w:r>
    </w:p>
    <w:p>
      <w:pPr>
        <w:pStyle w:val="Heading2"/>
      </w:pPr>
      <w:r>
        <w:t>Live it out</w:t>
      </w:r>
    </w:p>
    <w:p>
      <w:r>
        <w:t>Invite someone to a conversation or a meal, especially someone you do not usually spend time with.</w:t>
      </w:r>
    </w:p>
    <w:p>
      <w:pPr>
        <w:pStyle w:val="Heading2"/>
      </w:pPr>
      <w:r>
        <w:t>Prayer</w:t>
      </w:r>
    </w:p>
    <w:p>
      <w:r>
        <w:t>Jesus, thank you for coming for those of us who need help. Teach us to see people and welcome them as you do.</w:t>
      </w:r>
    </w:p>
    <w:p>
      <w:pPr>
        <w:pStyle w:val="Heading1"/>
        <w:pageBreakBefore/>
      </w:pPr>
      <w:r>
        <w:t>Lesson 10 Feasting and fasting</w:t>
      </w:r>
    </w:p>
    <w:p>
      <w:r>
        <w:t>Read Mark 2:18–22 in your Bible.</w:t>
      </w:r>
    </w:p>
    <w:p>
      <w:pPr>
        <w:pStyle w:val="Heading2"/>
      </w:pPr>
      <w:r>
        <w:t>Enter the story</w:t>
      </w:r>
    </w:p>
    <w:p>
      <w:r>
        <w:t>People ask why Jesus’ disciples do not fast. He responds with images of a wedding, cloth and wineskins.</w:t>
      </w:r>
    </w:p>
    <w:p>
      <w:pPr>
        <w:pStyle w:val="Heading2"/>
      </w:pPr>
      <w:r>
        <w:t>Commentary</w:t>
      </w:r>
    </w:p>
    <w:p>
      <w:r>
        <w:t>Fasting was common in Judaism. Originally, fasting expressed grief, either over a death or over sin, but it also became associated with earnest prayer. The only compulsory day of fasting for the Jews was the Day of Atonement. Some Jews nevertheless practised fasting twice a week (Luke 18:12). All the holy men and women in the Bible fasted. Fasting is one of the ancient, classic disciplines practised from time immemorial. When we fast, we abstain from food or other things so that we can spend more time with God in prayer. Fasting underlines the seriousness, the burden and the distress we carry as we come before God’s face to pour out our hearts to him.</w:t>
      </w:r>
    </w:p>
    <w:p>
      <w:r>
        <w:t>Both the Pharisees and John’s disciples observed fasts. Fasting was a natural part of their religious practice. They lived sober lives and fasted regularly. People noticed this because it was a mark of a devout and God-fearing life. They had also noticed that this was not a distinguishing feature of Jesus’ disciples. They wondered about this, because it went against their expectations of devout and religious life. So they came to Jesus and asked about it. I notice that people were not afraid to question what Jesus said and did. I also notice that Jesus answered kindly and respectfully, while remaining clear and direct.</w:t>
      </w:r>
    </w:p>
    <w:p>
      <w:r>
        <w:t>He often answered with a question of his own that helped people see with fresh eyes, a new perspective, new angles. Then the answer became obvious. Can wedding guests fast while celebrating with the bridegroom? Of course not, but when he was gone, they would fast. Notice that Jesus does not condemn their fasting. He simply teaches that it is not right for his disciples to fast at this time.</w:t>
      </w:r>
    </w:p>
    <w:p>
      <w:r>
        <w:t>Jesus answers the question about fasting by telling three parables. He uses perfectly ordinary events and circumstances to convey his truth. The first parable begins with a rhetorical question that assumes a negative answer. It is entirely inappropriate to fast—and mourn—at a wedding. That is a time to rejoice and celebrate, rather than fast and mourn. The bridegroom refers to Jesus, and his bride is the church. A new time has begun.</w:t>
      </w:r>
    </w:p>
    <w:p>
      <w:r>
        <w:t>The words about the unshrunk piece of cloth and the new wineskins are not as easy to understand, at least in terms of how they answer the question about fasting. So we should understand these two images in light of the clear reference to the bridegroom. What they have in common seems to concern what is fitting. It is not fitting to mourn at a wedding. It is not appropriate to put a piece of new cloth on an old garment. Nor is it appropriate to pour new wine into old wineskins.</w:t>
      </w:r>
    </w:p>
    <w:p>
      <w:r>
        <w:t>Everything has its meaning and purpose, including fasting. The purpose of fasting is not fulfilled at a wedding. New cloth does not serve its purpose if it is put on an old garment. On the contrary, it would ruin both the old and the new. New wine does not serve its purpose either if it is poured into old wineskins. Here too, both the old and the new would be wasted.</w:t>
      </w:r>
    </w:p>
    <w:p>
      <w:r>
        <w:t>Nothing should be placed alongside Jesus. This applies to traditional Judaism, the disciples of John the Baptist, nationalism and anything else they or we might want to add. Jesus is the new element; there is no room for mixing religions. Jesus makes the question larger than simply fasting. Christianity has its roots in Judaism in a sense, yet represents something entirely new. When the bridegroom has come, a new time has also begun. Many parts of the old are then no longer useful or able to fulfil their purpose.</w:t>
      </w:r>
    </w:p>
    <w:p>
      <w:pPr>
        <w:pStyle w:val="Heading2"/>
      </w:pPr>
      <w:r>
        <w:t>Look closely</w:t>
      </w:r>
    </w:p>
    <w:p>
      <w:r>
        <w:t>What does Jesus say about the bridegroom and the time for fasting? How do the three images help us understand what fits the new time?</w:t>
      </w:r>
    </w:p>
    <w:p>
      <w:pPr>
        <w:pStyle w:val="Heading2"/>
      </w:pPr>
      <w:r>
        <w:t>Reflect</w:t>
      </w:r>
    </w:p>
    <w:p>
      <w:r>
        <w:t>How can my spiritual disciplines serve fellowship with Jesus and the purpose he has given them?</w:t>
      </w:r>
    </w:p>
    <w:p>
      <w:pPr>
        <w:pStyle w:val="Heading2"/>
      </w:pPr>
      <w:r>
        <w:t>Together</w:t>
      </w:r>
    </w:p>
    <w:p>
      <w:r>
        <w:t>How can we make room for joy, prayer and fasting without making our own practice the standard for others?</w:t>
      </w:r>
    </w:p>
    <w:p>
      <w:pPr>
        <w:pStyle w:val="Heading2"/>
      </w:pPr>
      <w:r>
        <w:t>Live it out</w:t>
      </w:r>
    </w:p>
    <w:p>
      <w:r>
        <w:t>Set aside time for prayer and ask what helps you seek God now. Let a specific discipline serve that purpose.</w:t>
      </w:r>
    </w:p>
    <w:p>
      <w:pPr>
        <w:pStyle w:val="Heading2"/>
      </w:pPr>
      <w:r>
        <w:t>Prayer</w:t>
      </w:r>
    </w:p>
    <w:p>
      <w:r>
        <w:t>Jesus, thank you for the new life you bring. Teach us to rejoice with you and seek you in prayer and fasting.</w:t>
      </w:r>
    </w:p>
    <w:p>
      <w:pPr>
        <w:pStyle w:val="Heading1"/>
        <w:pageBreakBefore/>
      </w:pPr>
      <w:r>
        <w:t>Lesson 11 Jesus and the Sabbath</w:t>
      </w:r>
    </w:p>
    <w:p>
      <w:r>
        <w:t>Read Mark 2:23–28 in your Bible.</w:t>
      </w:r>
    </w:p>
    <w:p>
      <w:pPr>
        <w:pStyle w:val="Heading2"/>
      </w:pPr>
      <w:r>
        <w:t>Enter the story</w:t>
      </w:r>
    </w:p>
    <w:p>
      <w:r>
        <w:t>The disciples pick heads of grain as they walk through the field. The Pharisees ask why they are doing what they consider forbidden.</w:t>
      </w:r>
    </w:p>
    <w:p>
      <w:pPr>
        <w:pStyle w:val="Heading2"/>
      </w:pPr>
      <w:r>
        <w:t>Commentary</w:t>
      </w:r>
    </w:p>
    <w:p>
      <w:r>
        <w:t>Jesus rarely sits still; he is usually on the move. Now he is walking along a field on a Sabbath. The Pharisees had many rules connected with the Sabbath: what people could or could not do, how far they could walk and what they should eat. This time he probably has not walked too far, because the Pharisees are there and see the disciples plucking heads of grain and eating as they walk. This provokes the Pharisees, and they ask Jesus why the disciples are doing things they are not allowed to do on the Sabbath.</w:t>
      </w:r>
    </w:p>
    <w:p>
      <w:r>
        <w:t>Jesus answers the Pharisees’ question about breaking the Sabbath commandment with three arguments. First, Jesus answers by asking a question: “Have you not read what David did?” He had eaten something he was not allowed to eat, yet the high priest had permitted it because he and his men needed this food! It seems that he wants to point out that the Pharisees are inconsistent. They do not condemn David for what he did, yet they condemn the disciples for a much smaller infringement. The Sabbath commandment was about not working on the Sabbath, but the disciples were not doing that: they were simply hungry and ate a little of the crop in the field they passed. Jesus starts from the original meaning of the law and refuses to be bound by the Pharisees’ traditional rules and interpretations.</w:t>
      </w:r>
    </w:p>
    <w:p>
      <w:r>
        <w:t>Jesus’ second argument concerns precisely this: the original meaning of the law. The Sabbath came into being for people, to meet a need they had. The Sabbath was intended to be a blessing for people, rather than a heavy burden. People are more important than religious customs or buildings. The entire law came into being for people’s good.</w:t>
      </w:r>
    </w:p>
    <w:p>
      <w:r>
        <w:t>When rules and regulations prove to work against people, they should be abolished. Human beings are the foremost object of God’s love. God loves the world of people more than the Sabbath, Sunday, the physical world or the temple. God loves the world and does not seek his own good. So he acts for the world’s benefit, rather than for himself.</w:t>
      </w:r>
    </w:p>
    <w:p>
      <w:r>
        <w:t>We too should work for the benefit of others, not simply for ourselves. We should love people and use things for people’s good, instead of loving things and using people to acquire even more. Are the rules and regulations we practise for the world’s benefit or only for our own? The church should exist for the world: that is, to seek and save those who have lost their way. Rules should serve people, not become bonds that restrict personal freedom.</w:t>
      </w:r>
    </w:p>
    <w:p>
      <w:r>
        <w:t>The third argument Jesus uses against the Pharisees is that the Son of Man, Jesus, is also Lord of the Sabbath. Jesus’ disciples may do what the Lord of the Sabbath permits. So Jesus allows the disciples to pick heads of grain and eat the grain. The little word also shows that Jesus’ authority, already expressed through healings, the casting out of evil spirits and the forgiveness of sin, also extends to the law.</w:t>
      </w:r>
    </w:p>
    <w:p>
      <w:pPr>
        <w:pStyle w:val="Heading2"/>
      </w:pPr>
      <w:r>
        <w:t>Look closely</w:t>
      </w:r>
    </w:p>
    <w:p>
      <w:r>
        <w:t>What three answers does Jesus give? What does he say about whom the Sabbath is for and who the Son of Man is?</w:t>
      </w:r>
    </w:p>
    <w:p>
      <w:pPr>
        <w:pStyle w:val="Heading2"/>
      </w:pPr>
      <w:r>
        <w:t>Reflect</w:t>
      </w:r>
    </w:p>
    <w:p>
      <w:r>
        <w:t>What rule or habit have I allowed to become more important than the person it was meant to serve?</w:t>
      </w:r>
    </w:p>
    <w:p>
      <w:pPr>
        <w:pStyle w:val="Heading2"/>
      </w:pPr>
      <w:r>
        <w:t>Together</w:t>
      </w:r>
    </w:p>
    <w:p>
      <w:r>
        <w:t>How can the arrangements in our fellowship benefit people and make room for rest?</w:t>
      </w:r>
    </w:p>
    <w:p>
      <w:pPr>
        <w:pStyle w:val="Heading2"/>
      </w:pPr>
      <w:r>
        <w:t>Live it out</w:t>
      </w:r>
    </w:p>
    <w:p>
      <w:r>
        <w:t>Look at an expectation you place on yourself or others. Ask how it can serve people better.</w:t>
      </w:r>
    </w:p>
    <w:p>
      <w:pPr>
        <w:pStyle w:val="Heading2"/>
      </w:pPr>
      <w:r>
        <w:t>Prayer</w:t>
      </w:r>
    </w:p>
    <w:p>
      <w:r>
        <w:t>Jesus, you are Lord of the Sabbath. Teach us to receive rest and use our arrangements for people’s good.</w:t>
      </w:r>
    </w:p>
    <w:p>
      <w:pPr>
        <w:pStyle w:val="Heading1"/>
        <w:pageBreakBefore/>
      </w:pPr>
      <w:r>
        <w:t>Lesson 12 Jesus heals on the Sabbath</w:t>
      </w:r>
    </w:p>
    <w:p>
      <w:r>
        <w:t>Read Mark 3:1–6 in your Bible.</w:t>
      </w:r>
    </w:p>
    <w:p>
      <w:pPr>
        <w:pStyle w:val="Heading2"/>
      </w:pPr>
      <w:r>
        <w:t>Enter the story</w:t>
      </w:r>
    </w:p>
    <w:p>
      <w:r>
        <w:t>A man with a withered hand stands in the synagogue. Jesus brings him forward and asks a question the others will not answer.</w:t>
      </w:r>
    </w:p>
    <w:p>
      <w:pPr>
        <w:pStyle w:val="Heading2"/>
      </w:pPr>
      <w:r>
        <w:t>Commentary</w:t>
      </w:r>
    </w:p>
    <w:p>
      <w:r>
        <w:t>Mark gives us this story as a follow-up to Jesus’ claim in the previous passage that he is Lord of the Sabbath. Once again, Jesus entered the synagogue. There was a man there with a withered and paralysed hand. The Pharisees were watching him to see whether they could accuse him of breaking the law of Moses by working on the Sabbath.</w:t>
      </w:r>
    </w:p>
    <w:p>
      <w:r>
        <w:t>Jesus knows how they think and confronts them head-on. He asks the man to stand up and come forward into the middle of the room. Jesus issues a public and direct challenge to the Pharisees. He turns away from the man for a moment and asks the Pharisees: “Is it lawful on the Sabbath to do good or to do evil, to save a life or to kill?”</w:t>
      </w:r>
    </w:p>
    <w:p>
      <w:r>
        <w:t>Put another way: “Is it lawful to heal a person (do good), or to refrain from healing (do evil)?” In their own interpretation of the law, the Pharisees allowed a farmer to help an animal in distress on the Sabbath. But the Pharisees, blinded by their opposition, nevertheless remained silent, despite what their own interpretation taught. They would not agree with Jesus that it is right to do good and not evil. And they could not disagree that it is right to do evil and not good. So they did not answer, but remained silent and held their anger inside.</w:t>
      </w:r>
    </w:p>
    <w:p>
      <w:r>
        <w:t>Jesus was clearly angry and grieved. As he looked around, he became angry because their hearts were so hardened. Silence is not always golden. The Pharisees’ hearts were so hard that they could not give a reasonable answer. Jesus’ next words are directed to the sick man: he asks him to stretch out his hand. The man does so, and his hand becomes completely well again.</w:t>
      </w:r>
    </w:p>
    <w:p>
      <w:r>
        <w:t>Mark does not tell us how the crowd reacted, but he tells us how the Pharisees reacted. They immediately leave and make plans with the Herodians to kill Jesus, not because of the miracle itself, the man being healed, but because Jesus has undermined their power through his direct challenge. What was true for Jesus’ listeners is also true for Mark’s listeners and for us. The good news about Jesus, about what he teaches and does, softens many, like the crowds who, filled with wonder, bring more people to him. But the good news also hardens some, like the Pharisees and Herodians, who have ears but do not hear, and eyes but do not see.</w:t>
      </w:r>
    </w:p>
    <w:p>
      <w:r>
        <w:t>Another valuable application of this passage, perhaps not intended by Mark, concerns when we should not remain silent or fail to respond. Remaining silent about evil is not the right response. If we expect good to triumph, we should advance it in every way we can. If we expect evil to be overcome, we must fight it in every way we can.</w:t>
      </w:r>
    </w:p>
    <w:p>
      <w:pPr>
        <w:pStyle w:val="Heading2"/>
      </w:pPr>
      <w:r>
        <w:t>Look closely</w:t>
      </w:r>
    </w:p>
    <w:p>
      <w:r>
        <w:t>What does Jesus ask, and how does he respond to the silence? What happens to the man, and what do the opponents do afterwards?</w:t>
      </w:r>
    </w:p>
    <w:p>
      <w:pPr>
        <w:pStyle w:val="Heading2"/>
      </w:pPr>
      <w:r>
        <w:t>Reflect</w:t>
      </w:r>
    </w:p>
    <w:p>
      <w:r>
        <w:t>Where am I tempted to remain silent or refrain from doing good because I want to avoid opposition?</w:t>
      </w:r>
    </w:p>
    <w:p>
      <w:pPr>
        <w:pStyle w:val="Heading2"/>
      </w:pPr>
      <w:r>
        <w:t>Together</w:t>
      </w:r>
    </w:p>
    <w:p>
      <w:r>
        <w:t>How can we advance good and protect people when rules or power stand in the way?</w:t>
      </w:r>
    </w:p>
    <w:p>
      <w:pPr>
        <w:pStyle w:val="Heading2"/>
      </w:pPr>
      <w:r>
        <w:t>Live it out</w:t>
      </w:r>
    </w:p>
    <w:p>
      <w:r>
        <w:t>Do a specific good deed you have held back from doing. Stand alongside someone who needs support.</w:t>
      </w:r>
    </w:p>
    <w:p>
      <w:pPr>
        <w:pStyle w:val="Heading2"/>
      </w:pPr>
      <w:r>
        <w:t>Prayer</w:t>
      </w:r>
    </w:p>
    <w:p>
      <w:r>
        <w:t>Jesus, keep our hearts tender. Give us courage to do good and meet people with care.</w:t>
      </w:r>
    </w:p>
    <w:p>
      <w:pPr>
        <w:pStyle w:val="Heading1"/>
        <w:pageBreakBefore/>
      </w:pPr>
      <w:r>
        <w:t>Pause and look back at module 1</w:t>
      </w:r>
    </w:p>
    <w:p>
      <w:r>
        <w:t>Read Mark 1:14–20, Mark 2:5–12 and Mark 3:1–6 again. What have you discovered about Jesus, his call and his authority? Look back at his encounters with the sick, the excluded and those who ask questions. What has taken hold of you, and what have you begun to live out?</w:t>
      </w:r>
    </w:p>
    <w:p>
      <w:r>
        <w:t>Share one word or event that has gripped you with someone in the fellowship. Also tell them about one step you have taken. Pray together for help to continue following Jesus. In module 2, we explore further the call to be with him, hear his word and bear fruit.</w:t>
      </w:r>
    </w:p>
    <w:p>
      <w:pPr>
        <w:pStyle w:val="Heading1"/>
        <w:pageBreakBefore/>
      </w:pPr>
      <w:r>
        <w:t>Module 2 Being with Jesus and hearing his word</w:t>
      </w:r>
    </w:p>
    <w:p>
      <w:r>
        <w:t>Mark 3:7–6:6</w:t>
      </w:r>
    </w:p>
    <w:p>
      <w:r>
        <w:t>Jesus calls people to be with him. We meet the crowds, the Twelve and his family before sitting down to listen to the parables of God's kingdom. Then we follow him out onto the lake and into encounters with people who need freedom, healing and life. Throughout this module, the question returns: How do we receive Jesus and his word?</w:t>
      </w:r>
    </w:p>
    <w:p>
      <w:r>
        <w:t>This module has twelve lessons. You may like to read six passages, take a day to look back, and then continue. Read the whole Bible passage before each commentary. When a parable and its explanation appear separately, read them together.</w:t>
      </w:r>
    </w:p>
    <w:p>
      <w:pPr>
        <w:pStyle w:val="Heading1"/>
        <w:pageBreakBefore/>
      </w:pPr>
      <w:r>
        <w:t>Lesson 1 The people gather around Jesus</w:t>
      </w:r>
    </w:p>
    <w:p>
      <w:r>
        <w:t>Read Mark 3:7–12 in your Bible.</w:t>
      </w:r>
    </w:p>
    <w:p>
      <w:pPr>
        <w:pStyle w:val="Heading2"/>
      </w:pPr>
      <w:r>
        <w:t>Enter the story</w:t>
      </w:r>
    </w:p>
    <w:p>
      <w:r>
        <w:t>People come from many places. Some want to be healed, and the crowd presses in. Notice both what Jesus does and what he will not accept.</w:t>
      </w:r>
    </w:p>
    <w:p>
      <w:pPr>
        <w:pStyle w:val="Heading2"/>
      </w:pPr>
      <w:r>
        <w:t>Commentary</w:t>
      </w:r>
    </w:p>
    <w:p>
      <w:r>
        <w:t>After this confrontation with the Pharisees and the Herodians who were planning to kill him, Jesus withdrew from the town with his disciples. Even so, a large crowd from all over Galilee follows him to the lake. Indeed, many people come to him from the south (Judea and Idumea), the east (the land beyond the Jordan) and the northwest (Tyre and Sidon). They come because they have heard about everything he had done.</w:t>
      </w:r>
    </w:p>
    <w:p>
      <w:r>
        <w:t>The crowd presses in so tightly that Jesus asks his disciples to prepare a boat in which he can escape. Everyone in the crowd reached out to touch him, believing that touching him would heal their afflictions. The word for afflictions here is rather unusual, since it is also translated as “a whip or a lash.” Some thought that illnesses were lashes from God, but Jesus rejects that idea by making them well.</w:t>
      </w:r>
    </w:p>
    <w:p>
      <w:r>
        <w:t>Several of the people crowding around him were clearly afflicted by unclean spirits. The words unclean spirits, evil spirits and demons are really synonyms. When these people touched Jesus, the unclean spirits fell down and affirmed that Jesus was the Son of God. Here we have another example of Jesus commanding the demons to be silent, but only after they have confessed who he is.</w:t>
      </w:r>
    </w:p>
    <w:p>
      <w:r>
        <w:t>This passage in Mark simply gives a summary of Jesus' ministry. Mark teaches us about Jesus' authority, power and popularity. It is curious that although Jesus does not want testimony from evil spirits, Mark still chooses to include this event in his Gospel as another way of revealing Jesus' power and authority, particularly through the title Son of God. But Jesus does not want testimony from someone who does not follow him. It is not accepted. Those who say “Lord, Lord” but do not follow are not received by Jesus, either in his ministry or in his congregation, in Mark's time or in ours.</w:t>
      </w:r>
    </w:p>
    <w:p>
      <w:pPr>
        <w:pStyle w:val="Heading2"/>
      </w:pPr>
      <w:r>
        <w:t>Look closely</w:t>
      </w:r>
    </w:p>
    <w:p>
      <w:r>
        <w:t>Where do the people come from, and why do they come? What do the unclean spirits say, and how does Jesus respond?</w:t>
      </w:r>
    </w:p>
    <w:p>
      <w:pPr>
        <w:pStyle w:val="Heading2"/>
      </w:pPr>
      <w:r>
        <w:t>Reflect</w:t>
      </w:r>
    </w:p>
    <w:p>
      <w:r>
        <w:t>What am I seeking from Jesus? What does it mean for my faith to find expression in following him?</w:t>
      </w:r>
    </w:p>
    <w:p>
      <w:pPr>
        <w:pStyle w:val="Heading2"/>
      </w:pPr>
      <w:r>
        <w:t>Together</w:t>
      </w:r>
    </w:p>
    <w:p>
      <w:r>
        <w:t>How can we help people come to Jesus and get to know him?</w:t>
      </w:r>
    </w:p>
    <w:p>
      <w:pPr>
        <w:pStyle w:val="Heading2"/>
      </w:pPr>
      <w:r>
        <w:t>Live it out</w:t>
      </w:r>
    </w:p>
    <w:p>
      <w:r>
        <w:t>Pray for someone who needs help, and give that person time and care.</w:t>
      </w:r>
    </w:p>
    <w:p>
      <w:pPr>
        <w:pStyle w:val="Heading2"/>
      </w:pPr>
      <w:r>
        <w:t>Prayer</w:t>
      </w:r>
    </w:p>
    <w:p>
      <w:r>
        <w:t>Jesus, thank you that people with all kinds of needs can come to you. Teach me to know you and follow you.</w:t>
      </w:r>
    </w:p>
    <w:p>
      <w:pPr>
        <w:pStyle w:val="Heading1"/>
        <w:pageBreakBefore/>
      </w:pPr>
      <w:r>
        <w:t>Lesson 2 They were to be with him</w:t>
      </w:r>
    </w:p>
    <w:p>
      <w:r>
        <w:t>Read Mark 3:13–19 in your Bible.</w:t>
      </w:r>
    </w:p>
    <w:p>
      <w:pPr>
        <w:pStyle w:val="Heading2"/>
      </w:pPr>
      <w:r>
        <w:t>Enter the story</w:t>
      </w:r>
    </w:p>
    <w:p>
      <w:r>
        <w:t>Jesus calls to himself those he wants. Before we read about what they are to do, we hear why they are to be with him.</w:t>
      </w:r>
    </w:p>
    <w:p>
      <w:pPr>
        <w:pStyle w:val="Heading2"/>
      </w:pPr>
      <w:r>
        <w:t>Commentary</w:t>
      </w:r>
    </w:p>
    <w:p>
      <w:r>
        <w:t>Jesus withdraws even further from the towns and the crowds following him by going up into the hills around the lake. There he calls to himself those he wants. He calls twelve men, whom he also names “apostles” or “those sent out.” Jesus had two reasons for choosing these twelve men:</w:t>
      </w:r>
    </w:p>
    <w:p>
      <w:r>
        <w:t>[1] “that they should be with him,” and [2] “that he should send them out [a] to proclaim good news, the gospel, and [b] to have authority to drive out evil spirits</w:t>
      </w:r>
    </w:p>
    <w:p>
      <w:r>
        <w:t>It is worth noticing that the verb send out is the same word as the noun apostle. A modern synonym is envoy. The first purpose for those sent out was to be with Jesus. Having been with Jesus is necessary for those sent out to fulfil the second purpose: to proclaim the gospel and drive out evil spirits. These envoys proclaim the good news both during Jesus' ministry and after his death, burial and resurrection. The first message was: “God's kingdom is near”; the later one was: “We enter God's kingdom by trusting the gospel that Jesus was crucified for our sins and rose again on the third day so that we could have eternal life.” The ministry of those sent out was also to include authority to drive out evil spirits. The authority to drive out demons was a sign that the new kingdom was stronger than the demons and that the new kingdom had truly come in the person of Jesus and through the authority of those he had sent out.</w:t>
      </w:r>
    </w:p>
    <w:p>
      <w:r>
        <w:t>The title the Twelve is used on its own as the name of the group Jesus chose from among his followers. The names of the Twelve are listed with some interesting additions. Simon is given the name “Peter.” James and John are called “the sons of thunder” or “the fiery sons” (see Mark 9:38 and Luke 9:54). Another Simon is called “the Cananaean,” which in Aramaic means “the zealous one” and is usually translated as “the Zealot” in the Norwegian Bible 2011. This is a name for the fervent group hostile to Rome that readily resorted to violence. Mark places Judas Iscariot last on the list, with an ominous description that shows early in the story that Judas is the one who will eventually hand Jesus over to the authorities.</w:t>
      </w:r>
    </w:p>
    <w:p>
      <w:r>
        <w:t>This passage gives a good picture of the different groups who followed Jesus. The large crowds come because they have heard about Jesus, and many want to be healed. Then Jesus chooses the Twelve to be with him. Yet the description of the Twelve reveals an inner circle of three. The innermost three (Peter, James and John) were the first three Jesus chose.</w:t>
      </w:r>
    </w:p>
    <w:p>
      <w:pPr>
        <w:pStyle w:val="Heading2"/>
      </w:pPr>
      <w:r>
        <w:t>Look closely</w:t>
      </w:r>
    </w:p>
    <w:p>
      <w:r>
        <w:t>Find the two purposes of the call. How is being with Jesus connected with being sent by him?</w:t>
      </w:r>
    </w:p>
    <w:p>
      <w:pPr>
        <w:pStyle w:val="Heading2"/>
      </w:pPr>
      <w:r>
        <w:t>Reflect</w:t>
      </w:r>
    </w:p>
    <w:p>
      <w:r>
        <w:t>Is spending time with Jesus the very foundation of my ministry?</w:t>
      </w:r>
    </w:p>
    <w:p>
      <w:pPr>
        <w:pStyle w:val="Heading2"/>
      </w:pPr>
      <w:r>
        <w:t>Together</w:t>
      </w:r>
    </w:p>
    <w:p>
      <w:r>
        <w:t>How can we help one another be with Jesus and take part in his mission?</w:t>
      </w:r>
    </w:p>
    <w:p>
      <w:pPr>
        <w:pStyle w:val="Heading2"/>
      </w:pPr>
      <w:r>
        <w:t>Live it out</w:t>
      </w:r>
    </w:p>
    <w:p>
      <w:r>
        <w:t>Set aside time to be with Jesus without first making a list of what you must achieve. Read, listen and pray.</w:t>
      </w:r>
    </w:p>
    <w:p>
      <w:pPr>
        <w:pStyle w:val="Heading2"/>
      </w:pPr>
      <w:r>
        <w:t>Prayer</w:t>
      </w:r>
    </w:p>
    <w:p>
      <w:r>
        <w:t>Jesus, thank you for calling me to yourself. Let my ministry grow out of time spent with you.</w:t>
      </w:r>
    </w:p>
    <w:p>
      <w:pPr>
        <w:pStyle w:val="Heading1"/>
        <w:pageBreakBefore/>
      </w:pPr>
      <w:r>
        <w:t>Lesson 3 Who is Jesus' family?</w:t>
      </w:r>
    </w:p>
    <w:p>
      <w:r>
        <w:t>Read Mark 3:20–35 in your Bible.</w:t>
      </w:r>
    </w:p>
    <w:p>
      <w:pPr>
        <w:pStyle w:val="Heading2"/>
      </w:pPr>
      <w:r>
        <w:t>Enter the story</w:t>
      </w:r>
    </w:p>
    <w:p>
      <w:r>
        <w:t>Read the whole passage before pausing at the warning about blasphemy against the Spirit. The story about the family surrounds the encounter with the teachers of the law. The three parts help us understand one another.</w:t>
      </w:r>
    </w:p>
    <w:p>
      <w:pPr>
        <w:pStyle w:val="Heading2"/>
      </w:pPr>
      <w:r>
        <w:t>Commentary</w:t>
      </w:r>
    </w:p>
    <w:p>
      <w:r>
        <w:t>In Mark 3:20–35, Mark uses a literary device in which he inserts one event between two stages of another. Jesus' rejection by his family begins in verses 20 and 21, followed by the account of his rejection by the teachers of the law from Jerusalem (verses 22–30). The completion of his family's rejection comes last, in verses 31–35. Mark uses this literary device several times. He uses events within events that interpret one another, as we shall see in this passage.</w:t>
      </w:r>
    </w:p>
    <w:p>
      <w:r>
        <w:t>Jesus returns from the lake and the hills to his home. This refers to the place where he usually stayed in Capernaum. Mark continues to show Jesus' popularity among the people by saying that the crowd in and around the house was so large that he and his disciples could not even eat.</w:t>
      </w:r>
    </w:p>
    <w:p>
      <w:r>
        <w:t>The next sentence is strange. His own people came to seize him because they thought he was out of his mind. Who were those called “his own”? They were obviously not his disciples or the great crowds causing difficulties. The teachers of the law would certainly have liked to seize him, but they would never be described as his own. Many Bible scholars believe that Mark is referring here to Jesus' family. John's Gospel shows that Jesus' brothers did not believe in him (John 7:3–5). The family was concerned because Jesus' behaviour attracted such large crowds that, according to this verse, he could not even attend to his own needs. The family sets out to seize Jesus. The word seize is used later in Mark 6:17 for what Herod does when he sends men to “arrest” John the Baptist. Jesus' family clearly thinks he is mad, literally “outside himself.” They feel they must seize him for his own sake and take him home.</w:t>
      </w:r>
    </w:p>
    <w:p>
      <w:r>
        <w:t>The teachers of the law from Jerusalem are the legal authorities, or experts in the law, who have come from the capital to the countryside to investigate this popular person and the extraordinary claims being made about him. It is highly unusual for such legal experts from the city to come here. Mark immediately mentions the two accusations against Jesus. Notice that earlier (in Mark 3:2), some of Jesus' opponents tried to bring legal charges against him. The first accusation is that Beelzebul has possessed him. The name means “Baal, the prince.”</w:t>
      </w:r>
    </w:p>
    <w:p>
      <w:r>
        <w:t>The second accusation is that he drives out evil spirits with the help of the prince of demons. The expressions prince of demons and Baal the prince mean the same thing. Notice that his opponents say Jesus has an unclean spirit. Jesus was widely known for driving out demons.</w:t>
      </w:r>
    </w:p>
    <w:p>
      <w:r>
        <w:t>Jesus answers the two accusations in two ways. First he calls the teachers of the law to him and asks them a rhetorical question. Jesus answers the question with three statements. Notice that Jesus equates Beelzebul, the prince of demons, with Satan. The rhetorical question can be answered in only one way: Satan cannot drive out Satan. Just as a kingdom or a household divided against itself cannot stand, Satan could not stand if he fought against himself. If he fought against himself, it would be a sure sign that his end was approaching. Then Jesus tells a short parable that the teachers of the law cannot dismiss. You must be stronger than the strong man to enter his house and plunder his possessions.</w:t>
      </w:r>
    </w:p>
    <w:p>
      <w:r>
        <w:t>Jesus' answer can be summarised in two sentences. Since Satan cannot drive out Satan, and Jesus drives out evil spirits, Jesus clearly cannot be Satan or an evil spirit. And since the one driving out must be stronger than the one being driven out, and Jesus drives out demons, Jesus must be stronger than the demons he drives out.</w:t>
      </w:r>
    </w:p>
    <w:p>
      <w:r>
        <w:t>Driving out evil spirits was a sign of God's power. In Luke 11:20, Jesus says: “If I drive out evil spirits by the finger of God, then God's kingdom has come to you.” In Matthew 12:28, the expression God's Spirit is used instead of God's finger, but the meaning is the same. The coming of God's kingdom is demonstrated through God's power to overcome evil. Good triumphs over evil. Driving out demons was a sign that God's kingdom and power were breaking in, particularly as revealed in the work of Jesus, who drives out the demons. The accusations of the teachers of the law against Jesus are an attempt to call God's kingdom Satan's kingdom. This is a distortion of the good news of the gospel. It describes good as evil. It calls light darkness. Mark is probably also drawing his readers' attention to the strange fact that the very people who should show the way, the legally trained interpreters of the law of Moses, are those who completely turn against and reject the one who fulfils the law of Moses.</w:t>
      </w:r>
    </w:p>
    <w:p>
      <w:r>
        <w:t>In connection with this kind of distortion, Mark raises the question of blasphemy against the Holy Spirit. To blaspheme means to speak against or to mock, particularly with reference to God. All other sins can be forgiven, but mocking the Holy Spirit is an eternal sin. The Jews had other irreconcilable sins, such as profaning God's name, for then God took vengeance immediately. Likewise, anyone who gave false testimony in a capital case was considered guilty of an unforgivable sin. Mark shows how seriously Jesus takes this question by placing the “amen” expression “Truly I tell you” at the beginning of his statement. The question that arises in this passage is why Jesus singles out the Spirit. The Spirit is God's power. To reject or mock the Spirit is to cut off the power. Remember that Matthew records Jesus' words: “If I drive out demons by God's Spirit …” (Matthew 12:28). Mark's own comment confirms this connection, for the teachers of the law accused Jesus of having an unclean spirit, whereas the Spirit was in fact the Holy Spirit, not an unclean spirit. Fundamentally, this means that anyone who rejects the Holy Spirit as the power in Jesus and in Christianity rejects God, and since all forgiveness comes from God, this sin has eternal consequences.</w:t>
      </w:r>
    </w:p>
    <w:p>
      <w:r>
        <w:t>The text in Mark 3:28–30 does not say that anyone there has committed such blasphemy, but Jesus gives a very serious warning that applies to the teachers of the law, Mark's readers and us. Here lies the real distortion: the one who comes and drives out Satan by God's Holy Spirit so that people may have eternal life is himself called Satan. Anyone who does this has no hope, for he is so distorted that he says white is black and darkness is light, that God's work is Satan's work, that good is evil and evil is good.</w:t>
      </w:r>
    </w:p>
    <w:p>
      <w:r>
        <w:t>The rejection by the teachers of the law contrasts with the crowds' welcome of Jesus. In Mark 3:31–35, his mother, brothers and sisters have come to take him home. They ask him to come out and go with them. Jesus is told that his mother and family are asking for him. Then Jesus makes an astonishing statement identifying his true family. Jesus' true family are those who do what God wills. The parallel passage in Luke says: “Those who hear God's word and do it” (Luke 8:21). That Jesus' true family are those who do God's will, or what God “desires,” shows that people have a choice. Some who have listened to him have chosen to do what God wills. Others, the teachers of the law and Jesus' own family, have chosen to do what they themselves want. You must do what Jesus wants to belong to his true family. Jesus' earthly family and the interpreters of the law, who should have welcomed him, have actually rejected him. The crowd gathering around Jesus is his true family, those who hear and do God's word.</w:t>
      </w:r>
    </w:p>
    <w:p>
      <w:r>
        <w:t>This text is a serious warning against rejecting Jesus. But it is also an assurance that if we choose to do what God desires, when we hear and act on God's word, we will be part of God's true family.</w:t>
      </w:r>
    </w:p>
    <w:p>
      <w:pPr>
        <w:pStyle w:val="Heading2"/>
      </w:pPr>
      <w:r>
        <w:t>Look closely</w:t>
      </w:r>
    </w:p>
    <w:p>
      <w:r>
        <w:t>What do the teachers of the law accuse Jesus of? How does he answer? What explanation does Mark give in verse 30, and whom does Jesus call his family?</w:t>
      </w:r>
    </w:p>
    <w:p>
      <w:pPr>
        <w:pStyle w:val="Heading2"/>
      </w:pPr>
      <w:r>
        <w:t>Reflect</w:t>
      </w:r>
    </w:p>
    <w:p>
      <w:r>
        <w:t>What does doing God's will mean in the situation I am in?</w:t>
      </w:r>
    </w:p>
    <w:p>
      <w:pPr>
        <w:pStyle w:val="Heading2"/>
      </w:pPr>
      <w:r>
        <w:t>Together</w:t>
      </w:r>
    </w:p>
    <w:p>
      <w:r>
        <w:t>How can our community live as Jesus' family and welcome people who want to follow him?</w:t>
      </w:r>
    </w:p>
    <w:p>
      <w:pPr>
        <w:pStyle w:val="Heading2"/>
      </w:pPr>
      <w:r>
        <w:t>Live it out</w:t>
      </w:r>
    </w:p>
    <w:p>
      <w:r>
        <w:t>Take a practical step in something you know God has called you to do. You may like to share the decision with someone who can pray with you.</w:t>
      </w:r>
    </w:p>
    <w:p>
      <w:pPr>
        <w:pStyle w:val="Heading2"/>
      </w:pPr>
      <w:r>
        <w:t>Prayer</w:t>
      </w:r>
    </w:p>
    <w:p>
      <w:r>
        <w:t>Father, help us receive your Son and be open to the work of your Spirit. Teach us to hear your word and do what you will.</w:t>
      </w:r>
    </w:p>
    <w:p>
      <w:pPr>
        <w:pStyle w:val="Heading1"/>
        <w:pageBreakBefore/>
      </w:pPr>
      <w:r>
        <w:t>Lesson 4 The word and the soil</w:t>
      </w:r>
    </w:p>
    <w:p>
      <w:r>
        <w:t>Read Mark 4:1–9 and 4:14–20 in your Bible.</w:t>
      </w:r>
    </w:p>
    <w:p>
      <w:pPr>
        <w:pStyle w:val="Heading2"/>
      </w:pPr>
      <w:r>
        <w:t>Enter the story</w:t>
      </w:r>
    </w:p>
    <w:p>
      <w:r>
        <w:t>Jesus sits in the boat and teaches the people through a story from everyday life. Read the parable first and then the explanation. Notice how often hearing is mentioned.</w:t>
      </w:r>
    </w:p>
    <w:p>
      <w:pPr>
        <w:pStyle w:val="Heading2"/>
      </w:pPr>
      <w:r>
        <w:t>Commentary</w:t>
      </w:r>
    </w:p>
    <w:p>
      <w:r>
        <w:t>Mark's fourth chapter concerns the responsibility of Jesus' followers, his true family. In other words, it concerns those who hear the Word and do God's will, those who are “inside.” The scene is set in Mark 4:1–2, where a great crowd presses so close to Jesus that he must sit in a boat to teach them from a suitable distance.</w:t>
      </w:r>
    </w:p>
    <w:p>
      <w:r>
        <w:t>Jesus teaches them by telling parables. These are everyday stories with a spiritual meaning. Jesus' use of parables also includes what are called comparisons and metaphors. This chapter contains all three kinds of parables, so it is important to discuss whom the parables were intended for. We are given the parable of the sower and the seed in verses 3–8, and its explanation in verses 14–20. In between, Jesus speaks about the mystery of the parable and understanding it.</w:t>
      </w:r>
    </w:p>
    <w:p>
      <w:r>
        <w:t>The parable is not really about the sower; otherwise we could ask why he sowed seed on the path, on rocky ground or among thorns. Nor is the parable really about the seed being sown. The seed is the Word, the Word about the kingdom, or, in other words, God's word. In this passage, the seed means Jesus' teaching. The point of the parable concerns how people respond to Jesus' message. The different responses are connected with how people hear. Notice that Jesus begins the parable with the command “Listen!” and ends with the refrain: “Anyone who has ears to hear, let them hear!” Notice also that in all four cases, everyone hears, but after they have heard, something happens.</w:t>
      </w:r>
    </w:p>
    <w:p>
      <w:r>
        <w:t>Notice that what they hear is the Word. The absence of the Word makes the difference between growth in the good soil and the lack of growth in the other soils. Satan takes away the Word from what falls on the path. Trouble or persecution because of the Word causes people to fall away in the rocky area. Worries, deceit and desires choke the Word in the thorny area so that it bears no fruit. The Word grows only in the good soil, because there people not only hear the Word but receive it. Opposition to the Word does not come only from Satan. In the rocky area, the Word is heard and received, but when trouble or persecution comes, people take offence and abandon the Word. The cares, anxieties, fears or worries of this age, the deceitfulness of wealth and the desires for other things entering the lives of those who hear the Word create difficulties in the thorny area. All these worries and desires choke the Word so that this person's life becomes fruitless.</w:t>
      </w:r>
    </w:p>
    <w:p>
      <w:r>
        <w:t>The purpose of all seed is to bear fruit. Some seed does not bear fruit because of the shape of the life of the person in whom it is sown. That person hears the Word but is unwilling to do it. Remember that Jesus' true family are not those who merely hear, but those who do God's will. Jesus tells his listeners, and us, that simply listening to the Word is not enough. The Word, which is Jesus' teaching, must be heard, received and allowed to bear fruit in us.</w:t>
      </w:r>
    </w:p>
    <w:p>
      <w:r>
        <w:t>In this parable, the sower scatters the seed. The parable shows us that we do not know beforehand how people will receive the gospel when it is proclaimed. But we must proclaim it to all kinds of people and sow the word in every setting.</w:t>
      </w:r>
    </w:p>
    <w:p>
      <w:r>
        <w:t>The Word is interpreted as Jesus' teaching. We often hear or read his teaching. What matters is not whether we hear the teaching, but whether we do something with it. We know that fruit comes from actions such as planting, watering, fertilising and pruning. As James, the brother of Jesus, said: “Be … doers of the Word, not merely hearers” (James 1:22).</w:t>
      </w:r>
    </w:p>
    <w:p>
      <w:r>
        <w:t>The point of the parable is that we should hear God's word and then put what we have heard into action.</w:t>
      </w:r>
    </w:p>
    <w:p>
      <w:pPr>
        <w:pStyle w:val="Heading2"/>
      </w:pPr>
      <w:r>
        <w:t>Look closely</w:t>
      </w:r>
    </w:p>
    <w:p>
      <w:r>
        <w:t>What happens to the word in the four kinds of soil? What characterises the good soil?</w:t>
      </w:r>
    </w:p>
    <w:p>
      <w:pPr>
        <w:pStyle w:val="Heading2"/>
      </w:pPr>
      <w:r>
        <w:t>Reflect</w:t>
      </w:r>
    </w:p>
    <w:p>
      <w:r>
        <w:t>What worries, desires or opposition can choke the word in my life?</w:t>
      </w:r>
    </w:p>
    <w:p>
      <w:pPr>
        <w:pStyle w:val="Heading2"/>
      </w:pPr>
      <w:r>
        <w:t>Together</w:t>
      </w:r>
    </w:p>
    <w:p>
      <w:r>
        <w:t>How can we help one another receive the word and hold on to it when things become difficult?</w:t>
      </w:r>
    </w:p>
    <w:p>
      <w:pPr>
        <w:pStyle w:val="Heading2"/>
      </w:pPr>
      <w:r>
        <w:t>Live it out</w:t>
      </w:r>
    </w:p>
    <w:p>
      <w:r>
        <w:t>Choose one word from Jesus that you want to live by this week. Make room for it by putting aside something that occupies your attention.</w:t>
      </w:r>
    </w:p>
    <w:p>
      <w:pPr>
        <w:pStyle w:val="Heading2"/>
      </w:pPr>
      <w:r>
        <w:t>Prayer</w:t>
      </w:r>
    </w:p>
    <w:p>
      <w:r>
        <w:t>Jesus, make my heart good soil. Let your word take root and bear fruit in my life.</w:t>
      </w:r>
    </w:p>
    <w:p>
      <w:pPr>
        <w:pStyle w:val="Heading1"/>
        <w:pageBreakBefore/>
      </w:pPr>
      <w:r>
        <w:t>Lesson 5 Understanding the stories</w:t>
      </w:r>
    </w:p>
    <w:p>
      <w:r>
        <w:t>Read Mark 4:10–13 and 4:33–34 in your Bible.</w:t>
      </w:r>
    </w:p>
    <w:p>
      <w:pPr>
        <w:pStyle w:val="Heading2"/>
      </w:pPr>
      <w:r>
        <w:t>Enter the story</w:t>
      </w:r>
    </w:p>
    <w:p>
      <w:r>
        <w:t>Those who are with Jesus ask about what they do not understand. He takes time to explain. Read these verses together with the parable of the sower.</w:t>
      </w:r>
    </w:p>
    <w:p>
      <w:pPr>
        <w:pStyle w:val="Heading2"/>
      </w:pPr>
      <w:r>
        <w:t>Commentary</w:t>
      </w:r>
    </w:p>
    <w:p>
      <w:r>
        <w:t>These two passages give insight into how the parables were understood by those listening to Jesus. The first passage gives Jesus' own words about the parables, and the second gives Mark's understanding of how Jesus used parables. More than the Twelve were present when Jesus was asked what the parables meant. Those who were with him remind us of those around Jesus when his mother and brothers came looking for him. Notice that they also ask about parables (in the plural), not just the one parable Mark has just told. Jesus tells those with him that they have been given the mysteries of God's kingdom. Mystery translates the Greek word mysterion and is a better word to use here than “secret.” The word mystery is used in the letters of the New Testament, but it is a mystery God wants to make known: that the Gentiles are to be welcomed. As in the letters, the mystery is made known, but only to those who hear and do. The mystery is only a mystery to those who are unwilling. As John 7:17 says: “If anyone wants to do his will, they will understand.”</w:t>
      </w:r>
    </w:p>
    <w:p>
      <w:r>
        <w:t>Those who are “outside” are those who have heard but do not understand or act. The expression outside is used twice at the end of chapter 3 about Jesus' earthly family, in contrast to those gathered inside listening to Jesus. The reference to parables here is not only to the parallel stories Jesus tells, but probably means riddles or mysteries, a wider meaning than we usually give the word.</w:t>
      </w:r>
    </w:p>
    <w:p>
      <w:r>
        <w:t>When Jesus quotes Isaiah 6:9, he shows the same thing as the parable of the sower: only those who act truly understand. Isaiah 6 tells of God's call to Isaiah to speak on God's behalf. In that context, God told Isaiah how stubborn Judah would be. Judah would see but not comprehend, hear but not understand, for if they really saw and heard, they would turn and be forgiven. This is a picture of God's experience with Israel throughout history. God leads the Israelites out of Egypt, but in the wilderness they complain about a lack of food. God gives them a land flowing with milk and honey, yet they worship other gods who have given them nothing. Again and again, God sends prophets to tell them God's word.</w:t>
      </w:r>
    </w:p>
    <w:p>
      <w:r>
        <w:t>Israel hears and sometimes understands, but far more often ignores the Word. Isaiah can expect that kind of reception. The Christian preacher can also expect a similar reception. This is also the message of the parable of the sower. What is intended to give light becomes a mystery. People may hear the parables, but only those who hear and receive the Word will understand and then bear fruit. The same is true of the proclamation of the gospel. People may hear it too, but it is good news only for those who hear and receive it.</w:t>
      </w:r>
    </w:p>
    <w:p>
      <w:r>
        <w:t>We can all hear the parables, but we must not be like Israel, hard of hearing and slow to understand. We must hear and then act.</w:t>
      </w:r>
    </w:p>
    <w:p>
      <w:r>
        <w:t>Jesus knows that his followers do not fully understand the parables, so he follows the story with an explanation. Mark explains that Jesus spoke the Word to the crowds in many parables, but only as far as they were able to understand. In private, however, Jesus explained the parables more thoroughly to his disciples. Even Jesus' closest disciples did not always clearly understand his explanations.</w:t>
      </w:r>
    </w:p>
    <w:p>
      <w:r>
        <w:t>We who read Mark have the advantage of knowing the end of the story, so many of the parables are clear to us. We are believers, and the parables and the word about the kingdom become clear to us who have heard and obeyed. We have not only the parables but also Jesus' own explanations. Yet Christianity remains a mystery to those who are “outside.” Many hear the words but do not understand what they mean or where they lead. Our task is to keep proclaiming the gospel, sowing the seed of the Word so that some may fall on good soil and bear fruit.</w:t>
      </w:r>
    </w:p>
    <w:p>
      <w:pPr>
        <w:pStyle w:val="Heading2"/>
      </w:pPr>
      <w:r>
        <w:t>Look closely</w:t>
      </w:r>
    </w:p>
    <w:p>
      <w:r>
        <w:t>Who asks Jesus, and what do they receive? What do verses 33–34 tell us about how he teaches the people and the disciples?</w:t>
      </w:r>
    </w:p>
    <w:p>
      <w:pPr>
        <w:pStyle w:val="Heading2"/>
      </w:pPr>
      <w:r>
        <w:t>Reflect</w:t>
      </w:r>
    </w:p>
    <w:p>
      <w:r>
        <w:t>What do I need to ask about rather than moving on without understanding? Am I willing to do what God shows me?</w:t>
      </w:r>
    </w:p>
    <w:p>
      <w:pPr>
        <w:pStyle w:val="Heading2"/>
      </w:pPr>
      <w:r>
        <w:t>Together</w:t>
      </w:r>
    </w:p>
    <w:p>
      <w:r>
        <w:t>Share a question about the Bible text. Read the context together and explore how it helps you understand.</w:t>
      </w:r>
    </w:p>
    <w:p>
      <w:pPr>
        <w:pStyle w:val="Heading2"/>
      </w:pPr>
      <w:r>
        <w:t>Live it out</w:t>
      </w:r>
    </w:p>
    <w:p>
      <w:r>
        <w:t>Write down one question from your Bible reading and take it to someone you can read and pray with.</w:t>
      </w:r>
    </w:p>
    <w:p>
      <w:pPr>
        <w:pStyle w:val="Heading2"/>
      </w:pPr>
      <w:r>
        <w:t>Prayer</w:t>
      </w:r>
    </w:p>
    <w:p>
      <w:r>
        <w:t>Jesus, thank you that I can come to you with my questions. Help me listen, understand and do what you teach me.</w:t>
      </w:r>
    </w:p>
    <w:p>
      <w:pPr>
        <w:pStyle w:val="Heading1"/>
        <w:pageBreakBefore/>
      </w:pPr>
      <w:r>
        <w:t>Lesson 6 Pay attention to how you listen</w:t>
      </w:r>
    </w:p>
    <w:p>
      <w:r>
        <w:t>Read Mark 4:21–25 in your Bible.</w:t>
      </w:r>
    </w:p>
    <w:p>
      <w:pPr>
        <w:pStyle w:val="Heading2"/>
      </w:pPr>
      <w:r>
        <w:t>Enter the story</w:t>
      </w:r>
    </w:p>
    <w:p>
      <w:r>
        <w:t>Jesus speaks about a lamp and the measure we use. Hear his call to pay attention to what we hear.</w:t>
      </w:r>
    </w:p>
    <w:p>
      <w:pPr>
        <w:pStyle w:val="Heading2"/>
      </w:pPr>
      <w:r>
        <w:t>Commentary</w:t>
      </w:r>
    </w:p>
    <w:p>
      <w:r>
        <w:t>In this passage, Mark has brought together two statements resembling proverbs, each with an explanation. Between them stands the encouraging refrain: “If anyone has ears to hear, let them hear!” This whole passage is also about hearing, just as the parable of the sower was about hearing.</w:t>
      </w:r>
    </w:p>
    <w:p>
      <w:r>
        <w:t>When they bring the lamp is undoubtedly a reference to Jesus as the lamp or the light. Jesus' coming and his teaching are to be seen, not hidden. He is to be received, not rejected. The only right place for a lamp is on a lampstand, and the only right place for the light of the world is where it can be seen. Jesus may have been partly hidden during his ministry, but through what he endured on the cross, Jesus' true nature and mission have come to light. We should listen to his words even more carefully precisely because this is true. Remember again that simply hearing the Word is not enough; we must also do what the Word says.</w:t>
      </w:r>
    </w:p>
    <w:p>
      <w:r>
        <w:t>Pay close attention to what you hear from me is Jesus' encouragement to be very careful and attentive in how we hear, because the more we hear and do, the more we will receive and continue to hear and do. If you have begun to hear and do, you will receive even more. If you do not hear, you will lose even what you may have had.</w:t>
      </w:r>
    </w:p>
    <w:p>
      <w:r>
        <w:t>This passage calls us to hear responsibly. If we let the Word go “in one ear and out the other,” we have neither understood the purpose of a lamp nor been careful enough about how we listen.</w:t>
      </w:r>
    </w:p>
    <w:p>
      <w:pPr>
        <w:pStyle w:val="Heading2"/>
      </w:pPr>
      <w:r>
        <w:t>Look closely</w:t>
      </w:r>
    </w:p>
    <w:p>
      <w:r>
        <w:t>Where should the lamp stand? What does Jesus say about hearing and receiving more?</w:t>
      </w:r>
    </w:p>
    <w:p>
      <w:pPr>
        <w:pStyle w:val="Heading2"/>
      </w:pPr>
      <w:r>
        <w:t>Reflect</w:t>
      </w:r>
    </w:p>
    <w:p>
      <w:r>
        <w:t>What happens to what I hear from Jesus when I return to everyday life?</w:t>
      </w:r>
    </w:p>
    <w:p>
      <w:pPr>
        <w:pStyle w:val="Heading2"/>
      </w:pPr>
      <w:r>
        <w:t>Together</w:t>
      </w:r>
    </w:p>
    <w:p>
      <w:r>
        <w:t>Share something you have learned from Jesus and begun to live out. What have you discovered by doing it?</w:t>
      </w:r>
    </w:p>
    <w:p>
      <w:pPr>
        <w:pStyle w:val="Heading2"/>
      </w:pPr>
      <w:r>
        <w:t>Live it out</w:t>
      </w:r>
    </w:p>
    <w:p>
      <w:r>
        <w:t>Return to a word from Jesus you read recently. Give it practical expression in an action today.</w:t>
      </w:r>
    </w:p>
    <w:p>
      <w:pPr>
        <w:pStyle w:val="Heading2"/>
      </w:pPr>
      <w:r>
        <w:t>Prayer</w:t>
      </w:r>
    </w:p>
    <w:p>
      <w:r>
        <w:t>Jesus, open my ears. Help me treasure your word and let your light become visible through my life.</w:t>
      </w:r>
    </w:p>
    <w:p>
      <w:pPr>
        <w:pStyle w:val="Heading1"/>
        <w:pageBreakBefore/>
      </w:pPr>
      <w:r>
        <w:t>Lesson 7 The growing seed</w:t>
      </w:r>
    </w:p>
    <w:p>
      <w:r>
        <w:t>Read Mark 4:26–29 in your Bible.</w:t>
      </w:r>
    </w:p>
    <w:p>
      <w:pPr>
        <w:pStyle w:val="Heading2"/>
      </w:pPr>
      <w:r>
        <w:t>Enter the story</w:t>
      </w:r>
    </w:p>
    <w:p>
      <w:r>
        <w:t>The farmer sows, sleeps and gets up. The seed grows without his knowing how. Notice both what the farmer does and what he cannot control.</w:t>
      </w:r>
    </w:p>
    <w:p>
      <w:pPr>
        <w:pStyle w:val="Heading2"/>
      </w:pPr>
      <w:r>
        <w:t>Commentary</w:t>
      </w:r>
    </w:p>
    <w:p>
      <w:r>
        <w:t>God's kingdom is like a seed. Our mission is to sow the seed of God's kingdom in our neighbourhood, at work and in society. The message of this parable is very encouraging. It explains what happens when we sow the word, the gospel of God's kingdom. We have already seen that the soil in which the seed is sown matters for the outcome. This parable has a different focus. Clearly, Jesus wants to convey an important point.</w:t>
      </w:r>
    </w:p>
    <w:p>
      <w:r>
        <w:t>The expression all by itself, or automatically, is the key to understanding the point Jesus wants to convey. God's kingdom includes the whole process: sowing, the seed, the soil, the stalk, the head, the full grain in the head and the harvest. Once the seed of God's kingdom has been sown, it will grow all by itself. I find this wonderfully reassuring to know. The word about God's kingdom has the power to sprout within it. We simply need to sow the gospel of God's kingdom, and it will automatically sprout, grow and bear fruit. But we do not see it immediately. In fact, we have no control or overview of the growth. The seed grows all by itself while the farmer sleeps or does other things.</w:t>
      </w:r>
    </w:p>
    <w:p>
      <w:r>
        <w:t>All by itself, the word about God's kingdom sprouts in human hearts. We do not know how or when it happens; it is in God's hands. But we can rest in the fact that God's word bears fruit and never returns empty. All by itself, the soil produces a crop when the gospel of God's kingdom has been sown.</w:t>
      </w:r>
    </w:p>
    <w:p>
      <w:pPr>
        <w:pStyle w:val="Heading2"/>
      </w:pPr>
      <w:r>
        <w:t>Look closely</w:t>
      </w:r>
    </w:p>
    <w:p>
      <w:r>
        <w:t>What stages of growth does Jesus mention? What does the expression all by itself mean in this story?</w:t>
      </w:r>
    </w:p>
    <w:p>
      <w:pPr>
        <w:pStyle w:val="Heading2"/>
      </w:pPr>
      <w:r>
        <w:t>Reflect</w:t>
      </w:r>
    </w:p>
    <w:p>
      <w:r>
        <w:t>Where do I need to rest in the fact that God is at work even though I cannot yet see results?</w:t>
      </w:r>
    </w:p>
    <w:p>
      <w:pPr>
        <w:pStyle w:val="Heading2"/>
      </w:pPr>
      <w:r>
        <w:t>Together</w:t>
      </w:r>
    </w:p>
    <w:p>
      <w:r>
        <w:t>How can we keep sowing the word without trying to control people or the growth?</w:t>
      </w:r>
    </w:p>
    <w:p>
      <w:pPr>
        <w:pStyle w:val="Heading2"/>
      </w:pPr>
      <w:r>
        <w:t>Live it out</w:t>
      </w:r>
    </w:p>
    <w:p>
      <w:r>
        <w:t>Share a word about Jesus with someone in a natural way. Pray for that person and leave the growth to God.</w:t>
      </w:r>
    </w:p>
    <w:p>
      <w:pPr>
        <w:pStyle w:val="Heading2"/>
      </w:pPr>
      <w:r>
        <w:t>Prayer</w:t>
      </w:r>
    </w:p>
    <w:p>
      <w:r>
        <w:t>Father, thank you for the power to sprout in your word. Help us sow faithfully and rest in the fact that you give growth.</w:t>
      </w:r>
    </w:p>
    <w:p>
      <w:pPr>
        <w:pStyle w:val="Heading1"/>
        <w:pageBreakBefore/>
      </w:pPr>
      <w:r>
        <w:t>Lesson 8 The little mustard seed</w:t>
      </w:r>
    </w:p>
    <w:p>
      <w:r>
        <w:t>Read Mark 4:30–34 in your Bible.</w:t>
      </w:r>
    </w:p>
    <w:p>
      <w:pPr>
        <w:pStyle w:val="Heading2"/>
      </w:pPr>
      <w:r>
        <w:t>Enter the story</w:t>
      </w:r>
    </w:p>
    <w:p>
      <w:r>
        <w:t>Jesus compares God's kingdom to a small seed. Read about the beginning and what grows from it.</w:t>
      </w:r>
    </w:p>
    <w:p>
      <w:pPr>
        <w:pStyle w:val="Heading2"/>
      </w:pPr>
      <w:r>
        <w:t>Commentary</w:t>
      </w:r>
    </w:p>
    <w:p>
      <w:r>
        <w:t>Jesus seems to be searching for something to compare God's kingdom with. Then he thinks of the mustard seed. It is very small, indeed the smallest of all seeds, but it has great power to sprout. It shoots up and becomes larger than all the garden plants. I like the expression shoots up because it suggests something with power and speed. Once again, Jesus wants to emphasise that God's kingdom begins as a small seed, but it has great power to sprout and leads to great growth.</w:t>
      </w:r>
    </w:p>
    <w:p>
      <w:r>
        <w:t>The mustard bush is not a large tree, of course, but it can become a large garden shrub with big branches producing very many new seeds. These become many new bushes that produce seeds and many new bushes, continually spreading over a larger and larger area. Once a mustard seed has taken root, it soon becomes many bushes and can spread uncontrollably like a weed.</w:t>
      </w:r>
    </w:p>
    <w:p>
      <w:r>
        <w:t>God's kingdom begins as something very small, but it will grow to become the largest, the most widespread. This parable encourages me and gives me faith to share the gospel of God's kingdom with all kinds of people, anytime and anywhere.</w:t>
      </w:r>
    </w:p>
    <w:p>
      <w:r>
        <w:t>It began about two thousand years ago with Jesus giving the missionary commission to his twelve disciples. Now it has reached us and is advancing throughout the world.</w:t>
      </w:r>
    </w:p>
    <w:p>
      <w:pPr>
        <w:pStyle w:val="Heading2"/>
      </w:pPr>
      <w:r>
        <w:t>Look closely</w:t>
      </w:r>
    </w:p>
    <w:p>
      <w:r>
        <w:t>What is the difference between the seed that is sown and the plant that grows up? What space do the birds find in its branches?</w:t>
      </w:r>
    </w:p>
    <w:p>
      <w:pPr>
        <w:pStyle w:val="Heading2"/>
      </w:pPr>
      <w:r>
        <w:t>Reflect</w:t>
      </w:r>
    </w:p>
    <w:p>
      <w:r>
        <w:t>What small beginning am I inclined to overlook or despise?</w:t>
      </w:r>
    </w:p>
    <w:p>
      <w:pPr>
        <w:pStyle w:val="Heading2"/>
      </w:pPr>
      <w:r>
        <w:t>Together</w:t>
      </w:r>
    </w:p>
    <w:p>
      <w:r>
        <w:t>What small steps can we take in our neighbourhood in faith that God's kingdom is growing?</w:t>
      </w:r>
    </w:p>
    <w:p>
      <w:pPr>
        <w:pStyle w:val="Heading2"/>
      </w:pPr>
      <w:r>
        <w:t>Live it out</w:t>
      </w:r>
    </w:p>
    <w:p>
      <w:r>
        <w:t>Do one small thing that shares Jesus' love or message with someone. Ask God to let it bear fruit.</w:t>
      </w:r>
    </w:p>
    <w:p>
      <w:pPr>
        <w:pStyle w:val="Heading2"/>
      </w:pPr>
      <w:r>
        <w:t>Prayer</w:t>
      </w:r>
    </w:p>
    <w:p>
      <w:r>
        <w:t>Jesus, thank you that God's kingdom can begin in small ways. Give us faith and patience to be faithful with what you have placed in our hands.</w:t>
      </w:r>
    </w:p>
    <w:p>
      <w:pPr>
        <w:pStyle w:val="Heading1"/>
        <w:pageBreakBefore/>
      </w:pPr>
      <w:r>
        <w:t>Lesson 9 Who is this?</w:t>
      </w:r>
    </w:p>
    <w:p>
      <w:r>
        <w:t>Read Mark 4:35–41 in your Bible.</w:t>
      </w:r>
    </w:p>
    <w:p>
      <w:pPr>
        <w:pStyle w:val="Heading2"/>
      </w:pPr>
      <w:r>
        <w:t>Enter the story</w:t>
      </w:r>
    </w:p>
    <w:p>
      <w:r>
        <w:t>After the teaching, Jesus and his disciples get into the boat. A storm arises. Read the questions they ask Jesus and the questions he asks them.</w:t>
      </w:r>
    </w:p>
    <w:p>
      <w:pPr>
        <w:pStyle w:val="Heading2"/>
      </w:pPr>
      <w:r>
        <w:t>Commentary</w:t>
      </w:r>
    </w:p>
    <w:p>
      <w:r>
        <w:t>As evening approached, Jesus said: Let us cross to the other side of the lake. The teaching was over, and now Jesus wanted to go to the other side. He must have been tired, for he fell asleep and slept deeply. A powerful wind arose, a whirlwind, and the waves rose high and broke into the boat. The disciples were terrified, but Jesus slept on a cushion in the stern.</w:t>
      </w:r>
    </w:p>
    <w:p>
      <w:r>
        <w:t>This picture of Jesus brings to mind the Psalms, which say: “In peace I will lie down and sleep, for you, Lord, let me rest safely” (Psalm 4:8). Jesus was completely dependent on God. He showed his trust by being able to sleep deeply, even in the midst of a violent storm.</w:t>
      </w:r>
    </w:p>
    <w:p>
      <w:r>
        <w:t>The disciples simply do not know what to do; they are afraid. So they wake Jesus and ask: “Teacher, do you not care that we are perishing?” Although they are afraid of dying, they question his care for them. Jesus first takes control of the storm before dealing with the storm of emotions inside his disciples. Jesus rebukes the wind. “Be silent, be still!” The wind died down and everything became perfectly calm.</w:t>
      </w:r>
    </w:p>
    <w:p>
      <w:r>
        <w:t>Jesus then asks two questions about the disciples' faith and trust. This is the first of several occasions in Mark when the disciples are sharply rebuked for their lack of trust. Jesus first asks why they are afraid. After all, he had said, “Let us cross over!” Why, then, were they afraid of going under? The word Jesus uses here for being afraid is translated in 2 Timothy 1:7 as timid, as something negative and the opposite of power, love and self-control. It is translated as cowardly in Revelation 21:8, in a list alongside murderers, the sexually immoral and unbelievers, who end their lives in the lake of fire, the second death. The disciples are afraid and discouraged, but they take no responsibility for themselves and do nothing except accuse Jesus of not caring. They did not rest in the fact that God would care for them, as Jesus did when he slept in the midst of the storm.</w:t>
      </w:r>
    </w:p>
    <w:p>
      <w:r>
        <w:t>The second question Jesus asks is: “Do you still not believe?” Jesus was amazed at their lack of trust. These men have been with him for some time; they have seen him heal and perform other miracles, but where are their faith and trust? Or perhaps I need to ask myself this question: Where are my faith and trust?</w:t>
      </w:r>
    </w:p>
    <w:p>
      <w:r>
        <w:t>The last question in this story is asked by the disciples, and they ask one another, not Jesus. “Who is this? Even the wind and the lake obey him?” Everyone knows that neither the winds nor the lake are controlled by human beings, yet Jesus speaks to them and controls them. The disciples' unease comes from not really knowing who Jesus is. Is he God? How can he be? They are continually surprised by his power.</w:t>
      </w:r>
    </w:p>
    <w:p>
      <w:r>
        <w:t>We too experience troubled seas, and sometimes we act just like the disciples. Family conflict, accidents, divorce, children's problems, serious illnesses and deaths happen, and our first reaction is often: “Where is God? Why me? Do you not care about me, God?” Sometimes we fear for our lives or our sanity. Why do we have troubled seas, these problems? When problems arise, the first thing we want is a miracle. Is our trust in calm seas or in Jesus? Do we have faith and trust in him when he sleeps, or only when he is awake? Although we grow through unexpected events in life, we would still prefer to avoid them. How can we show our trust in God in troubled times?</w:t>
      </w:r>
    </w:p>
    <w:p>
      <w:r>
        <w:t>Who is this person whom even the wind and the lake obey? He is the Christ, the Son of the living God.</w:t>
      </w:r>
    </w:p>
    <w:p>
      <w:pPr>
        <w:pStyle w:val="Heading2"/>
      </w:pPr>
      <w:r>
        <w:t>Look closely</w:t>
      </w:r>
    </w:p>
    <w:p>
      <w:r>
        <w:t>What does Jesus do before and after they wake him? How does the disciples' question change throughout the story?</w:t>
      </w:r>
    </w:p>
    <w:p>
      <w:pPr>
        <w:pStyle w:val="Heading2"/>
      </w:pPr>
      <w:r>
        <w:t>Reflect</w:t>
      </w:r>
    </w:p>
    <w:p>
      <w:r>
        <w:t>What do I do with my fear? Can I bring it to Jesus and learn to trust his care?</w:t>
      </w:r>
    </w:p>
    <w:p>
      <w:pPr>
        <w:pStyle w:val="Heading2"/>
      </w:pPr>
      <w:r>
        <w:t>Together</w:t>
      </w:r>
    </w:p>
    <w:p>
      <w:r>
        <w:t>How can we support one another in anxiety and adversity, with prayer and practical help?</w:t>
      </w:r>
    </w:p>
    <w:p>
      <w:pPr>
        <w:pStyle w:val="Heading2"/>
      </w:pPr>
      <w:r>
        <w:t>Live it out</w:t>
      </w:r>
    </w:p>
    <w:p>
      <w:r>
        <w:t>Tell Jesus about something that worries you. You may like to share it with someone you trust and pray together.</w:t>
      </w:r>
    </w:p>
    <w:p>
      <w:pPr>
        <w:pStyle w:val="Heading2"/>
      </w:pPr>
      <w:r>
        <w:t>Prayer</w:t>
      </w:r>
    </w:p>
    <w:p>
      <w:r>
        <w:t>Jesus, you know the storms around us and the unease within us. Help us trust you and hold on to the fact that you are with us.</w:t>
      </w:r>
    </w:p>
    <w:p>
      <w:pPr>
        <w:pStyle w:val="Heading1"/>
        <w:pageBreakBefore/>
      </w:pPr>
      <w:r>
        <w:t>Lesson 10 The man who was sent home</w:t>
      </w:r>
    </w:p>
    <w:p>
      <w:r>
        <w:t>Read Mark 5:1–20 in your Bible.</w:t>
      </w:r>
    </w:p>
    <w:p>
      <w:pPr>
        <w:pStyle w:val="Heading2"/>
      </w:pPr>
      <w:r>
        <w:t>Enter the story</w:t>
      </w:r>
    </w:p>
    <w:p>
      <w:r>
        <w:t>Look at the man before and after his encounter with Jesus. Pay particular attention to what he wants afterwards and what Jesus asks him to do.</w:t>
      </w:r>
    </w:p>
    <w:p>
      <w:pPr>
        <w:pStyle w:val="Heading2"/>
      </w:pPr>
      <w:r>
        <w:t>Commentary</w:t>
      </w:r>
    </w:p>
    <w:p>
      <w:r>
        <w:t>I have read this story many times, and it is rarely the pigs or the demons that hold my attention. It is three little things said about the man afterwards: he is sitting, he is clothed, he is in his right mind.</w:t>
      </w:r>
    </w:p>
    <w:p>
      <w:r>
        <w:t>Before that, he had been running. People had tried to bind him, again and again, and eventually they gave up and left him out among the tombs. There he cried out night and day and cut himself with stones. The pain had nowhere else to go but inward.</w:t>
      </w:r>
    </w:p>
    <w:p>
      <w:r>
        <w:t>When Jesus asks his name, he does not answer with his own name. Legion, for we are many. I recognise something of that. There are times when I no longer know what is me and what is voices I have taken in: fear, shame, old words from others. It does me good to think that Jesus asks for the name beneath all the noise.</w:t>
      </w:r>
    </w:p>
    <w:p>
      <w:r>
        <w:t>Afterwards, the man sits quietly. I think this is often what grace looks like up close. Not something great and dazzling, but a body finally allowed to rest.</w:t>
      </w:r>
    </w:p>
    <w:p>
      <w:r>
        <w:t>The people of the village become afraid. Not of the madness; they had grown used to that. They are afraid because he is well. I understand them better than I like. There is something in me too that would rather cling to the evil I know than receive the good I cannot control.</w:t>
      </w:r>
    </w:p>
    <w:p>
      <w:r>
        <w:t>Then the man wants to come along in the boat. And Jesus says no. Go home to your own people.</w:t>
      </w:r>
    </w:p>
    <w:p>
      <w:r>
        <w:t>For me, that is the hardest part of the whole story. Travelling on with Jesus to people who did not know him would have been easier. Instead, he is sent home, to those who had chained him. There he is to tell what the Lord has done.</w:t>
      </w:r>
    </w:p>
    <w:p>
      <w:r>
        <w:t>I have felt that longing myself: to get away, to begin again somewhere no one remembers who I was. But perhaps it is precisely at home that our testimony matters most. Not as a sermon, but as a person sitting quietly, clothed and clear-minded, among those who once gave up on you.</w:t>
      </w:r>
    </w:p>
    <w:p>
      <w:pPr>
        <w:pStyle w:val="Heading2"/>
      </w:pPr>
      <w:r>
        <w:t>Look closely</w:t>
      </w:r>
    </w:p>
    <w:p>
      <w:r>
        <w:t>How does Mark describe the man after he has been set free? What is he to tell at home, and what does he do?</w:t>
      </w:r>
    </w:p>
    <w:p>
      <w:pPr>
        <w:pStyle w:val="Heading2"/>
      </w:pPr>
      <w:r>
        <w:t>Reflect</w:t>
      </w:r>
    </w:p>
    <w:p>
      <w:r>
        <w:t>What has the Lord done for me that I can tell simply and truthfully?</w:t>
      </w:r>
    </w:p>
    <w:p>
      <w:pPr>
        <w:pStyle w:val="Heading2"/>
      </w:pPr>
      <w:r>
        <w:t>Together</w:t>
      </w:r>
    </w:p>
    <w:p>
      <w:r>
        <w:t>How can our testimony find expression both in words and in a changed life?</w:t>
      </w:r>
    </w:p>
    <w:p>
      <w:pPr>
        <w:pStyle w:val="Heading2"/>
      </w:pPr>
      <w:r>
        <w:t>Live it out</w:t>
      </w:r>
    </w:p>
    <w:p>
      <w:r>
        <w:t>Tell someone you know about a particular help or mercy you have received from God.</w:t>
      </w:r>
    </w:p>
    <w:p>
      <w:pPr>
        <w:pStyle w:val="Heading2"/>
      </w:pPr>
      <w:r>
        <w:t>Prayer</w:t>
      </w:r>
    </w:p>
    <w:p>
      <w:r>
        <w:t>Lord Jesus, thank you for your mercy. Help me tell what you have done, and let my life bear witness to you.</w:t>
      </w:r>
    </w:p>
    <w:p>
      <w:pPr>
        <w:pStyle w:val="Heading1"/>
        <w:pageBreakBefore/>
      </w:pPr>
      <w:r>
        <w:t>Lesson 11 Two daughters</w:t>
      </w:r>
    </w:p>
    <w:p>
      <w:r>
        <w:t>Read Mark 5:21–43 in your Bible.</w:t>
      </w:r>
    </w:p>
    <w:p>
      <w:pPr>
        <w:pStyle w:val="Heading2"/>
      </w:pPr>
      <w:r>
        <w:t>Enter the story</w:t>
      </w:r>
    </w:p>
    <w:p>
      <w:r>
        <w:t>Read the two stories woven together in Mark 5. A woman has waited a long time, and a father has little time to spare. Jesus meets them both.</w:t>
      </w:r>
    </w:p>
    <w:p>
      <w:pPr>
        <w:pStyle w:val="Heading2"/>
      </w:pPr>
      <w:r>
        <w:t>Commentary</w:t>
      </w:r>
    </w:p>
    <w:p>
      <w:r>
        <w:t>Two people are waiting in this story, and I recognise myself in both.</w:t>
      </w:r>
    </w:p>
    <w:p>
      <w:r>
        <w:t>Jairus is waiting on the road. His daughter is dying, and he has persuaded Jesus to come with him. Then Jesus stops in the middle of the crowd and asks who touched him. I can hardly read it without feeling the anxiety in my body. Why now? Every minute counts. I know what it means to pray and then watch God apparently take time for something else.</w:t>
      </w:r>
    </w:p>
    <w:p>
      <w:r>
        <w:t>The woman has waited for twelve years. She has spent everything she owned on doctors and only grown worse. According to the law, she is unclean and must keep away. So she comes from behind. She does not want to be seen, only to be well. I understand that. There are things we would rather have healed quietly, without anyone knowing there was something to heal.</w:t>
      </w:r>
    </w:p>
    <w:p>
      <w:r>
        <w:t>But Jesus does not let her go. He turns and searches. Not to expose her, I think, but because a person is more than a body to be made well again. She comes trembling and tells him everything. And he calls her daughter. Perhaps it is the first time in twelve years that anyone has said something like that to her. The bleeding stopped when she touched his clothes. But she became whole when he saw her.</w:t>
      </w:r>
    </w:p>
    <w:p>
      <w:r>
        <w:t>While this is happening, the message arrives: Your daughter is dead. Do not trouble the teacher any more.</w:t>
      </w:r>
    </w:p>
    <w:p>
      <w:r>
        <w:t>Then Jesus says the words I have carried with me for a long time: Do not be afraid, only believe. I do not read them as a demand to stop being afraid. Jairus is probably afraid all the way home. But he goes on nevertheless, with Jesus, past those who weep and those who laugh.</w:t>
      </w:r>
    </w:p>
    <w:p>
      <w:r>
        <w:t>Inside the room, Jesus takes the girl by the hand. Talitha koum. Little girl, get up. Mark has preserved the Aramaic words, as though someone never forgot how they sounded.</w:t>
      </w:r>
    </w:p>
    <w:p>
      <w:r>
        <w:t>And then the last thing, which I am glad he included: Give her something to eat. In the midst of something so great, Jesus remembers that a twelve-year-old girl is hungry. Grace is not only powerful. It is practical.</w:t>
      </w:r>
    </w:p>
    <w:p>
      <w:r>
        <w:t>When I am waiting and God seems to stop for someone else, I try to remember Jairus on the road. His waiting time was not wasted. It became the place where another daughter heard that she belonged.</w:t>
      </w:r>
    </w:p>
    <w:p>
      <w:pPr>
        <w:pStyle w:val="Heading2"/>
      </w:pPr>
      <w:r>
        <w:t>Look closely</w:t>
      </w:r>
    </w:p>
    <w:p>
      <w:r>
        <w:t>What does Jesus say to the woman and to Jairus? What does he do for them, and what practical care does he ask for at the end?</w:t>
      </w:r>
    </w:p>
    <w:p>
      <w:pPr>
        <w:pStyle w:val="Heading2"/>
      </w:pPr>
      <w:r>
        <w:t>Reflect</w:t>
      </w:r>
    </w:p>
    <w:p>
      <w:r>
        <w:t>Where do I need to keep walking with Jesus while I wait? Has familiarity made me less open to what God wants to do?</w:t>
      </w:r>
    </w:p>
    <w:p>
      <w:pPr>
        <w:pStyle w:val="Heading2"/>
      </w:pPr>
      <w:r>
        <w:t>Together</w:t>
      </w:r>
    </w:p>
    <w:p>
      <w:r>
        <w:t>How can we support those waiting for help while also being open to God speaking through people we know well?</w:t>
      </w:r>
    </w:p>
    <w:p>
      <w:pPr>
        <w:pStyle w:val="Heading2"/>
      </w:pPr>
      <w:r>
        <w:t>Live it out</w:t>
      </w:r>
    </w:p>
    <w:p>
      <w:r>
        <w:t>Give practical care to someone waiting through a difficult time. Also listen with fresh attention to someone you easily take for granted.</w:t>
      </w:r>
    </w:p>
    <w:p>
      <w:pPr>
        <w:pStyle w:val="Heading2"/>
      </w:pPr>
      <w:r>
        <w:t>Prayer</w:t>
      </w:r>
    </w:p>
    <w:p>
      <w:r>
        <w:t>Jesus, help us keep walking with you when we wait. Open our eyes to your care and to what you want to do among us.</w:t>
      </w:r>
    </w:p>
    <w:p>
      <w:pPr>
        <w:pStyle w:val="Heading1"/>
        <w:pageBreakBefore/>
      </w:pPr>
      <w:r>
        <w:t>Lesson 12 The carpenter</w:t>
      </w:r>
    </w:p>
    <w:p>
      <w:r>
        <w:t>Read Mark 6:1–6 in your Bible.</w:t>
      </w:r>
    </w:p>
    <w:p>
      <w:pPr>
        <w:pStyle w:val="Heading2"/>
      </w:pPr>
      <w:r>
        <w:t>Enter the story</w:t>
      </w:r>
    </w:p>
    <w:p>
      <w:r>
        <w:t>Jesus comes to his hometown and teaches. The people are amazed, but they also take offence at him. Read what they say and how Jesus responds.</w:t>
      </w:r>
    </w:p>
    <w:p>
      <w:pPr>
        <w:pStyle w:val="Heading2"/>
      </w:pPr>
      <w:r>
        <w:t>Commentary</w:t>
      </w:r>
    </w:p>
    <w:p>
      <w:pPr>
        <w:pStyle w:val="Heading2"/>
      </w:pPr>
      <w:r>
        <w:t>The carpenter</w:t>
      </w:r>
    </w:p>
    <w:p>
      <w:r>
        <w:t>There is something particular about coming home. The roads are the same, the houses are the same, and people look at you with eyes that remember who you were. I have felt it myself: you can have lived a long time and travelled far, yet still be met as the person you used to be.</w:t>
      </w:r>
    </w:p>
    <w:p>
      <w:r>
        <w:t>Jesus comes home to Nazareth and speaks in the synagogue. People are struck by what he says. But their wonder quickly changes. Is this not the carpenter, Mary's son? They know his brothers. His sisters live in the village. They have seen him carrying planks and planing doorframes. How can wisdom come from such ordinary hands?</w:t>
      </w:r>
    </w:p>
    <w:p>
      <w:r>
        <w:t>I understand them better than I want to. It is easier to believe that God speaks through someone from outside, with a name and a story we do not know. The everyday makes us blind. We think we know who people are because we know where they come from.</w:t>
      </w:r>
    </w:p>
    <w:p>
      <w:r>
        <w:t>Then there is a sentence I never quite finish wrestling with: He could not do any mighty work there. He only laid his hands on a few sick people and healed them. It is as though his love would not force itself on anyone. He could have done more. But he would not do it without being welcomed.</w:t>
      </w:r>
    </w:p>
    <w:p>
      <w:r>
        <w:t>Mark also writes that Jesus was amazed at their unbelief. We rarely read that Jesus is amazed. I think it must have hurt, right here, among those who had watched him grow up.</w:t>
      </w:r>
    </w:p>
    <w:p>
      <w:r>
        <w:t>Perhaps this is a question for me. Where have I forgotten to expect anything? Whom have I decided I know so well that they can no longer surprise me? A spouse, a child, an old friend. Or God himself, in ordinary days, in the texts I have read so many times that I no longer hear them.</w:t>
      </w:r>
    </w:p>
    <w:p>
      <w:r>
        <w:t>The final sentence in the passage is quiet but important: He went around the villages teaching the people. He did not stay in Nazareth grieving. He moved on. Rejection did not have the final word.</w:t>
      </w:r>
    </w:p>
    <w:p>
      <w:r>
        <w:t>That comforts me. Both when I am not welcomed myself and when I realise I have closed the door to him. He does not go away for good. He simply moves on and comes back.</w:t>
      </w:r>
    </w:p>
    <w:p>
      <w:pPr>
        <w:pStyle w:val="Heading2"/>
      </w:pPr>
      <w:r>
        <w:t>Look closely</w:t>
      </w:r>
    </w:p>
    <w:p>
      <w:r>
        <w:t>What do the people think they know about Jesus? What amazes Jesus, and what does he do at the end?</w:t>
      </w:r>
    </w:p>
    <w:p>
      <w:pPr>
        <w:pStyle w:val="Heading2"/>
      </w:pPr>
      <w:r>
        <w:t>Reflect</w:t>
      </w:r>
    </w:p>
    <w:p>
      <w:r>
        <w:t>Whom have I stopped listening to because I think I know them so well?</w:t>
      </w:r>
    </w:p>
    <w:p>
      <w:pPr>
        <w:pStyle w:val="Heading2"/>
      </w:pPr>
      <w:r>
        <w:t>Together</w:t>
      </w:r>
    </w:p>
    <w:p>
      <w:r>
        <w:t>How can we be open to what God wants to do through people in our own community?</w:t>
      </w:r>
    </w:p>
    <w:p>
      <w:pPr>
        <w:pStyle w:val="Heading2"/>
      </w:pPr>
      <w:r>
        <w:t>Live it out</w:t>
      </w:r>
    </w:p>
    <w:p>
      <w:r>
        <w:t>Listen with fresh attention to someone you easily take for granted. Be open to God reminding you of something through that person.</w:t>
      </w:r>
    </w:p>
    <w:p>
      <w:pPr>
        <w:pStyle w:val="Heading2"/>
      </w:pPr>
      <w:r>
        <w:t>Prayer</w:t>
      </w:r>
    </w:p>
    <w:p>
      <w:r>
        <w:t>Jesus, help me receive you in ordinary days. Open my heart to what you want to say and do.</w:t>
      </w:r>
    </w:p>
    <w:p>
      <w:pPr>
        <w:pStyle w:val="Heading1"/>
        <w:pageBreakBefore/>
      </w:pPr>
      <w:r>
        <w:t>Pause and look back at module 2</w:t>
      </w:r>
    </w:p>
    <w:p>
      <w:r>
        <w:t>Reread Mark 3:13–14, Mark 3:35 and Mark 4:20. How are being with Jesus, doing God's will and bearing fruit connected? Then look back at the stories of the storm, the man who was set free, the two daughters and Nazareth. What have you discovered about Jesus, and what will you carry with you?</w:t>
      </w:r>
    </w:p>
    <w:p>
      <w:r>
        <w:t>Share one word that has touched you and one step you have taken. Pray together to be a community that both hears and acts. Also take time to listen to those who are still waiting for help.</w:t>
      </w:r>
    </w:p>
    <w:p>
      <w:pPr>
        <w:pStyle w:val="Heading1"/>
        <w:pageBreakBefore/>
      </w:pPr>
      <w:r>
        <w:t>Module 3 Sent by Jesus and learning to see</w:t>
      </w:r>
    </w:p>
    <w:p>
      <w:r>
        <w:t>Mark 6:7–8:30</w:t>
      </w:r>
    </w:p>
    <w:p>
      <w:r>
        <w:t>Jesus sends the disciples out, and they return to him. They get to distribute bread, but still struggle to understand who he is. We meet people who ask for help and receive it, and people who demand signs. Finally, Jesus asks the disciples who they themselves say he is. Through these twelve lessons we will learn to serve, listen and see more clearly.</w:t>
      </w:r>
    </w:p>
    <w:p>
      <w:r>
        <w:t>Read the whole Bible passage before each commentary. Pay particular attention to the connection between the two miracles of the bread, the conversation in the boat and the man whose sight is restored. After six lessons, you can take a day to reread, share and pray before continuing.</w:t>
      </w:r>
    </w:p>
    <w:p>
      <w:pPr>
        <w:pStyle w:val="Heading1"/>
        <w:pageBreakBefore/>
      </w:pPr>
      <w:r>
        <w:t>Lesson 1 Only a staff</w:t>
      </w:r>
    </w:p>
    <w:p>
      <w:r>
        <w:t>Read Mark 6:7–13 in your Bible.</w:t>
      </w:r>
    </w:p>
    <w:p>
      <w:pPr>
        <w:pStyle w:val="Heading2"/>
      </w:pPr>
      <w:r>
        <w:t>Enter the story</w:t>
      </w:r>
    </w:p>
    <w:p>
      <w:r>
        <w:t>Jesus sends them out two by two. Notice what he gives them, what they are to leave behind, and how they are to respond to those who welcome or reject them.</w:t>
      </w:r>
    </w:p>
    <w:p>
      <w:pPr>
        <w:pStyle w:val="Heading2"/>
      </w:pPr>
      <w:r>
        <w:t>Commentary</w:t>
      </w:r>
    </w:p>
    <w:p>
      <w:r>
        <w:t>Jesus sends them out two by two. I have always liked that detail. He does not send them alone. It is as though he knows that no one should carry such a task without someone beside them, someone to pray with in the evening and to share their doubts with when doors close.</w:t>
      </w:r>
    </w:p>
    <w:p>
      <w:r>
        <w:t>Then he tells them what they must not take. No bread, no bag, no money in their belts, no second tunic. Only a staff and sandals on their feet.</w:t>
      </w:r>
    </w:p>
    <w:p>
      <w:r>
        <w:t>I feel how this goes against something in me. I like to be prepared. I like to have enough with me, in my luggage and in life, so that I do not have to ask for anything. But that is precisely what Jesus takes away from them. They are to come to a village without being able to manage on their own. They have to receive.</w:t>
      </w:r>
    </w:p>
    <w:p>
      <w:r>
        <w:t>I have been a guest in homes far away myself, and have felt how humbling and how good it can be to be welcomed by people who have little but give what they have. This is more than a practical arrangement. It is part of the message. Someone who comes with empty hands cannot buy trust. They have to receive it.</w:t>
      </w:r>
    </w:p>
    <w:p>
      <w:r>
        <w:t>They are to stay in the first house they enter. They must not move on if someone offers a better bed. There is a quiet loyalty in this, a respect for the first door that opened.</w:t>
      </w:r>
    </w:p>
    <w:p>
      <w:r>
        <w:t>And if no one welcomes them, they are to shake the dust off their feet. I do not read this as a sign of anger. I read it as permission to let go. Do not carry rejection with you into the next village. Do not let it settle in your sandals. You have done your part. Move on.</w:t>
      </w:r>
    </w:p>
    <w:p>
      <w:r>
        <w:t>I have needed to hear that many times. I have carried dust from places where I was not welcomed, and let it weigh down the next encounter.</w:t>
      </w:r>
    </w:p>
    <w:p>
      <w:r>
        <w:t>Finally, we read that they went out and preached, drove out evil spirits, and anointed sick people with oil. These are simple words about great things. And I notice that it happened through the very people who had brought the least.</w:t>
      </w:r>
    </w:p>
    <w:p>
      <w:r>
        <w:t>Perhaps it is still this way. Perhaps it is not what we have packed, but what we have been willing to leave behind, that makes room for God.</w:t>
      </w:r>
    </w:p>
    <w:p>
      <w:pPr>
        <w:pStyle w:val="Heading2"/>
      </w:pPr>
      <w:r>
        <w:t>Look closely</w:t>
      </w:r>
    </w:p>
    <w:p>
      <w:r>
        <w:t>What authority do the disciples receive, and what do they do? What place do companionship and hospitality have in their mission?</w:t>
      </w:r>
    </w:p>
    <w:p>
      <w:pPr>
        <w:pStyle w:val="Heading2"/>
      </w:pPr>
      <w:r>
        <w:t>Reflect</w:t>
      </w:r>
    </w:p>
    <w:p>
      <w:r>
        <w:t>What do I want to have control over before I dare to go? Where do I need to learn to receive help?</w:t>
      </w:r>
    </w:p>
    <w:p>
      <w:pPr>
        <w:pStyle w:val="Heading2"/>
      </w:pPr>
      <w:r>
        <w:t>Together</w:t>
      </w:r>
    </w:p>
    <w:p>
      <w:r>
        <w:t>Who can we serve alongside, and how can we support each other when we are not welcomed?</w:t>
      </w:r>
    </w:p>
    <w:p>
      <w:pPr>
        <w:pStyle w:val="Heading2"/>
      </w:pPr>
      <w:r>
        <w:t>Live it out</w:t>
      </w:r>
    </w:p>
    <w:p>
      <w:r>
        <w:t>Do something with another person that shares the gospel or shows care. Be willing to receive help as well.</w:t>
      </w:r>
    </w:p>
    <w:p>
      <w:pPr>
        <w:pStyle w:val="Heading2"/>
      </w:pPr>
      <w:r>
        <w:t>Prayer</w:t>
      </w:r>
    </w:p>
    <w:p>
      <w:r>
        <w:t>Jesus, thank you for sending us together. Teach us to trust you, to receive, and to pass on what you have given us.</w:t>
      </w:r>
    </w:p>
    <w:p>
      <w:pPr>
        <w:pStyle w:val="Heading1"/>
        <w:pageBreakBefore/>
      </w:pPr>
      <w:r>
        <w:t>Lesson 2 Herod enjoyed listening</w:t>
      </w:r>
    </w:p>
    <w:p>
      <w:r>
        <w:t>Read Mark 6:14–29 in your Bible.</w:t>
      </w:r>
    </w:p>
    <w:p>
      <w:pPr>
        <w:pStyle w:val="Heading2"/>
      </w:pPr>
      <w:r>
        <w:t>Enter the story</w:t>
      </w:r>
    </w:p>
    <w:p>
      <w:r>
        <w:t>Mark pauses the story of Jesus' ministry to tell us what happened to John. Read how Herod responds to John, before and during the feast.</w:t>
      </w:r>
    </w:p>
    <w:p>
      <w:pPr>
        <w:pStyle w:val="Heading2"/>
      </w:pPr>
      <w:r>
        <w:t>Commentary</w:t>
      </w:r>
    </w:p>
    <w:p>
      <w:r>
        <w:t>The first thing Herod says when he hears about Jesus is that it must be John risen from the dead. This is not a theological assessment. It is his conscience speaking. He has had no peace since that evening, and now he sees the dead man in everything that moves.</w:t>
      </w:r>
    </w:p>
    <w:p>
      <w:r>
        <w:t>Then Mark tells us how it happened, and John is not at the centre of the story. He sits in prison and says nothing. It is Herod we follow, and he is the one who troubles me most.</w:t>
      </w:r>
    </w:p>
    <w:p>
      <w:r>
        <w:t>For Herod liked listening to John. We are told that he listened gladly, even though what he heard left him perplexed. He knew that John was a holy man. He protected him, in his own way. He was not an enemy of the truth. He simply never let it come close enough to cost him anything.</w:t>
      </w:r>
    </w:p>
    <w:p>
      <w:r>
        <w:t>I recognise that. I can read, listen and agree, and still keep the truth at a safe distance, in a room I can enter whenever I want and lock whenever I want.</w:t>
      </w:r>
    </w:p>
    <w:p>
      <w:r>
        <w:t>Then comes the feast. The guests, the wine, the dance, and a grand, careless promise. When the demand comes, the king is deeply distressed. But he looks at those sitting around the table, and he does not want to go back on his word in front of them. John dies not because Herod hates him, but because Herod cannot bear to lose face.</w:t>
      </w:r>
    </w:p>
    <w:p>
      <w:r>
        <w:t>That is the quiet danger I read about here. Not great wickedness, but small acts of cowardice. Knowing what is right, and still doing the opposite because someone is watching.</w:t>
      </w:r>
    </w:p>
    <w:p>
      <w:r>
        <w:t>John says nothing in this story. But his life has already said what needed to be said. He believed, he spoke, and he paid the price. Without having seen Easter morning.</w:t>
      </w:r>
    </w:p>
    <w:p>
      <w:r>
        <w:t>And then the last sentence, which I often pause over: When his disciples heard about it, they came and took his body and laid it in a tomb. In the midst of all the horror, a few people stand there doing the only thing they can. They come. They care for what remains. They are faithful even when there is nothing more to gain.</w:t>
      </w:r>
    </w:p>
    <w:p>
      <w:r>
        <w:t>I would like to be one of them. And I pray for grace not to be Herod, the man who listened gladly but never let himself be changed.</w:t>
      </w:r>
    </w:p>
    <w:p>
      <w:pPr>
        <w:pStyle w:val="Heading2"/>
      </w:pPr>
      <w:r>
        <w:t>Look closely</w:t>
      </w:r>
    </w:p>
    <w:p>
      <w:r>
        <w:t>What does Herod know about John, and why does he still do what he knows is wrong? What do John's disciples do at the end?</w:t>
      </w:r>
    </w:p>
    <w:p>
      <w:pPr>
        <w:pStyle w:val="Heading2"/>
      </w:pPr>
      <w:r>
        <w:t>Reflect</w:t>
      </w:r>
    </w:p>
    <w:p>
      <w:r>
        <w:t>Where do other people's opinions have more power over me than the truth I know?</w:t>
      </w:r>
    </w:p>
    <w:p>
      <w:pPr>
        <w:pStyle w:val="Heading2"/>
      </w:pPr>
      <w:r>
        <w:t>Together</w:t>
      </w:r>
    </w:p>
    <w:p>
      <w:r>
        <w:t>How can we help each other do what is right when standing for the truth comes at a cost?</w:t>
      </w:r>
    </w:p>
    <w:p>
      <w:pPr>
        <w:pStyle w:val="Heading2"/>
      </w:pPr>
      <w:r>
        <w:t>Live it out</w:t>
      </w:r>
    </w:p>
    <w:p>
      <w:r>
        <w:t>Take a step towards something right that you have put off for fear of what others will think. Seek support from someone you trust.</w:t>
      </w:r>
    </w:p>
    <w:p>
      <w:pPr>
        <w:pStyle w:val="Heading2"/>
      </w:pPr>
      <w:r>
        <w:t>Prayer</w:t>
      </w:r>
    </w:p>
    <w:p>
      <w:r>
        <w:t>Father, give me courage to live by the truth I hear. Help me to be faithful to you and caring towards those who suffer.</w:t>
      </w:r>
    </w:p>
    <w:p>
      <w:pPr>
        <w:pStyle w:val="Heading1"/>
        <w:pageBreakBefore/>
      </w:pPr>
      <w:r>
        <w:t>Lesson 3 You give them something to eat</w:t>
      </w:r>
    </w:p>
    <w:p>
      <w:r>
        <w:t>Read Mark 6:30–44 in your Bible.</w:t>
      </w:r>
    </w:p>
    <w:p>
      <w:pPr>
        <w:pStyle w:val="Heading2"/>
      </w:pPr>
      <w:r>
        <w:t>Enter the story</w:t>
      </w:r>
    </w:p>
    <w:p>
      <w:r>
        <w:t>The disciples return and need rest. A large crowd is waiting for Jesus. See how he cares for the people and draws the disciples into his care.</w:t>
      </w:r>
    </w:p>
    <w:p>
      <w:pPr>
        <w:pStyle w:val="Heading2"/>
      </w:pPr>
      <w:r>
        <w:t>Commentary</w:t>
      </w:r>
    </w:p>
    <w:p>
      <w:r>
        <w:t>The apostles return to Jesus and tell him about everything they have done and taught. I notice that they come to him with what they have been part of. The one who sent them out is also the one they return to.</w:t>
      </w:r>
    </w:p>
    <w:p>
      <w:r>
        <w:t>Jesus says: Come with me to a quiet place where we can be alone, and rest a little. So many people were coming and going that they did not even have time to eat.</w:t>
      </w:r>
    </w:p>
    <w:p>
      <w:r>
        <w:t>I am glad of those words. Jesus sees more than the mission. He sees the people carrying it. He knows they need food and rest, and he asks them to come with him. I need to hear that invitation and take it seriously.</w:t>
      </w:r>
    </w:p>
    <w:p>
      <w:r>
        <w:t>But when they arrive by boat, the people are already there. They have run along the shore and arrived before them. The quiet place is full of people.</w:t>
      </w:r>
    </w:p>
    <w:p>
      <w:r>
        <w:t>Jesus sees the large crowd and has deep compassion for them, because they are like sheep without a shepherd. So he begins to teach them many things.</w:t>
      </w:r>
    </w:p>
    <w:p>
      <w:r>
        <w:t>I pause over that. He sees more than people interrupting their rest. He sees people who need someone to lead them. And his compassion finds expression in teaching. They need words that can give their lives direction.</w:t>
      </w:r>
    </w:p>
    <w:p>
      <w:r>
        <w:t>When it gets late, the disciples make a sensible suggestion. Send the people away so they can go to the farms and villages nearby and buy something to eat.</w:t>
      </w:r>
    </w:p>
    <w:p>
      <w:r>
        <w:t>Jesus answers: You give them something to eat.</w:t>
      </w:r>
    </w:p>
    <w:p>
      <w:r>
        <w:t>I can almost hear their astonishment. Should they buy two hundred denarii worth of bread? How could they manage that? They see how many people there are and what it will cost. Jesus asks what they have.</w:t>
      </w:r>
    </w:p>
    <w:p>
      <w:r>
        <w:t>How many loaves do you have? Go and find out.</w:t>
      </w:r>
    </w:p>
    <w:p>
      <w:r>
        <w:t>They find five loaves and two fish. That is little when five thousand men need feeding. Yet this is what Jesus receives. He does not ask for what they lack. He takes what they have.</w:t>
      </w:r>
    </w:p>
    <w:p>
      <w:r>
        <w:t>I think that is a good question to bring into my own life. What do I have? What can I place in his hands? It is easy to become so absorbed in everything that is missing that I forget what has already been given to me.</w:t>
      </w:r>
    </w:p>
    <w:p>
      <w:r>
        <w:t>Jesus asks them to have the people sit in groups on the green grass. Then he takes the five loaves and the two fish, looks up to heaven and gives thanks. He breaks the bread and gives it to the disciples to distribute.</w:t>
      </w:r>
    </w:p>
    <w:p>
      <w:r>
        <w:t>Those who had just said that the people must be sent away now get to carry food to them. Jesus lets them take part in what he is doing. They cannot create the bread, but they can receive it from him and pass it on.</w:t>
      </w:r>
    </w:p>
    <w:p>
      <w:r>
        <w:t>Everyone ate and was satisfied. And when they gathered what was left, they filled twelve baskets.</w:t>
      </w:r>
    </w:p>
    <w:p>
      <w:r>
        <w:t>I do not know how the bread was multiplied. Mark does not explain it. But he tells us where it came from, who distributed it, and that everyone had enough.</w:t>
      </w:r>
    </w:p>
    <w:p>
      <w:r>
        <w:t>This is what stays with me: Jesus saw the people and had compassion for them. He gave them teaching and food. And he drew the disciples into his care.</w:t>
      </w:r>
    </w:p>
    <w:p>
      <w:pPr>
        <w:pStyle w:val="Heading2"/>
      </w:pPr>
      <w:r>
        <w:t>Look closely</w:t>
      </w:r>
    </w:p>
    <w:p>
      <w:r>
        <w:t>What does Jesus do when he sees the people? Follow the bread through the story: Who receives it, who gives thanks, who breaks it, and who distributes it?</w:t>
      </w:r>
    </w:p>
    <w:p>
      <w:pPr>
        <w:pStyle w:val="Heading2"/>
      </w:pPr>
      <w:r>
        <w:t>Reflect</w:t>
      </w:r>
    </w:p>
    <w:p>
      <w:r>
        <w:t>What needs am I quick to pass on to someone else? What do I have that I can place in Jesus' hands? Receive his invitation to rest as well.</w:t>
      </w:r>
    </w:p>
    <w:p>
      <w:pPr>
        <w:pStyle w:val="Heading2"/>
      </w:pPr>
      <w:r>
        <w:t>Together</w:t>
      </w:r>
    </w:p>
    <w:p>
      <w:r>
        <w:t>What needs in our local community can we meet with what we have together?</w:t>
      </w:r>
    </w:p>
    <w:p>
      <w:pPr>
        <w:pStyle w:val="Heading2"/>
      </w:pPr>
      <w:r>
        <w:t>Live it out</w:t>
      </w:r>
    </w:p>
    <w:p>
      <w:r>
        <w:t>Share a meal, give practical help, or spend time with someone who needs a person to talk to.</w:t>
      </w:r>
    </w:p>
    <w:p>
      <w:pPr>
        <w:pStyle w:val="Heading2"/>
      </w:pPr>
      <w:r>
        <w:t>Prayer</w:t>
      </w:r>
    </w:p>
    <w:p>
      <w:r>
        <w:t>Lord Jesus, help me see people as you see them. When I would rather send them on, teach me to ask what I have to give. And teach me to place it in your hands.</w:t>
      </w:r>
    </w:p>
    <w:p>
      <w:pPr>
        <w:pStyle w:val="Heading1"/>
        <w:pageBreakBefore/>
      </w:pPr>
      <w:r>
        <w:t>Lesson 4 A night watch on the lake</w:t>
      </w:r>
    </w:p>
    <w:p>
      <w:r>
        <w:t>Read Mark 6:45–56 in your Bible.</w:t>
      </w:r>
    </w:p>
    <w:p>
      <w:pPr>
        <w:pStyle w:val="Heading2"/>
      </w:pPr>
      <w:r>
        <w:t>Enter the story</w:t>
      </w:r>
    </w:p>
    <w:p>
      <w:r>
        <w:t>After the miracle of the bread, the disciples row against the wind. Jesus sees them, but they do not recognise him when he comes. Read also about the encounter with the people at Gennesaret.</w:t>
      </w:r>
    </w:p>
    <w:p>
      <w:pPr>
        <w:pStyle w:val="Heading2"/>
      </w:pPr>
      <w:r>
        <w:t>Commentary</w:t>
      </w:r>
    </w:p>
    <w:p>
      <w:r>
        <w:t>Jesus sends the disciples off in the boat and goes up the mountain himself to pray. Then evening comes, and they row against the wind. We are told that he saw them struggling. He was on land, they were out on the lake, and yet he saw them.</w:t>
      </w:r>
    </w:p>
    <w:p>
      <w:r>
        <w:t>I have often rowed like that, figuratively speaking. Not in a storm, just against the wind. The hours pass, your arms grow heavy, and you get nowhere. Your life is not in danger. It is simply exhausting, and it goes on a long time.</w:t>
      </w:r>
    </w:p>
    <w:p>
      <w:r>
        <w:t>Only in the fourth watch of the night, towards dawn, does he come walking on the water. The whole night has passed. I cannot explain why he waited so long. But I notice that he saw them all along.</w:t>
      </w:r>
    </w:p>
    <w:p>
      <w:r>
        <w:t>Then we read something strange: He intended to pass by them. I have read this as an image from the Old Testament, where God passes by Moses on the mountain and Elijah in the gentle whisper. Passing by is not walking away. It is revealing himself.</w:t>
      </w:r>
    </w:p>
    <w:p>
      <w:r>
        <w:t>But they think it is a ghost and cry out in fear. And he says: Take courage. It is I (I am here! NLT). Do not be afraid. Three short sentences. I have carried them with me through many nights. Especially the middle one. It is I. I am here. Not an explanation, not a programme. Simply that he is there.</w:t>
      </w:r>
    </w:p>
    <w:p>
      <w:r>
        <w:t>He gets into the boat, and the wind dies down.</w:t>
      </w:r>
    </w:p>
    <w:p>
      <w:r>
        <w:t>Then comes the sentence I do not like, because it strikes home: They had not understood what had happened with the loaves, because their hearts were hard. That same day they had distributed bread to five thousand. And that night they did not recognise him.</w:t>
      </w:r>
    </w:p>
    <w:p>
      <w:r>
        <w:t>I know what that is like. I may have seen God's care yesterday and still be frightened by the wind tonight. It is not wickedness. It is forgetfulness. The heart grows hard through weariness as much as through defiance.</w:t>
      </w:r>
    </w:p>
    <w:p>
      <w:r>
        <w:t>When they reach land at Gennesaret, people run about carrying the sick on mats. Those who merely touch the fringe of his cloak are healed. The people on land understand something the disciples in the boat have not quite grasped yet: that coming close is enough.</w:t>
      </w:r>
    </w:p>
    <w:p>
      <w:r>
        <w:t>Perhaps that is the prayer I am left with. Not that the wind should die down at once. But that I might recognise him when he comes, even late at night, and even when I am afraid.</w:t>
      </w:r>
    </w:p>
    <w:p>
      <w:pPr>
        <w:pStyle w:val="Heading2"/>
      </w:pPr>
      <w:r>
        <w:t>Look closely</w:t>
      </w:r>
    </w:p>
    <w:p>
      <w:r>
        <w:t>What does Jesus say to the frightened disciples? What does Mark connect to what happened with the loaves?</w:t>
      </w:r>
    </w:p>
    <w:p>
      <w:pPr>
        <w:pStyle w:val="Heading2"/>
      </w:pPr>
      <w:r>
        <w:t>Reflect</w:t>
      </w:r>
    </w:p>
    <w:p>
      <w:r>
        <w:t>What help from God am I quick to forget when I face new difficulties?</w:t>
      </w:r>
    </w:p>
    <w:p>
      <w:pPr>
        <w:pStyle w:val="Heading2"/>
      </w:pPr>
      <w:r>
        <w:t>Together</w:t>
      </w:r>
    </w:p>
    <w:p>
      <w:r>
        <w:t>How can we remind each other of Jesus' care without overlooking how exhausting the headwind can be?</w:t>
      </w:r>
    </w:p>
    <w:p>
      <w:pPr>
        <w:pStyle w:val="Heading2"/>
      </w:pPr>
      <w:r>
        <w:t>Live it out</w:t>
      </w:r>
    </w:p>
    <w:p>
      <w:r>
        <w:t>Write down a specific way you have received help from God. Thank him for it, and pray about something you are struggling with now.</w:t>
      </w:r>
    </w:p>
    <w:p>
      <w:pPr>
        <w:pStyle w:val="Heading2"/>
      </w:pPr>
      <w:r>
        <w:t>Prayer</w:t>
      </w:r>
    </w:p>
    <w:p>
      <w:r>
        <w:t>Jesus, help me recognise you when I am afraid and tired. Thank you for seeing me and coming to meet me.</w:t>
      </w:r>
    </w:p>
    <w:p>
      <w:pPr>
        <w:pStyle w:val="Heading1"/>
        <w:pageBreakBefore/>
      </w:pPr>
      <w:r>
        <w:t>Lesson 5 Clean hands</w:t>
      </w:r>
    </w:p>
    <w:p>
      <w:r>
        <w:t>Read Mark 7:1–23 in your Bible.</w:t>
      </w:r>
    </w:p>
    <w:p>
      <w:pPr>
        <w:pStyle w:val="Heading2"/>
      </w:pPr>
      <w:r>
        <w:t>Enter the story</w:t>
      </w:r>
    </w:p>
    <w:p>
      <w:r>
        <w:t>Read the discussion about traditions alongside what Jesus teaches about the heart. Notice how he uses care for parents as a concrete example.</w:t>
      </w:r>
    </w:p>
    <w:p>
      <w:pPr>
        <w:pStyle w:val="Heading2"/>
      </w:pPr>
      <w:r>
        <w:t>Commentary</w:t>
      </w:r>
    </w:p>
    <w:p>
      <w:r>
        <w:t>Some teachers of the law have come all the way from Jerusalem, and the first thing they notice is the disciples' hands. They eat without washing as the elders have taught. This is not a discussion about hygiene. It is a question of who belongs among the clean.</w:t>
      </w:r>
    </w:p>
    <w:p>
      <w:r>
        <w:t>I find it difficult to judge the Pharisees here. What they did came from a desire to take God seriously. They built a fence around the law so they would not come near the edge. I have built such fences myself. Habits, rules, ways of doing things that were once helpful. The danger is that eventually the fence becomes what we guard, rather than what it was meant to protect.</w:t>
      </w:r>
    </w:p>
    <w:p>
      <w:r>
        <w:t>Jesus answers with words from Isaiah: These people honour me with their lips, but their hearts are far from me. Those words go straight to the heart. For I know how easy it is to say the right words, sing the right songs, and yet be somewhere else inside.</w:t>
      </w:r>
    </w:p>
    <w:p>
      <w:r>
        <w:t>Then he gives an example that I find almost uncomfortably specific. A man can declare his property a gift to God, and thereby avoid helping his own elderly parents. The holy is used as a cover for avoiding love for those closest to us. I ask myself where I do something similar. Where I let ministry, work or spiritual things become a reason to avoid the person standing right in front of me.</w:t>
      </w:r>
    </w:p>
    <w:p>
      <w:r>
        <w:t>Then Jesus calls the people to him and says something that must have sounded startling: It is not what goes into a person that makes them unclean. It is what comes out.</w:t>
      </w:r>
    </w:p>
    <w:p>
      <w:r>
        <w:t>Later, inside the house, the disciples ask what he meant. He answers with a long list of what comes from the heart. I read it slowly. Some of the words concern actions I have never committed. Others concern things I know well: envy, pride, slander, thoughtlessness. The list does not let me hide behind the great sins I have avoided.</w:t>
      </w:r>
    </w:p>
    <w:p>
      <w:r>
        <w:t>It is freeing and demanding at the same time. Freeing because no external thing, no food, no place, no person can make me unclean. Demanding because I can no longer blame anything outside myself. The source is within.</w:t>
      </w:r>
    </w:p>
    <w:p>
      <w:r>
        <w:t>Perhaps that is why this passage ends in a prayer rather than a rule. Not: Keep your hands clean. But: Create in me a clean heart, God.</w:t>
      </w:r>
    </w:p>
    <w:p>
      <w:pPr>
        <w:pStyle w:val="Heading2"/>
      </w:pPr>
      <w:r>
        <w:t>Look closely</w:t>
      </w:r>
    </w:p>
    <w:p>
      <w:r>
        <w:t>What does Jesus set against human traditions? Where does he say the things that make a person unclean come from?</w:t>
      </w:r>
    </w:p>
    <w:p>
      <w:pPr>
        <w:pStyle w:val="Heading2"/>
      </w:pPr>
      <w:r>
        <w:t>Reflect</w:t>
      </w:r>
    </w:p>
    <w:p>
      <w:r>
        <w:t>What habits or rules do I use as a reason to avoid loving the person in front of me?</w:t>
      </w:r>
    </w:p>
    <w:p>
      <w:pPr>
        <w:pStyle w:val="Heading2"/>
      </w:pPr>
      <w:r>
        <w:t>Together</w:t>
      </w:r>
    </w:p>
    <w:p>
      <w:r>
        <w:t>Is there anything in our practices that hinders care or obscures God's word?</w:t>
      </w:r>
    </w:p>
    <w:p>
      <w:pPr>
        <w:pStyle w:val="Heading2"/>
      </w:pPr>
      <w:r>
        <w:t>Live it out</w:t>
      </w:r>
    </w:p>
    <w:p>
      <w:r>
        <w:t>Give time and practical care to someone close to you. Ask God as well to show you what needs to change in your heart.</w:t>
      </w:r>
    </w:p>
    <w:p>
      <w:pPr>
        <w:pStyle w:val="Heading2"/>
      </w:pPr>
      <w:r>
        <w:t>Prayer</w:t>
      </w:r>
    </w:p>
    <w:p>
      <w:r>
        <w:t>God, create in me a clean heart. Let my words and actions spring from love for you and the people around me.</w:t>
      </w:r>
    </w:p>
    <w:p>
      <w:pPr>
        <w:pStyle w:val="Heading1"/>
        <w:pageBreakBefore/>
      </w:pPr>
      <w:r>
        <w:t>Lesson 6 The crumbs under the table</w:t>
      </w:r>
    </w:p>
    <w:p>
      <w:r>
        <w:t>Read Mark 7:24–30 in your Bible.</w:t>
      </w:r>
    </w:p>
    <w:p>
      <w:pPr>
        <w:pStyle w:val="Heading2"/>
      </w:pPr>
      <w:r>
        <w:t>Enter the story</w:t>
      </w:r>
    </w:p>
    <w:p>
      <w:r>
        <w:t>A woman comes with her daughter's distress. The conversation is demanding. Read both her words and the answer Jesus gives before she goes home.</w:t>
      </w:r>
    </w:p>
    <w:p>
      <w:pPr>
        <w:pStyle w:val="Heading2"/>
      </w:pPr>
      <w:r>
        <w:t>Commentary</w:t>
      </w:r>
    </w:p>
    <w:p>
      <w:r>
        <w:t>Jesus goes to Tyre to have some peace. He enters a house and does not want anyone to know he is there. But we read that he could not remain hidden. There is something almost touching about that. The one who had power over storms and spirits could not have time to himself.</w:t>
      </w:r>
    </w:p>
    <w:p>
      <w:r>
        <w:t>A woman comes and throws herself at his feet. She is Greek, born in Syrophoenicia. She does not belong, whether in terms of the people, the faith or the rules. But she has a little daughter who is not herself, and that is enough to make every boundary unimportant to her.</w:t>
      </w:r>
    </w:p>
    <w:p>
      <w:r>
        <w:t>I have never quite managed to read Jesus' answer to her without feeling a sting. Let the children eat their fill first. It is not right to take the children's bread and throw it to the dogs. I have tried to interpret it more gently, and there are good reasons to do so. But I do not want to smooth it over entirely. It is a hard word, and she hears it as hard.</w:t>
      </w:r>
    </w:p>
    <w:p>
      <w:r>
        <w:t>What strikes me is what she does with it. She does not protest. She steps straight into his image and turns it around: Yes, Lord, but the dogs under the table eat the children's crumbs. She does not ask for a place at the table. She asks only for what falls down.</w:t>
      </w:r>
    </w:p>
    <w:p>
      <w:r>
        <w:t>I think no one else in Mark's Gospel gets the last word in a conversation with Jesus. She does. And he receives it. Because of what you have said, you may go home.</w:t>
      </w:r>
    </w:p>
    <w:p>
      <w:r>
        <w:t>I think about what kind of faith this is. Not a faith that has answers to everything, but a faith that does not give up. She stands amid what she cannot understand and holds on. Perhaps this is what faith often looks like in parents. You pray for your child, and the answer does not come as you expected. You pray again, with different words, from another angle. You do not let go.</w:t>
      </w:r>
    </w:p>
    <w:p>
      <w:r>
        <w:t>And then she goes home before she has seen anything. To me, that is the bravest thing in the whole story. She takes a word with her and nothing else.</w:t>
      </w:r>
    </w:p>
    <w:p>
      <w:r>
        <w:t>At home, the girl is lying in bed. The spirit is gone. There is nothing more than that. A child at rest.</w:t>
      </w:r>
    </w:p>
    <w:p>
      <w:r>
        <w:t>I have learned to be glad of crumbs. They are not small when they come from his table.</w:t>
      </w:r>
    </w:p>
    <w:p>
      <w:pPr>
        <w:pStyle w:val="Heading2"/>
      </w:pPr>
      <w:r>
        <w:t>Look closely</w:t>
      </w:r>
    </w:p>
    <w:p>
      <w:r>
        <w:t>What does the woman ask for? How does she use the image of the table and the crumbs, and what does she find when she gets home?</w:t>
      </w:r>
    </w:p>
    <w:p>
      <w:pPr>
        <w:pStyle w:val="Heading2"/>
      </w:pPr>
      <w:r>
        <w:t>Reflect</w:t>
      </w:r>
    </w:p>
    <w:p>
      <w:r>
        <w:t>What helps me hold on to Jesus when I do not understand the answer?</w:t>
      </w:r>
    </w:p>
    <w:p>
      <w:pPr>
        <w:pStyle w:val="Heading2"/>
      </w:pPr>
      <w:r>
        <w:t>Together</w:t>
      </w:r>
    </w:p>
    <w:p>
      <w:r>
        <w:t>How can we bring before God people and families waiting for help, and make room for honest questions?</w:t>
      </w:r>
    </w:p>
    <w:p>
      <w:pPr>
        <w:pStyle w:val="Heading2"/>
      </w:pPr>
      <w:r>
        <w:t>Live it out</w:t>
      </w:r>
    </w:p>
    <w:p>
      <w:r>
        <w:t>Pray specifically for a child or a family in need. Contact them and ask how you can support them.</w:t>
      </w:r>
    </w:p>
    <w:p>
      <w:pPr>
        <w:pStyle w:val="Heading2"/>
      </w:pPr>
      <w:r>
        <w:t>Prayer</w:t>
      </w:r>
    </w:p>
    <w:p>
      <w:r>
        <w:t>Jesus, we come to you with those we love. Help us hold on to you even when we do not understand.</w:t>
      </w:r>
    </w:p>
    <w:p>
      <w:pPr>
        <w:pStyle w:val="Heading1"/>
        <w:pageBreakBefore/>
      </w:pPr>
      <w:r>
        <w:t>Lesson 7 Ephphatha</w:t>
      </w:r>
    </w:p>
    <w:p>
      <w:r>
        <w:t>Read Mark 7:31–37 in your Bible.</w:t>
      </w:r>
    </w:p>
    <w:p>
      <w:pPr>
        <w:pStyle w:val="Heading2"/>
      </w:pPr>
      <w:r>
        <w:t>Enter the story</w:t>
      </w:r>
    </w:p>
    <w:p>
      <w:r>
        <w:t>Someone brings to Jesus a man who has difficulty hearing and speaking. See how personally Jesus meets him, and how he takes him away from the crowd.</w:t>
      </w:r>
    </w:p>
    <w:p>
      <w:pPr>
        <w:pStyle w:val="Heading2"/>
      </w:pPr>
      <w:r>
        <w:t>Commentary</w:t>
      </w:r>
    </w:p>
    <w:p>
      <w:r>
        <w:t>Other people bring the man forward. He cannot hear, and he speaks with great difficulty. He cannot ask for help himself, at least not in a way anyone understands. So someone asks on his behalf. I am always glad when I read about friends like this in the Gospels. Those who bring another person forward when he cannot manage it himself.</w:t>
      </w:r>
    </w:p>
    <w:p>
      <w:r>
        <w:t>Jesus takes him away from the crowd. I think that must have been a relief. Someone who cannot hear often stands in the midst of a noise he cannot interpret, surrounded by moving mouths and faces waiting for an answer. Now there are just the two of them.</w:t>
      </w:r>
    </w:p>
    <w:p>
      <w:r>
        <w:t>And then Jesus speaks to him in the language the man can understand. Not with words, but with hands. Fingers in his ears. Saliva on his tongue. A glance up towards heaven. It is almost too intimate, almost too physical. But that is how you speak to someone who cannot hear. You show. You touch.</w:t>
      </w:r>
    </w:p>
    <w:p>
      <w:r>
        <w:t>Then we read that Jesus sighed. I have thought a great deal about that sigh. It is not a word, and it is not a prayer with content. It is simply a breath that carries more than words can carry. I know it from my own prayers, those times when I do not know what to say. It does me good that Jesus sighed too. That he did not stand above distress and pain, but entered into it.</w:t>
      </w:r>
    </w:p>
    <w:p>
      <w:r>
        <w:t>Ephphatha. Be opened. One of the few Aramaic words Mark has preserved. It was so powerful that it was used at baptisms for centuries afterwards. I read it not only as a word to the ears and tongue, but to the whole person. Be opened. To sound, to others, to God.</w:t>
      </w:r>
    </w:p>
    <w:p>
      <w:r>
        <w:t>I can become deaf in other ways myself. I can stop hearing, not because my ears fail, but because I have heard the same thing for so long that I no longer listen. And when you do not hear, your speech becomes unclear too. The two are connected. Someone who does not receive eventually has little to say.</w:t>
      </w:r>
    </w:p>
    <w:p>
      <w:r>
        <w:t>The people are strictly told not to tell anyone. But they cannot keep quiet. They say that he has done everything well.</w:t>
      </w:r>
    </w:p>
    <w:p>
      <w:r>
        <w:t>It is a simple sentence, and I believe it is true. Not because everything has gone as I wanted, but because he has taken me aside, touched me, sighed with me and said: Be opened.</w:t>
      </w:r>
    </w:p>
    <w:p>
      <w:pPr>
        <w:pStyle w:val="Heading2"/>
      </w:pPr>
      <w:r>
        <w:t>Look closely</w:t>
      </w:r>
    </w:p>
    <w:p>
      <w:r>
        <w:t>Who asks for help on the man's behalf? What does Jesus do before he says Ephphatha, and what happens to the man?</w:t>
      </w:r>
    </w:p>
    <w:p>
      <w:pPr>
        <w:pStyle w:val="Heading2"/>
      </w:pPr>
      <w:r>
        <w:t>Reflect</w:t>
      </w:r>
    </w:p>
    <w:p>
      <w:r>
        <w:t>Where have I stopped listening? What does it mean to be open to God and to others?</w:t>
      </w:r>
    </w:p>
    <w:p>
      <w:pPr>
        <w:pStyle w:val="Heading2"/>
      </w:pPr>
      <w:r>
        <w:t>Together</w:t>
      </w:r>
    </w:p>
    <w:p>
      <w:r>
        <w:t>How can we make our fellowship a place where people are heard and receive help in a way they can accept?</w:t>
      </w:r>
    </w:p>
    <w:p>
      <w:pPr>
        <w:pStyle w:val="Heading2"/>
      </w:pPr>
      <w:r>
        <w:t>Live it out</w:t>
      </w:r>
    </w:p>
    <w:p>
      <w:r>
        <w:t>Listen to someone without rushing to answer. Adapt the conversation so that the person has room to express themselves.</w:t>
      </w:r>
    </w:p>
    <w:p>
      <w:pPr>
        <w:pStyle w:val="Heading2"/>
      </w:pPr>
      <w:r>
        <w:t>Prayer</w:t>
      </w:r>
    </w:p>
    <w:p>
      <w:r>
        <w:t>Jesus, open my ears and my heart. Teach me to listen to you and to the people you bring into my life.</w:t>
      </w:r>
    </w:p>
    <w:p>
      <w:pPr>
        <w:pStyle w:val="Heading1"/>
        <w:pageBreakBefore/>
      </w:pPr>
      <w:r>
        <w:t>Lesson 8 I have compassion for the people</w:t>
      </w:r>
    </w:p>
    <w:p>
      <w:r>
        <w:t>Read Mark 8:1–10 in your Bible.</w:t>
      </w:r>
    </w:p>
    <w:p>
      <w:pPr>
        <w:pStyle w:val="Heading2"/>
      </w:pPr>
      <w:r>
        <w:t>Enter the story</w:t>
      </w:r>
    </w:p>
    <w:p>
      <w:r>
        <w:t>Jesus sees more than the people sitting in front of him; he thinks about their journey home as well. Read this story alongside Mark 6:30–44.</w:t>
      </w:r>
    </w:p>
    <w:p>
      <w:pPr>
        <w:pStyle w:val="Heading2"/>
      </w:pPr>
      <w:r>
        <w:t>Commentary</w:t>
      </w:r>
    </w:p>
    <w:p>
      <w:r>
        <w:t>This time it is Jesus who raises the matter. The people have been with him for three days and have nothing to eat. Some have come a long way. If he sends them home hungry, they may collapse on the road.</w:t>
      </w:r>
    </w:p>
    <w:p>
      <w:r>
        <w:t>I linger over that. He thinks about the journey home. Not only about what happens while they sit and listen, but about what happens afterwards, when they walk alone and their strength runs out. I have known that hunger myself, after meetings and gatherings where I received much but went home empty.</w:t>
      </w:r>
    </w:p>
    <w:p>
      <w:r>
        <w:t>The disciples ask how anyone can provide bread here in the wilderness. It almost makes me smile. They have been part of this before. But I understand them. It is not easy to count on a miracle that has happened only once.</w:t>
      </w:r>
    </w:p>
    <w:p>
      <w:r>
        <w:t>Seven loaves and a few small fish. Jesus gives thanks and breaks the bread and gives it to the disciples, who distribute it. The people eat and are satisfied, and there is some left over.</w:t>
      </w:r>
    </w:p>
    <w:p>
      <w:r>
        <w:t>There is nothing grand about it. People sit on the ground, some distribute food, others eat. Then they are sent home, satisfied, before the journey becomes too long.</w:t>
      </w:r>
    </w:p>
    <w:p>
      <w:pPr>
        <w:pStyle w:val="Heading2"/>
      </w:pPr>
      <w:r>
        <w:t>Look closely</w:t>
      </w:r>
    </w:p>
    <w:p>
      <w:r>
        <w:t>What reason does Jesus give for wanting to feed the people? What is similar and different in the two miracles of the bread?</w:t>
      </w:r>
    </w:p>
    <w:p>
      <w:pPr>
        <w:pStyle w:val="Heading2"/>
      </w:pPr>
      <w:r>
        <w:t>Reflect</w:t>
      </w:r>
    </w:p>
    <w:p>
      <w:r>
        <w:t>Do I see the needs that remain after a meeting or a conversation is over?</w:t>
      </w:r>
    </w:p>
    <w:p>
      <w:pPr>
        <w:pStyle w:val="Heading2"/>
      </w:pPr>
      <w:r>
        <w:t>Together</w:t>
      </w:r>
    </w:p>
    <w:p>
      <w:r>
        <w:t>How can we follow up with care for people after a gathering as well?</w:t>
      </w:r>
    </w:p>
    <w:p>
      <w:pPr>
        <w:pStyle w:val="Heading2"/>
      </w:pPr>
      <w:r>
        <w:t>Live it out</w:t>
      </w:r>
    </w:p>
    <w:p>
      <w:r>
        <w:t>Contact someone after a meeting or a conversation and ask how they are doing. Give specific help if you can.</w:t>
      </w:r>
    </w:p>
    <w:p>
      <w:pPr>
        <w:pStyle w:val="Heading2"/>
      </w:pPr>
      <w:r>
        <w:t>Prayer</w:t>
      </w:r>
    </w:p>
    <w:p>
      <w:r>
        <w:t>Jesus, teach us care that lasts. Help us see the needs people carry with them on the way home.</w:t>
      </w:r>
    </w:p>
    <w:p>
      <w:pPr>
        <w:pStyle w:val="Heading1"/>
        <w:pageBreakBefore/>
      </w:pPr>
      <w:r>
        <w:t>Lesson 9 No sign</w:t>
      </w:r>
    </w:p>
    <w:p>
      <w:r>
        <w:t>Read Mark 8:11–13 in your Bible.</w:t>
      </w:r>
    </w:p>
    <w:p>
      <w:pPr>
        <w:pStyle w:val="Heading2"/>
      </w:pPr>
      <w:r>
        <w:t>Enter the story</w:t>
      </w:r>
    </w:p>
    <w:p>
      <w:r>
        <w:t>The Pharisees come to put Jesus to the test. Notice the difference between this encounter and his encounters with people asking for help.</w:t>
      </w:r>
    </w:p>
    <w:p>
      <w:pPr>
        <w:pStyle w:val="Heading2"/>
      </w:pPr>
      <w:r>
        <w:t>Commentary</w:t>
      </w:r>
    </w:p>
    <w:p>
      <w:r>
        <w:t>Immediately afterwards, the Pharisees come and demand a sign from heaven. They have not come for help. They have come to test him.</w:t>
      </w:r>
    </w:p>
    <w:p>
      <w:r>
        <w:t>Jesus sighs deeply in his spirit. It is the same word as with the deaf man, but now it is a different sigh. There it was compassion. Here it is sorrow over a faith that refuses to believe.</w:t>
      </w:r>
    </w:p>
    <w:p>
      <w:r>
        <w:t>I recognise myself in the Pharisees more than I like. I have asked for signs. Not with hostility, but with a quiet demand: Show me that you are there, and then I will believe. And I have forgotten how much I have already been allowed to see.</w:t>
      </w:r>
    </w:p>
    <w:p>
      <w:r>
        <w:t>Jesus says no. This generation will receive no sign. I do not think this is a barrier, but a protection. A sign that forced belief would leave no room for trust. Love that cannot choose is not love.</w:t>
      </w:r>
    </w:p>
    <w:p>
      <w:r>
        <w:t>Then we read that he left them, got into the boat and crossed to the other side. I read that sentence with a certain unease. It is not a threat. But it is a reminder that someone who only demands can be left standing on the shore.</w:t>
      </w:r>
    </w:p>
    <w:p>
      <w:pPr>
        <w:pStyle w:val="Heading2"/>
      </w:pPr>
      <w:r>
        <w:t>Look closely</w:t>
      </w:r>
    </w:p>
    <w:p>
      <w:r>
        <w:t>Why do the Pharisees ask for a sign? How does Jesus respond, and what does he do afterwards?</w:t>
      </w:r>
    </w:p>
    <w:p>
      <w:pPr>
        <w:pStyle w:val="Heading2"/>
      </w:pPr>
      <w:r>
        <w:t>Reflect</w:t>
      </w:r>
    </w:p>
    <w:p>
      <w:r>
        <w:t>What distinguishes coming honestly with my distress from demanding that God fulfil my conditions before I will believe?</w:t>
      </w:r>
    </w:p>
    <w:p>
      <w:pPr>
        <w:pStyle w:val="Heading2"/>
      </w:pPr>
      <w:r>
        <w:t>Together</w:t>
      </w:r>
    </w:p>
    <w:p>
      <w:r>
        <w:t>How can we make room for questions and at the same time help each other to trust?</w:t>
      </w:r>
    </w:p>
    <w:p>
      <w:pPr>
        <w:pStyle w:val="Heading2"/>
      </w:pPr>
      <w:r>
        <w:t>Live it out</w:t>
      </w:r>
    </w:p>
    <w:p>
      <w:r>
        <w:t>Thank God for some of the care you have already seen from him. Bring your questions without making the answer a condition for following him.</w:t>
      </w:r>
    </w:p>
    <w:p>
      <w:pPr>
        <w:pStyle w:val="Heading2"/>
      </w:pPr>
      <w:r>
        <w:t>Prayer</w:t>
      </w:r>
    </w:p>
    <w:p>
      <w:r>
        <w:t>Jesus, help me come to you with an open heart. Teach me to trust you and receive what you have already shown me.</w:t>
      </w:r>
    </w:p>
    <w:p>
      <w:pPr>
        <w:pStyle w:val="Heading1"/>
        <w:pageBreakBefore/>
      </w:pPr>
      <w:r>
        <w:t>Lesson 10 Only one loaf in the boat</w:t>
      </w:r>
    </w:p>
    <w:p>
      <w:r>
        <w:t>Read Mark 8:14–21 in your Bible.</w:t>
      </w:r>
    </w:p>
    <w:p>
      <w:pPr>
        <w:pStyle w:val="Heading2"/>
      </w:pPr>
      <w:r>
        <w:t>Enter the story</w:t>
      </w:r>
    </w:p>
    <w:p>
      <w:r>
        <w:t>Jesus warns against the yeast of the Pharisees and Herod. The disciples are thinking about the missing bread. Read all his questions before you answer.</w:t>
      </w:r>
    </w:p>
    <w:p>
      <w:pPr>
        <w:pStyle w:val="Heading2"/>
      </w:pPr>
      <w:r>
        <w:t>Commentary</w:t>
      </w:r>
    </w:p>
    <w:p>
      <w:r>
        <w:t>The disciples have forgotten to bring bread. They have only one loaf in the boat. Jesus warns them against the yeast of the Pharisees and Herod, and they immediately begin talking among themselves about having no bread.</w:t>
      </w:r>
    </w:p>
    <w:p>
      <w:r>
        <w:t>It is almost comical. He is speaking about something profound, and they are thinking about their packed lunch.</w:t>
      </w:r>
    </w:p>
    <w:p>
      <w:r>
        <w:t>But I do not read it with a sense of superiority. I am like that too. In the midst of what God is trying to say, I am preoccupied with what I lack. Worry takes up all the space.</w:t>
      </w:r>
    </w:p>
    <w:p>
      <w:r>
        <w:t>Then come the questions, one after another. Do you still not understand? Do you have eyes and not see, ears and not hear? Do you not remember? And they answer correctly. Twelve baskets. Seven baskets. They remember the numbers. But they have not seen who was behind it.</w:t>
      </w:r>
    </w:p>
    <w:p>
      <w:r>
        <w:t>It is possible to know everything about Jesus and still not see him. I have read these stories all my life. I know the numbers and the details. The question is whether I see.</w:t>
      </w:r>
    </w:p>
    <w:p>
      <w:r>
        <w:t>I have often thought about that one loaf in the boat. Perhaps it is just a detail. But I cannot help thinking that they had more with them than they realised. The one who breaks the bread was sitting beside them.</w:t>
      </w:r>
    </w:p>
    <w:p>
      <w:r>
        <w:t>The passage ends with a question that receives no answer: Do you still not understand? I leave it like that. It is a question I must answer myself, day after day.</w:t>
      </w:r>
    </w:p>
    <w:p>
      <w:pPr>
        <w:pStyle w:val="Heading2"/>
      </w:pPr>
      <w:r>
        <w:t>Look closely</w:t>
      </w:r>
    </w:p>
    <w:p>
      <w:r>
        <w:t>What does Jesus ask them to remember from the two miracles of the bread? Why are the numbers of baskets not the whole answer to his question?</w:t>
      </w:r>
    </w:p>
    <w:p>
      <w:pPr>
        <w:pStyle w:val="Heading2"/>
      </w:pPr>
      <w:r>
        <w:t>Reflect</w:t>
      </w:r>
    </w:p>
    <w:p>
      <w:r>
        <w:t>What worry takes up so much space that I do not hear what Jesus is saying?</w:t>
      </w:r>
    </w:p>
    <w:p>
      <w:pPr>
        <w:pStyle w:val="Heading2"/>
      </w:pPr>
      <w:r>
        <w:t>Together</w:t>
      </w:r>
    </w:p>
    <w:p>
      <w:r>
        <w:t>What have we seen of God's care that can help us understand and trust today?</w:t>
      </w:r>
    </w:p>
    <w:p>
      <w:pPr>
        <w:pStyle w:val="Heading2"/>
      </w:pPr>
      <w:r>
        <w:t>Live it out</w:t>
      </w:r>
    </w:p>
    <w:p>
      <w:r>
        <w:t>Return to a specific memory of God's help. Ask what it teaches you about him, and bring it into your prayer today.</w:t>
      </w:r>
    </w:p>
    <w:p>
      <w:pPr>
        <w:pStyle w:val="Heading2"/>
      </w:pPr>
      <w:r>
        <w:t>Prayer</w:t>
      </w:r>
    </w:p>
    <w:p>
      <w:r>
        <w:t>Jesus, help us remember and understand. Open our eyes to who you are, even when we are preoccupied with what we lack.</w:t>
      </w:r>
    </w:p>
    <w:p>
      <w:pPr>
        <w:pStyle w:val="Heading1"/>
        <w:pageBreakBefore/>
      </w:pPr>
      <w:r>
        <w:t>Lesson 11 People who look like trees</w:t>
      </w:r>
    </w:p>
    <w:p>
      <w:r>
        <w:t>Read Mark 8:22–26 in your Bible.</w:t>
      </w:r>
    </w:p>
    <w:p>
      <w:pPr>
        <w:pStyle w:val="Heading2"/>
      </w:pPr>
      <w:r>
        <w:t>Enter the story</w:t>
      </w:r>
    </w:p>
    <w:p>
      <w:r>
        <w:t>Jesus takes the blind man by the hand and leads him out of the village. Read the two stages of the healing, and notice the honest answer the man gives.</w:t>
      </w:r>
    </w:p>
    <w:p>
      <w:pPr>
        <w:pStyle w:val="Heading2"/>
      </w:pPr>
      <w:r>
        <w:t>Commentary</w:t>
      </w:r>
    </w:p>
    <w:p>
      <w:r>
        <w:t>Again, someone brings a man to Jesus. This time he is blind. And again Jesus takes him away, out of the village. We read that he took the blind man by the hand and led him. I picture it: two men walking together along a road, one sure-footed, the other holding his hand firmly.</w:t>
      </w:r>
    </w:p>
    <w:p>
      <w:r>
        <w:t>Outside the village, Jesus spits on his eyes and lays his hands on him. Then he asks: Do you see anything?</w:t>
      </w:r>
    </w:p>
    <w:p>
      <w:r>
        <w:t>I have always been glad of that question. Jesus asks. He does not assume that everything is all right. And the man answers honestly: I see people, but they look like trees walking around.</w:t>
      </w:r>
    </w:p>
    <w:p>
      <w:r>
        <w:t>This is the only time in the Gospels that a miracle happens in two stages. It moves me. For that is often how it has been for me too. I have seen something, but not clearly. I have understood something about God, but indistinctly, with outlines that blur together. It is no longer blindness, but it is not full sight either.</w:t>
      </w:r>
    </w:p>
    <w:p>
      <w:r>
        <w:t>Jesus lays his hands on his eyes once more. And now he sees everything clearly, far and near.</w:t>
      </w:r>
    </w:p>
    <w:p>
      <w:r>
        <w:t>I think Jesus did not become impatient with his partial sight. He simply touched him again. Perhaps that is how he works with us. Not one touch that resolves everything, but several, through a long life, until one day we see clearly.</w:t>
      </w:r>
    </w:p>
    <w:p>
      <w:r>
        <w:t>Then the man is sent home. Not into the village. Home.</w:t>
      </w:r>
    </w:p>
    <w:p>
      <w:pPr>
        <w:pStyle w:val="Heading2"/>
      </w:pPr>
      <w:r>
        <w:t>Look closely</w:t>
      </w:r>
    </w:p>
    <w:p>
      <w:r>
        <w:t>What does Jesus ask after the first touch? How does the man answer, and what does Jesus do next?</w:t>
      </w:r>
    </w:p>
    <w:p>
      <w:pPr>
        <w:pStyle w:val="Heading2"/>
      </w:pPr>
      <w:r>
        <w:t>Reflect</w:t>
      </w:r>
    </w:p>
    <w:p>
      <w:r>
        <w:t>What do I still see only dimly? Can I be honest about what I have not understood?</w:t>
      </w:r>
    </w:p>
    <w:p>
      <w:pPr>
        <w:pStyle w:val="Heading2"/>
      </w:pPr>
      <w:r>
        <w:t>Together</w:t>
      </w:r>
    </w:p>
    <w:p>
      <w:r>
        <w:t>How can we give each other time to grow in faith and understanding?</w:t>
      </w:r>
    </w:p>
    <w:p>
      <w:pPr>
        <w:pStyle w:val="Heading2"/>
      </w:pPr>
      <w:r>
        <w:t>Live it out</w:t>
      </w:r>
    </w:p>
    <w:p>
      <w:r>
        <w:t>Read a passage you struggle with once more. Share what you see and what you do not see with someone you trust.</w:t>
      </w:r>
    </w:p>
    <w:p>
      <w:pPr>
        <w:pStyle w:val="Heading2"/>
      </w:pPr>
      <w:r>
        <w:t>Prayer</w:t>
      </w:r>
    </w:p>
    <w:p>
      <w:r>
        <w:t>Jesus, thank you for your patience. Let me be honest, and help me see you and other people more clearly.</w:t>
      </w:r>
    </w:p>
    <w:p>
      <w:pPr>
        <w:pStyle w:val="Heading1"/>
        <w:pageBreakBefore/>
      </w:pPr>
      <w:r>
        <w:t>Lesson 12 Who do you say I am?</w:t>
      </w:r>
    </w:p>
    <w:p>
      <w:r>
        <w:t>Read Mark 8:27–30 in your Bible.</w:t>
      </w:r>
    </w:p>
    <w:p>
      <w:pPr>
        <w:pStyle w:val="Heading2"/>
      </w:pPr>
      <w:r>
        <w:t>Enter the story</w:t>
      </w:r>
    </w:p>
    <w:p>
      <w:r>
        <w:t>On the road, Jesus first asks what people say about him, and then what the disciples themselves say. Pause at both questions.</w:t>
      </w:r>
    </w:p>
    <w:p>
      <w:pPr>
        <w:pStyle w:val="Heading2"/>
      </w:pPr>
      <w:r>
        <w:t>Commentary</w:t>
      </w:r>
    </w:p>
    <w:p>
      <w:r>
        <w:t>They are travelling north, far from Galilee, among the villages around Caesarea Philippi. And on the road Jesus asks: Who do people say I am?</w:t>
      </w:r>
    </w:p>
    <w:p>
      <w:r>
        <w:t>It is an easy question. The disciples can answer at once. Some say John the Baptist, others Elijah, others one of the prophets. They have heard the talk. They know what people think.</w:t>
      </w:r>
    </w:p>
    <w:p>
      <w:r>
        <w:t>I can answer that question easily too. I have read what theologians and writers have said about Jesus for two thousand years. I can report opinions, compare and assess them.</w:t>
      </w:r>
    </w:p>
    <w:p>
      <w:r>
        <w:t>But then comes the second question. But you, who do you say I am?</w:t>
      </w:r>
    </w:p>
    <w:p>
      <w:r>
        <w:t>Here no one can answer for another. It is no longer a question of knowledge. It is a question of trust and belonging.</w:t>
      </w:r>
    </w:p>
    <w:p>
      <w:r>
        <w:t>Peter answers: You are the Messiah. That is right. But the next verses show that he does not yet know what it costs. He has said the right word, but he has not seen the whole road it leads to. I am glad of that. It means you can speak the truth before you understand it, and then be allowed to grow into it.</w:t>
      </w:r>
    </w:p>
    <w:p>
      <w:r>
        <w:t>Jesus asks them not to tell anyone. Perhaps because the word Messiah was so full of false expectations. Perhaps because it had to be filled with something new before it could be spoken aloud.</w:t>
      </w:r>
    </w:p>
    <w:p>
      <w:r>
        <w:t>I have answered this question many times in my life, and I think it has to be answered afresh in every season, from wherever you stand. Not with new words, but with a life that carries the same words a little deeper.</w:t>
      </w:r>
    </w:p>
    <w:p>
      <w:pPr>
        <w:pStyle w:val="Heading2"/>
      </w:pPr>
      <w:r>
        <w:t>Look closely</w:t>
      </w:r>
    </w:p>
    <w:p>
      <w:r>
        <w:t>What do the disciples answer to the first question, and what does Peter answer to the second? What does Jesus ask them to do at the end?</w:t>
      </w:r>
    </w:p>
    <w:p>
      <w:pPr>
        <w:pStyle w:val="Heading2"/>
      </w:pPr>
      <w:r>
        <w:t>Reflect</w:t>
      </w:r>
    </w:p>
    <w:p>
      <w:r>
        <w:t>Who do I say Jesus is? How is my answer expressed in the life I live?</w:t>
      </w:r>
    </w:p>
    <w:p>
      <w:pPr>
        <w:pStyle w:val="Heading2"/>
      </w:pPr>
      <w:r>
        <w:t>Together</w:t>
      </w:r>
    </w:p>
    <w:p>
      <w:r>
        <w:t>Share in your own words who Jesus is to you, and what it means to follow him.</w:t>
      </w:r>
    </w:p>
    <w:p>
      <w:pPr>
        <w:pStyle w:val="Heading2"/>
      </w:pPr>
      <w:r>
        <w:t>Live it out</w:t>
      </w:r>
    </w:p>
    <w:p>
      <w:r>
        <w:t>Write a short, personal answer to Jesus' question. Choose an action that can express that trust this week.</w:t>
      </w:r>
    </w:p>
    <w:p>
      <w:pPr>
        <w:pStyle w:val="Heading2"/>
      </w:pPr>
      <w:r>
        <w:t>Prayer</w:t>
      </w:r>
    </w:p>
    <w:p>
      <w:r>
        <w:t>Jesus, you are the Messiah. Help me grow into what I confess, and let my life bear witness to you.</w:t>
      </w:r>
    </w:p>
    <w:p>
      <w:pPr>
        <w:pStyle w:val="Heading1"/>
        <w:pageBreakBefore/>
      </w:pPr>
      <w:r>
        <w:t>Pause and look back at module 3</w:t>
      </w:r>
    </w:p>
    <w:p>
      <w:r>
        <w:t>Look back at the sending out, the two miracles of the bread and the questions Jesus asks in the boat. What have the disciples been part of, and what have they still not understood? Then read Mark 8:22–30 about the man whose sight is restored and Peter who confesses Jesus as Messiah. What do these passages help you see?</w:t>
      </w:r>
    </w:p>
    <w:p>
      <w:r>
        <w:t>Share one step you have taken in service, and one area where you want to see Jesus more clearly. Pray for each other. Module 4 takes us on to what Jesus teaches about suffering, the cross and what it means to follow him.</w:t>
      </w:r>
    </w:p>
    <w:p>
      <w:pPr>
        <w:pStyle w:val="Heading1"/>
        <w:pageBreakBefore/>
      </w:pPr>
      <w:r>
        <w:t>Module 4 Following Jesus on the way to the cross</w:t>
      </w:r>
    </w:p>
    <w:p>
      <w:r>
        <w:t>Mark 8:31–10:52</w:t>
      </w:r>
    </w:p>
    <w:p>
      <w:r>
        <w:t>Peter has confessed Jesus as the Messiah. Now Jesus teaches the disciples what kind of Messiah he is, and what it means to follow him. Three times he speaks about suffering, death and resurrection. Along the way we also encounter the argument about being greatest, the question of faithfulness, the children who are welcomed, and the man who cannot let go of his wealth. Finally, Bartimaeus regains his sight and follows Jesus on the road.</w:t>
      </w:r>
    </w:p>
    <w:p>
      <w:r>
        <w:t>This module has fourteen lessons. Read slowly and give the questions time. After six lessons, you can take a day to look back and share what you have discovered. Pay particular attention to the connection between what Jesus says about himself and what he teaches the disciples about their own lives.</w:t>
      </w:r>
    </w:p>
    <w:p>
      <w:pPr>
        <w:pStyle w:val="Heading1"/>
        <w:pageBreakBefore/>
      </w:pPr>
      <w:r>
        <w:t>Lesson 1 Get behind me</w:t>
      </w:r>
    </w:p>
    <w:p>
      <w:r>
        <w:t>Read Mark 8:31–33 in your Bible.</w:t>
      </w:r>
    </w:p>
    <w:p>
      <w:pPr>
        <w:pStyle w:val="Heading2"/>
      </w:pPr>
      <w:r>
        <w:t>Enter the story</w:t>
      </w:r>
    </w:p>
    <w:p>
      <w:r>
        <w:t>Read on from Peter’s confession in Mark 8:27–30. Now Jesus speaks quite openly about what awaits him.</w:t>
      </w:r>
    </w:p>
    <w:p>
      <w:pPr>
        <w:pStyle w:val="Heading2"/>
      </w:pPr>
      <w:r>
        <w:t>Commentary</w:t>
      </w:r>
    </w:p>
    <w:p>
      <w:r>
        <w:t>Immediately after Peter has said that Jesus is the Messiah, Jesus begins to speak about suffering. The Son of Man must suffer greatly, be rejected by the elders, chief priests and teachers of the law, be killed and rise after three days. And Mark adds a little sentence I have read many times: He said this quite openly.</w:t>
      </w:r>
    </w:p>
    <w:p>
      <w:r>
        <w:t>It had not been like this before. Jesus had spoken in parables, asked people to keep quiet, kept things hidden. Now he lays everything out. And at that very moment, it becomes impossible to accept.</w:t>
      </w:r>
    </w:p>
    <w:p>
      <w:r>
        <w:t>Peter takes him aside and begins to rebuke him. I understand Peter so well. He has just said the greatest thing he could say about Jesus, and now Jesus speaks about being killed. It does not fit together. And beneath the protest lies love. He does not want his friend to suffer.</w:t>
      </w:r>
    </w:p>
    <w:p>
      <w:r>
        <w:t>I have felt that same urge. When someone I love is heading towards something difficult, I want to draw them aside and say: Do not do this. There must be another way. And I have prayed to God in the same way, asking him to choose an easier road, for me and for those I love.</w:t>
      </w:r>
    </w:p>
    <w:p>
      <w:r>
        <w:t>But Jesus turns round. We are told that he looked at the disciples. Then he speaks the harshest words he says to any of his own: Get behind me, Satan.</w:t>
      </w:r>
    </w:p>
    <w:p>
      <w:r>
        <w:t>For a long time, I heard only the harshness in this. But then I noticed the first words: Get behind me. He is not sending Peter away. He is putting him back in the place a disciple should occupy. Behind. Following. The one who follows, not the one who leads.</w:t>
      </w:r>
    </w:p>
    <w:p>
      <w:r>
        <w:t>There is grace in that. For the worst thing that could happen would be for Peter to get his way.</w:t>
      </w:r>
    </w:p>
    <w:p>
      <w:r>
        <w:t>Jesus says that he is not thinking God’s thoughts, but human thoughts. I know how deeply they are rooted in me. I want a life without a cross, a God who shields me from all pain, a road that bypasses Jerusalem.</w:t>
      </w:r>
    </w:p>
    <w:p>
      <w:r>
        <w:t>And there he stands, turning towards me too. Not to reject me, but to remind me where I belong. Behind him. On the road he is walking, not the road I would have planned for him.</w:t>
      </w:r>
    </w:p>
    <w:p>
      <w:pPr>
        <w:pStyle w:val="Heading2"/>
      </w:pPr>
      <w:r>
        <w:t>Look closely</w:t>
      </w:r>
    </w:p>
    <w:p>
      <w:r>
        <w:t>What does Jesus say the Son of Man must go through? What is the difference between Peter’s thoughts and what Jesus teaches?</w:t>
      </w:r>
    </w:p>
    <w:p>
      <w:pPr>
        <w:pStyle w:val="Heading2"/>
      </w:pPr>
      <w:r>
        <w:t>Reflect</w:t>
      </w:r>
    </w:p>
    <w:p>
      <w:r>
        <w:t>Where am I trying to get Jesus to follow my plan, instead of following him?</w:t>
      </w:r>
    </w:p>
    <w:p>
      <w:pPr>
        <w:pStyle w:val="Heading2"/>
      </w:pPr>
      <w:r>
        <w:t>Together</w:t>
      </w:r>
    </w:p>
    <w:p>
      <w:r>
        <w:t>How can we help one another listen to Jesus when his words challenge our expectations?</w:t>
      </w:r>
    </w:p>
    <w:p>
      <w:pPr>
        <w:pStyle w:val="Heading2"/>
      </w:pPr>
      <w:r>
        <w:t>Live it out</w:t>
      </w:r>
    </w:p>
    <w:p>
      <w:r>
        <w:t>Bring before Jesus a decision you want to control yourself. Read his words and ask for help to follow.</w:t>
      </w:r>
    </w:p>
    <w:p>
      <w:pPr>
        <w:pStyle w:val="Heading2"/>
      </w:pPr>
      <w:r>
        <w:t>Prayer</w:t>
      </w:r>
    </w:p>
    <w:p>
      <w:r>
        <w:t>Jesus, help me walk behind you. Teach me to listen even when your road is different from the one I had imagined.</w:t>
      </w:r>
    </w:p>
    <w:p>
      <w:pPr>
        <w:pStyle w:val="Heading1"/>
        <w:pageBreakBefore/>
      </w:pPr>
      <w:r>
        <w:t>Lesson 2 If anyone wants to</w:t>
      </w:r>
    </w:p>
    <w:p>
      <w:r>
        <w:t>Read Mark 8:34–9:1 in your Bible.</w:t>
      </w:r>
    </w:p>
    <w:p>
      <w:pPr>
        <w:pStyle w:val="Heading2"/>
      </w:pPr>
      <w:r>
        <w:t>Enter the story</w:t>
      </w:r>
    </w:p>
    <w:p>
      <w:r>
        <w:t>Jesus calls both the crowd and the disciples to him. The invitation to follow is for everyone who wants to.</w:t>
      </w:r>
    </w:p>
    <w:p>
      <w:pPr>
        <w:pStyle w:val="Heading2"/>
      </w:pPr>
      <w:r>
        <w:t>Commentary</w:t>
      </w:r>
    </w:p>
    <w:p>
      <w:r>
        <w:t>Jesus calls the crowd to him along with the disciples. What he is about to say is not just for the twelve. It concerns everyone standing there, and everyone who will later read it.</w:t>
      </w:r>
    </w:p>
    <w:p>
      <w:r>
        <w:t>And he begins with a condition: If anyone wants to follow me. It is not a demand. It is an invitation. No one is pressured onto this road. But whoever wants to follow must know what the road is.</w:t>
      </w:r>
    </w:p>
    <w:p>
      <w:r>
        <w:t>He says three things. Deny yourself. Take up your cross. Follow him.</w:t>
      </w:r>
    </w:p>
    <w:p>
      <w:r>
        <w:t>It has taken me a long time to understand the first. For many years, I heard it as a call to make myself small, to distrust everything I wanted and felt. But I do not think that is what it means. To deny yourself is not to despise yourself. It is to let go of myself as the centre. To stop being the one around whom everything must revolve.</w:t>
      </w:r>
    </w:p>
    <w:p>
      <w:r>
        <w:t>The cross is harder. I have heard people call every burden their cross: an illness, a difficult neighbour, a demanding job. But the cross in this passage is not something that happens to us. It is something we take up. We choose it because we follow the one who chose it first.</w:t>
      </w:r>
    </w:p>
    <w:p>
      <w:r>
        <w:t>Then comes the sentence that has stayed with me throughout my life: Whoever wants to save their life will lose it. But whoever loses their life for my sake and for the gospel will save it.</w:t>
      </w:r>
    </w:p>
    <w:p>
      <w:r>
        <w:t>I cannot explain this. Some of the times I held most tightly to what I wanted to protect, it seemed to slip through my fingers. And some of the times I gave something away—time, security, pride—I received more back than I could have kept for myself.</w:t>
      </w:r>
    </w:p>
    <w:p>
      <w:r>
        <w:t>What good is it for someone to gain the whole world, but lose their life? I do not read this as a threat, but as a quiet question about what I am really building on. There is nothing I can give in exchange for my own life. It can only be given, and received.</w:t>
      </w:r>
    </w:p>
    <w:p>
      <w:r>
        <w:t>Finally, Jesus promises that some of those standing there will see the kingdom of God come with power. The road goes through the cross, but it does not end there.</w:t>
      </w:r>
    </w:p>
    <w:p>
      <w:r>
        <w:t>That is why I dare to walk it. Not because I am brave. But because he has gone ahead, and because there is light at the other end.</w:t>
      </w:r>
    </w:p>
    <w:p>
      <w:pPr>
        <w:pStyle w:val="Heading2"/>
      </w:pPr>
      <w:r>
        <w:t>Look closely</w:t>
      </w:r>
    </w:p>
    <w:p>
      <w:r>
        <w:t>What three things does Jesus mention about following him? What distinguishes losing your life for his sake and the gospel’s from simply experiencing hardship?</w:t>
      </w:r>
    </w:p>
    <w:p>
      <w:pPr>
        <w:pStyle w:val="Heading2"/>
      </w:pPr>
      <w:r>
        <w:t>Reflect</w:t>
      </w:r>
    </w:p>
    <w:p>
      <w:r>
        <w:t>What am I holding on to as the centre of my own life? What does Jesus want me to let go of?</w:t>
      </w:r>
    </w:p>
    <w:p>
      <w:pPr>
        <w:pStyle w:val="Heading2"/>
      </w:pPr>
      <w:r>
        <w:t>Together</w:t>
      </w:r>
    </w:p>
    <w:p>
      <w:r>
        <w:t>How can we support one another in the choices that cost us something for Jesus’ sake?</w:t>
      </w:r>
    </w:p>
    <w:p>
      <w:pPr>
        <w:pStyle w:val="Heading2"/>
      </w:pPr>
      <w:r>
        <w:t>Live it out</w:t>
      </w:r>
    </w:p>
    <w:p>
      <w:r>
        <w:t>Choose one specific step in which you put Jesus’ words and another person’s good ahead of your own need to get your way.</w:t>
      </w:r>
    </w:p>
    <w:p>
      <w:pPr>
        <w:pStyle w:val="Heading2"/>
      </w:pPr>
      <w:r>
        <w:t>Prayer</w:t>
      </w:r>
    </w:p>
    <w:p>
      <w:r>
        <w:t>Jesus, I want to follow you. Help me let go of what holds me back, and receive the life you give.</w:t>
      </w:r>
    </w:p>
    <w:p>
      <w:pPr>
        <w:pStyle w:val="Heading1"/>
        <w:pageBreakBefore/>
      </w:pPr>
      <w:r>
        <w:t>Lesson 3 Jesus alone</w:t>
      </w:r>
    </w:p>
    <w:p>
      <w:r>
        <w:t>Read Mark 9:2–13 in your Bible.</w:t>
      </w:r>
    </w:p>
    <w:p>
      <w:pPr>
        <w:pStyle w:val="Heading2"/>
      </w:pPr>
      <w:r>
        <w:t>Enter the story</w:t>
      </w:r>
    </w:p>
    <w:p>
      <w:r>
        <w:t>Jesus takes three disciples up the mountain with him. Read what they see, what Peter says and what the Father says.</w:t>
      </w:r>
    </w:p>
    <w:p>
      <w:pPr>
        <w:pStyle w:val="Heading2"/>
      </w:pPr>
      <w:r>
        <w:t>Commentary</w:t>
      </w:r>
    </w:p>
    <w:p>
      <w:r>
        <w:t>Six days after Jesus has spoken about the cross, he takes Peter, James and John up a high mountain. They are alone. And there he is transfigured before their eyes.</w:t>
      </w:r>
    </w:p>
    <w:p>
      <w:r>
        <w:t>Mark describes it with a detail I have always liked: his clothes became so white that no one on earth who bleaches cloth could make them that white. It is an everyday image for something beyond the everyday. As though Peter, when he later told the story, searched for something to compare it with and could find only the washtub.</w:t>
      </w:r>
    </w:p>
    <w:p>
      <w:r>
        <w:t>Elijah and Moses stand there talking with Jesus. And Peter says: Rabbi, it is good for us to be here. Let us build three shelters.</w:t>
      </w:r>
    </w:p>
    <w:p>
      <w:r>
        <w:t>Mark adds that he did not know what to say, because they were so frightened. I recognise myself in that. When something is too great, I fill the silence with words. I want to do something, build something, hold on to it. I want the holy to stay where I can find it again.</w:t>
      </w:r>
    </w:p>
    <w:p>
      <w:r>
        <w:t>But a cloud covers them, and a voice says: This is my Son, whom I love. Listen to him.</w:t>
      </w:r>
    </w:p>
    <w:p>
      <w:r>
        <w:t>Not: Build something. Not: Hold on. Just: Listen to him.</w:t>
      </w:r>
    </w:p>
    <w:p>
      <w:r>
        <w:t>And then, suddenly, they see no one with them except Jesus alone. Moses and Elijah are gone. The light is gone. There is only him, as he was before they went up.</w:t>
      </w:r>
    </w:p>
    <w:p>
      <w:r>
        <w:t>I have had a few moments like that in my life. Times when something opened up and I saw more than I could explain. They never lasted long. And afterwards I was left with the same life and the same Jesus I had known before. But I think that is precisely the gift. Not that the mountain remains, but that the one who was in the light is the same one who walks back down with me.</w:t>
      </w:r>
    </w:p>
    <w:p>
      <w:r>
        <w:t>On the way down, he asks them not to tell anyone until the Son of Man has risen from the dead. They do not understand what this means. Instead, they ask about Elijah. And Jesus answers that Elijah has already come, and they did to him whatever they wished. Here too, immediately after the glory, he speaks about suffering.</w:t>
      </w:r>
    </w:p>
    <w:p>
      <w:r>
        <w:t>The mountain and the valley belong together. The light at the summit is not an escape from the road towards Jerusalem. It is what makes that road possible to walk.</w:t>
      </w:r>
    </w:p>
    <w:p>
      <w:r>
        <w:t>Below, the crowd is waiting, and a father with a sick boy. But that is another story.</w:t>
      </w:r>
    </w:p>
    <w:p>
      <w:pPr>
        <w:pStyle w:val="Heading2"/>
      </w:pPr>
      <w:r>
        <w:t>Look closely</w:t>
      </w:r>
    </w:p>
    <w:p>
      <w:r>
        <w:t>What does the voice from the cloud say? Who remains with them at the end, and what does Jesus speak about on the way down?</w:t>
      </w:r>
    </w:p>
    <w:p>
      <w:pPr>
        <w:pStyle w:val="Heading2"/>
      </w:pPr>
      <w:r>
        <w:t>Reflect</w:t>
      </w:r>
    </w:p>
    <w:p>
      <w:r>
        <w:t>What does it mean to listen to Jesus when a powerful experience is over and everyday life is waiting?</w:t>
      </w:r>
    </w:p>
    <w:p>
      <w:pPr>
        <w:pStyle w:val="Heading2"/>
      </w:pPr>
      <w:r>
        <w:t>Together</w:t>
      </w:r>
    </w:p>
    <w:p>
      <w:r>
        <w:t>How can good encounters with God help us follow Jesus in everyday life?</w:t>
      </w:r>
    </w:p>
    <w:p>
      <w:pPr>
        <w:pStyle w:val="Heading2"/>
      </w:pPr>
      <w:r>
        <w:t>Live it out</w:t>
      </w:r>
    </w:p>
    <w:p>
      <w:r>
        <w:t>Read a word from Jesus slowly and be still for a while. Carry it into a specific task in your day.</w:t>
      </w:r>
    </w:p>
    <w:p>
      <w:pPr>
        <w:pStyle w:val="Heading2"/>
      </w:pPr>
      <w:r>
        <w:t>Prayer</w:t>
      </w:r>
    </w:p>
    <w:p>
      <w:r>
        <w:t>Father, thank you for your Son. Help us listen to him and follow him both on the mountain and in everyday life.</w:t>
      </w:r>
    </w:p>
    <w:p>
      <w:pPr>
        <w:pStyle w:val="Heading1"/>
        <w:pageBreakBefore/>
      </w:pPr>
      <w:r>
        <w:t>Lesson 4 Help my unbelief</w:t>
      </w:r>
    </w:p>
    <w:p>
      <w:r>
        <w:t>Read Mark 9:14–29 in your Bible.</w:t>
      </w:r>
    </w:p>
    <w:p>
      <w:pPr>
        <w:pStyle w:val="Heading2"/>
      </w:pPr>
      <w:r>
        <w:t>Enter the story</w:t>
      </w:r>
    </w:p>
    <w:p>
      <w:r>
        <w:t>Coming down from the mountain, Jesus meets a father who has waited a long time for help for his son. Read his prayer without rushing past it.</w:t>
      </w:r>
    </w:p>
    <w:p>
      <w:pPr>
        <w:pStyle w:val="Heading2"/>
      </w:pPr>
      <w:r>
        <w:t>Commentary</w:t>
      </w:r>
    </w:p>
    <w:p>
      <w:r>
        <w:t>When Jesus comes down from the mountain, he meets an argument. The other disciples are standing in the middle of a crowd, debating with the teachers of the law. The light on the mountain has given way to voices talking over one another.</w:t>
      </w:r>
    </w:p>
    <w:p>
      <w:r>
        <w:t>In the midst of it all stands a father. He has brought his son, and the disciples have tried to help, but they could not.</w:t>
      </w:r>
    </w:p>
    <w:p>
      <w:r>
        <w:t>Jesus asks what it has been like. And the father tells him. He has seen the boy fall, foam at the mouth, grind his teeth, become rigid. He has pulled him out of fire and water. When Jesus asks how long it has been like this, he answers: Since he was little.</w:t>
      </w:r>
    </w:p>
    <w:p>
      <w:r>
        <w:t>I think about what lies in that answer. All the years. All the nights. All the times he has prayed and waited and been disappointed. And now, finally, the disciples who could do nothing either.</w:t>
      </w:r>
    </w:p>
    <w:p>
      <w:r>
        <w:t>Then he says: If you can do anything, have compassion on us and help us.</w:t>
      </w:r>
    </w:p>
    <w:p>
      <w:r>
        <w:t>Jesus picks up those two words. If you can! Everything is possible for the one who believes.</w:t>
      </w:r>
    </w:p>
    <w:p>
      <w:r>
        <w:t>And the father cries out what I think is one of the most honest prayers in the whole Bible: I believe. Help my unbelief.</w:t>
      </w:r>
    </w:p>
    <w:p>
      <w:r>
        <w:t>I have prayed that prayer many times. It does not say that faith is strong enough. It does not say that doubt is gone. It brings both at once and places them in his hands. I have felt this most when praying for my own loved ones. Then there is no room for pretending. You believe, and you doubt, and you pray anyway.</w:t>
      </w:r>
    </w:p>
    <w:p>
      <w:r>
        <w:t>Jesus speaks to the spirit, and the boy lies there as though dead. People say he is dead. But Jesus takes him by the hand and raises him up, and he stands.</w:t>
      </w:r>
    </w:p>
    <w:p>
      <w:r>
        <w:t>It is the same word as with Jairus’ daughter. He takes the hand. He raises up.</w:t>
      </w:r>
    </w:p>
    <w:p>
      <w:r>
        <w:t>Afterwards, inside the house, the disciples ask why they could not drive the spirit out. And Jesus says that this kind can only be driven out through prayer and fasting.</w:t>
      </w:r>
    </w:p>
    <w:p>
      <w:r>
        <w:t>I think they had done what they had done before, with the same words, the same authority. But they had forgotten to pray. I recognise that danger too. Assuming that what worked yesterday will work today, without turning to the one it came from.</w:t>
      </w:r>
    </w:p>
    <w:p>
      <w:r>
        <w:t>Perhaps that is why the father received help, and the disciples did not. He had nothing but a prayer. And that was enough.</w:t>
      </w:r>
    </w:p>
    <w:p>
      <w:pPr>
        <w:pStyle w:val="Heading2"/>
      </w:pPr>
      <w:r>
        <w:t>Look closely</w:t>
      </w:r>
    </w:p>
    <w:p>
      <w:r>
        <w:t>What does the father ask for, and how does Jesus respond to both him and the boy? What do the disciples ask afterwards, and what does Jesus answer?</w:t>
      </w:r>
    </w:p>
    <w:p>
      <w:pPr>
        <w:pStyle w:val="Heading2"/>
      </w:pPr>
      <w:r>
        <w:t>Reflect</w:t>
      </w:r>
    </w:p>
    <w:p>
      <w:r>
        <w:t>Can I bring both my faith and my doubt before Jesus without pretending?</w:t>
      </w:r>
    </w:p>
    <w:p>
      <w:pPr>
        <w:pStyle w:val="Heading2"/>
      </w:pPr>
      <w:r>
        <w:t>Together</w:t>
      </w:r>
    </w:p>
    <w:p>
      <w:r>
        <w:t>How can we be a community where people can pray honestly and receive support over time?</w:t>
      </w:r>
    </w:p>
    <w:p>
      <w:pPr>
        <w:pStyle w:val="Heading2"/>
      </w:pPr>
      <w:r>
        <w:t>Live it out</w:t>
      </w:r>
    </w:p>
    <w:p>
      <w:r>
        <w:t>Pray for a need you have carried for a long time. You may like to use the words: I believe. Help my unbelief. Share the prayer with someone you trust.</w:t>
      </w:r>
    </w:p>
    <w:p>
      <w:pPr>
        <w:pStyle w:val="Heading2"/>
      </w:pPr>
      <w:r>
        <w:t>Prayer</w:t>
      </w:r>
    </w:p>
    <w:p>
      <w:r>
        <w:t>Jesus, I believe. Help my unbelief. We place those we love, and our own helplessness, in your hands.</w:t>
      </w:r>
    </w:p>
    <w:p>
      <w:pPr>
        <w:pStyle w:val="Heading1"/>
        <w:pageBreakBefore/>
      </w:pPr>
      <w:r>
        <w:t>Lesson 5 Handed over into human hands</w:t>
      </w:r>
    </w:p>
    <w:p>
      <w:r>
        <w:t>Read Mark 9:30–32 in your Bible.</w:t>
      </w:r>
    </w:p>
    <w:p>
      <w:pPr>
        <w:pStyle w:val="Heading2"/>
      </w:pPr>
      <w:r>
        <w:t>Enter the story</w:t>
      </w:r>
    </w:p>
    <w:p>
      <w:r>
        <w:t>Jesus wants time with the disciples to teach them. They hear his words, but do not understand and are afraid to ask.</w:t>
      </w:r>
    </w:p>
    <w:p>
      <w:pPr>
        <w:pStyle w:val="Heading2"/>
      </w:pPr>
      <w:r>
        <w:t>Commentary</w:t>
      </w:r>
    </w:p>
    <w:p>
      <w:r>
        <w:t>They are walking through Galilee, and Jesus does not want anyone to know. This is no longer the time for crowds and miracles. Now it is time to teach those who will carry on. So as they walk, he speaks to them.</w:t>
      </w:r>
    </w:p>
    <w:p>
      <w:r>
        <w:t>The Son of Man will be handed over into human hands. They will kill him, and three days later he will rise.</w:t>
      </w:r>
    </w:p>
    <w:p>
      <w:r>
        <w:t>I have paused over those words about human hands. Throughout the gospel, we have seen what his hands did. He took the dead girl by the hand. He touched the man with leprosy. He put his fingers in the deaf man’s ears. He took the boy with convulsions by the hand and raised him up. Now he says that he himself will be placed in the hands of others. The one who has held will be held. Not with care, but with violence.</w:t>
      </w:r>
    </w:p>
    <w:p>
      <w:r>
        <w:t>And we are told that they did not understand what he said, and they were afraid to ask him.</w:t>
      </w:r>
    </w:p>
    <w:p>
      <w:r>
        <w:t>It is one of the quietest sentences in Mark, and one of the most human. They walk beside him, they hear the words, and they do not dare to ask. Perhaps because they do not want to hear the answer. Perhaps because they are afraid to show how little they understand.</w:t>
      </w:r>
    </w:p>
    <w:p>
      <w:r>
        <w:t>I know how that kind of silence feels. I have sat beside sickbeds and not asked what I should have asked. I have walked beside people I love and left things unsaid, because it was safer not to know. It is a fear that does not shout. It simply takes the questions away.</w:t>
      </w:r>
    </w:p>
    <w:p>
      <w:r>
        <w:t>But I think Jesus would have borne with their questions. He had answered them before, again and again. He was not the one closing the door. Fear was.</w:t>
      </w:r>
    </w:p>
    <w:p>
      <w:r>
        <w:t>I would like to learn to ask anyway. To say: I do not understand. Explain it to me once more. Those who dare to ask may not understand everything at once. But they do not walk alone with what they do not understand.</w:t>
      </w:r>
    </w:p>
    <w:p>
      <w:r>
        <w:t>And in what he said lay words they missed: three days later he will rise. Fear heard only death. But he had said more.</w:t>
      </w:r>
    </w:p>
    <w:p>
      <w:pPr>
        <w:pStyle w:val="Heading2"/>
      </w:pPr>
      <w:r>
        <w:t>Look closely</w:t>
      </w:r>
    </w:p>
    <w:p>
      <w:r>
        <w:t>What does Jesus say about death and what will happen afterwards? What prevents the disciples from asking?</w:t>
      </w:r>
    </w:p>
    <w:p>
      <w:pPr>
        <w:pStyle w:val="Heading2"/>
      </w:pPr>
      <w:r>
        <w:t>Reflect</w:t>
      </w:r>
    </w:p>
    <w:p>
      <w:r>
        <w:t>What questions do I hold back because I fear the answer or fear showing how little I understand?</w:t>
      </w:r>
    </w:p>
    <w:p>
      <w:pPr>
        <w:pStyle w:val="Heading2"/>
      </w:pPr>
      <w:r>
        <w:t>Together</w:t>
      </w:r>
    </w:p>
    <w:p>
      <w:r>
        <w:t>How can we give one another the security to ask difficult questions?</w:t>
      </w:r>
    </w:p>
    <w:p>
      <w:pPr>
        <w:pStyle w:val="Heading2"/>
      </w:pPr>
      <w:r>
        <w:t>Live it out</w:t>
      </w:r>
    </w:p>
    <w:p>
      <w:r>
        <w:t>Put into words one question you have kept inside. Bring it to someone you can read and pray with.</w:t>
      </w:r>
    </w:p>
    <w:p>
      <w:pPr>
        <w:pStyle w:val="Heading2"/>
      </w:pPr>
      <w:r>
        <w:t>Prayer</w:t>
      </w:r>
    </w:p>
    <w:p>
      <w:r>
        <w:t>Jesus, help me ask when I do not understand. Do not let fear close my ears to the hope you give.</w:t>
      </w:r>
    </w:p>
    <w:p>
      <w:pPr>
        <w:pStyle w:val="Heading1"/>
        <w:pageBreakBefore/>
      </w:pPr>
      <w:r>
        <w:t>Lesson 6 What were you discussing on the way</w:t>
      </w:r>
    </w:p>
    <w:p>
      <w:r>
        <w:t>Read Mark 9:33–37 in your Bible.</w:t>
      </w:r>
    </w:p>
    <w:p>
      <w:pPr>
        <w:pStyle w:val="Heading2"/>
      </w:pPr>
      <w:r>
        <w:t>Enter the story</w:t>
      </w:r>
    </w:p>
    <w:p>
      <w:r>
        <w:t>After Jesus has spoken about his suffering, the disciples have been discussing who is the greatest. Notice how he teaches them.</w:t>
      </w:r>
    </w:p>
    <w:p>
      <w:pPr>
        <w:pStyle w:val="Heading2"/>
      </w:pPr>
      <w:r>
        <w:t>Commentary</w:t>
      </w:r>
    </w:p>
    <w:p>
      <w:r>
        <w:t>When they arrive home in Capernaum, Jesus asks what they were discussing on the way. No one answers. They had been discussing which of them was the greatest.</w:t>
      </w:r>
    </w:p>
    <w:p>
      <w:r>
        <w:t>I read their silence as shame. They knew the conversation could not bear being spoken aloud before him. And it moves me that Jesus does not scold them. He sits down, calls the twelve to him and says: Whoever wants to be first must be last of all and servant of all.</w:t>
      </w:r>
    </w:p>
    <w:p>
      <w:r>
        <w:t>I have never argued aloud about such things. But I have silently ranked people. Compared myself with other writers, other preachers, other people. Who is read, who is listened to, who is remembered. It is the same conversation on the road, only without words.</w:t>
      </w:r>
    </w:p>
    <w:p>
      <w:r>
        <w:t>Then Jesus takes a little child, places the child among them and takes the child in his arms. Whoever welcomes a child like this in my name welcomes me.</w:t>
      </w:r>
    </w:p>
    <w:p>
      <w:r>
        <w:t>The child has no rank. The child can give nothing in return. And right there, he says, is where he himself is to be found.</w:t>
      </w:r>
    </w:p>
    <w:p>
      <w:r>
        <w:t>I think about how he did not simply point to the child. He held the child. The answer to the question of who is greatest was not a speech, but a child in his arms.</w:t>
      </w:r>
    </w:p>
    <w:p>
      <w:pPr>
        <w:pStyle w:val="Heading2"/>
      </w:pPr>
      <w:r>
        <w:t>Look closely</w:t>
      </w:r>
    </w:p>
    <w:p>
      <w:r>
        <w:t>What does Jesus say about the one who wants to be first? What does he do with the child, and whom do they welcome when they welcome a child like this?</w:t>
      </w:r>
    </w:p>
    <w:p>
      <w:pPr>
        <w:pStyle w:val="Heading2"/>
      </w:pPr>
      <w:r>
        <w:t>Reflect</w:t>
      </w:r>
    </w:p>
    <w:p>
      <w:r>
        <w:t>Whom do I compare myself with? How does that affect the way I meet others?</w:t>
      </w:r>
    </w:p>
    <w:p>
      <w:pPr>
        <w:pStyle w:val="Heading2"/>
      </w:pPr>
      <w:r>
        <w:t>Together</w:t>
      </w:r>
    </w:p>
    <w:p>
      <w:r>
        <w:t>What place do those with no influence, status or anything to give in return have in our community?</w:t>
      </w:r>
    </w:p>
    <w:p>
      <w:pPr>
        <w:pStyle w:val="Heading2"/>
      </w:pPr>
      <w:r>
        <w:t>Live it out</w:t>
      </w:r>
    </w:p>
    <w:p>
      <w:r>
        <w:t>Give time and attention to someone who is easily overlooked. Let caring matter more than being noticed yourself.</w:t>
      </w:r>
    </w:p>
    <w:p>
      <w:pPr>
        <w:pStyle w:val="Heading2"/>
      </w:pPr>
      <w:r>
        <w:t>Prayer</w:t>
      </w:r>
    </w:p>
    <w:p>
      <w:r>
        <w:t>Jesus, teach me to serve. Help me see you in the little ones and welcome them with care.</w:t>
      </w:r>
    </w:p>
    <w:p>
      <w:pPr>
        <w:pStyle w:val="Heading1"/>
        <w:pageBreakBefore/>
      </w:pPr>
      <w:r>
        <w:t>Lesson 7 Do not stop him</w:t>
      </w:r>
    </w:p>
    <w:p>
      <w:r>
        <w:t>Read Mark 9:38–42 in your Bible.</w:t>
      </w:r>
    </w:p>
    <w:p>
      <w:pPr>
        <w:pStyle w:val="Heading2"/>
      </w:pPr>
      <w:r>
        <w:t>Enter the story</w:t>
      </w:r>
    </w:p>
    <w:p>
      <w:r>
        <w:t>John tells of a man who uses Jesus’ name but does not follow their group. Jesus also teaches them about a cup of water and responsibility for the little ones.</w:t>
      </w:r>
    </w:p>
    <w:p>
      <w:pPr>
        <w:pStyle w:val="Heading2"/>
      </w:pPr>
      <w:r>
        <w:t>Commentary</w:t>
      </w:r>
    </w:p>
    <w:p>
      <w:r>
        <w:t>John tells them that they saw a man driving out evil spirits in Jesus’ name. They tried to stop him because he was not following them.</w:t>
      </w:r>
    </w:p>
    <w:p>
      <w:r>
        <w:t>I notice that he says us, not you. The man was not following us. It is the old temptation in all Christian life: to make our own community the measure of who belongs to Jesus.</w:t>
      </w:r>
    </w:p>
    <w:p>
      <w:r>
        <w:t>Jesus says: Do not stop him. Whoever is not against us is for us.</w:t>
      </w:r>
    </w:p>
    <w:p>
      <w:r>
        <w:t>I have lived long enough to see many boundaries drawn between Christians. The right doctrine, the right movement, the right way to pray. I have drawn some of them myself. And several times I have found God at work on the other side of a boundary I had been certain about.</w:t>
      </w:r>
    </w:p>
    <w:p>
      <w:r>
        <w:t>Then Jesus says something about the smallest thing of all: Whoever gives you a cup of water because you belong to Christ will not lose their reward. A cup of water. It is almost nothing. But it is seen.</w:t>
      </w:r>
    </w:p>
    <w:p>
      <w:r>
        <w:t>And immediately afterwards comes the stern word about the millstone, for anyone who causes one of these little ones who believe to stumble. I read this as the other side of the same matter. The smallest good is remembered. And shutting someone out of faith is no small thing.</w:t>
      </w:r>
    </w:p>
    <w:p>
      <w:pPr>
        <w:pStyle w:val="Heading2"/>
      </w:pPr>
      <w:r>
        <w:t>Look closely</w:t>
      </w:r>
    </w:p>
    <w:p>
      <w:r>
        <w:t>Why did the disciples try to stop the man? What does Jesus say about the smallest good and about causing one of the little ones to stumble?</w:t>
      </w:r>
    </w:p>
    <w:p>
      <w:pPr>
        <w:pStyle w:val="Heading2"/>
      </w:pPr>
      <w:r>
        <w:t>Reflect</w:t>
      </w:r>
    </w:p>
    <w:p>
      <w:r>
        <w:t>Where have I made my own group the measure of whom God can use?</w:t>
      </w:r>
    </w:p>
    <w:p>
      <w:pPr>
        <w:pStyle w:val="Heading2"/>
      </w:pPr>
      <w:r>
        <w:t>Together</w:t>
      </w:r>
    </w:p>
    <w:p>
      <w:r>
        <w:t>How can we welcome what God does through others, and protect those whose faith is vulnerable?</w:t>
      </w:r>
    </w:p>
    <w:p>
      <w:pPr>
        <w:pStyle w:val="Heading2"/>
      </w:pPr>
      <w:r>
        <w:t>Live it out</w:t>
      </w:r>
    </w:p>
    <w:p>
      <w:r>
        <w:t>Encourage someone who serves Jesus in another community. Also give simple, practical help to someone who needs it.</w:t>
      </w:r>
    </w:p>
    <w:p>
      <w:pPr>
        <w:pStyle w:val="Heading2"/>
      </w:pPr>
      <w:r>
        <w:t>Prayer</w:t>
      </w:r>
    </w:p>
    <w:p>
      <w:r>
        <w:t>Jesus, give us open eyes for what you are doing. Help us encourage others and care for the little ones who believe in you.</w:t>
      </w:r>
    </w:p>
    <w:p>
      <w:pPr>
        <w:pStyle w:val="Heading1"/>
        <w:pageBreakBefore/>
      </w:pPr>
      <w:r>
        <w:t>Lesson 8 Salt and peace</w:t>
      </w:r>
    </w:p>
    <w:p>
      <w:r>
        <w:t>Read Mark 9:43–50 in your Bible.</w:t>
      </w:r>
    </w:p>
    <w:p>
      <w:pPr>
        <w:pStyle w:val="Heading2"/>
      </w:pPr>
      <w:r>
        <w:t>Enter the story</w:t>
      </w:r>
    </w:p>
    <w:p>
      <w:r>
        <w:t>Read these solemn words in the context of the argument about being greatest and Jesus’ care for the little ones. Pause over the ending about salt and peace.</w:t>
      </w:r>
    </w:p>
    <w:p>
      <w:pPr>
        <w:pStyle w:val="Heading2"/>
      </w:pPr>
      <w:r>
        <w:t>Commentary</w:t>
      </w:r>
    </w:p>
    <w:p>
      <w:r>
        <w:t>If your hand causes you to stumble, cut it off. If your foot, if your eye. These are some of the hardest words Jesus speaks.</w:t>
      </w:r>
    </w:p>
    <w:p>
      <w:r>
        <w:t>I have never read them literally, and I do not think he meant them that way. But neither have I ever been able to read them as gentle. They say that some things must be removed completely, not merely reduced or negotiated over. There are things I have held on to for years—habits, patterns of thought, ways of talking about others—where the only honest path was to let them go altogether.</w:t>
      </w:r>
    </w:p>
    <w:p>
      <w:r>
        <w:t>Then the image changes. Everyone will be salted with fire. Salt is good. But if salt loses its flavour, what can you season it with?</w:t>
      </w:r>
    </w:p>
    <w:p>
      <w:r>
        <w:t>And then the final sentence, which I think carries the whole passage: Have salt in yourselves, and be at peace with one another.</w:t>
      </w:r>
    </w:p>
    <w:p>
      <w:r>
        <w:t>It all began with an argument about who was greatest. It ends with peace. Between the two lie the words about the child, the stranger who drove out spirits, the cup of water, what must be cut away. Perhaps that is what salt is: what keeps us from becoming flat and indifferent, while also keeping us from being sharp with one another.</w:t>
      </w:r>
    </w:p>
    <w:p>
      <w:pPr>
        <w:pStyle w:val="Heading2"/>
      </w:pPr>
      <w:r>
        <w:t>Look closely</w:t>
      </w:r>
    </w:p>
    <w:p>
      <w:r>
        <w:t>What does Jesus say we must deal decisively with? How does the passage end?</w:t>
      </w:r>
    </w:p>
    <w:p>
      <w:pPr>
        <w:pStyle w:val="Heading2"/>
      </w:pPr>
      <w:r>
        <w:t>Reflect</w:t>
      </w:r>
    </w:p>
    <w:p>
      <w:r>
        <w:t>What habit or way of speaking do I need to let go of entirely, rather than find an excuse for it?</w:t>
      </w:r>
    </w:p>
    <w:p>
      <w:pPr>
        <w:pStyle w:val="Heading2"/>
      </w:pPr>
      <w:r>
        <w:t>Together</w:t>
      </w:r>
    </w:p>
    <w:p>
      <w:r>
        <w:t>What can we do to take sin seriously and remain at peace with one another?</w:t>
      </w:r>
    </w:p>
    <w:p>
      <w:pPr>
        <w:pStyle w:val="Heading2"/>
      </w:pPr>
      <w:r>
        <w:t>Live it out</w:t>
      </w:r>
    </w:p>
    <w:p>
      <w:r>
        <w:t>Break with a specific habit that harms you or others. Seek help and support if you need it.</w:t>
      </w:r>
    </w:p>
    <w:p>
      <w:pPr>
        <w:pStyle w:val="Heading2"/>
      </w:pPr>
      <w:r>
        <w:t>Prayer</w:t>
      </w:r>
    </w:p>
    <w:p>
      <w:r>
        <w:t>Jesus, help me turn away from what destroys. Give us truth, love and peace in our community.</w:t>
      </w:r>
    </w:p>
    <w:p>
      <w:pPr>
        <w:pStyle w:val="Heading1"/>
        <w:pageBreakBefore/>
      </w:pPr>
      <w:r>
        <w:t>Lesson 9 From the beginning</w:t>
      </w:r>
    </w:p>
    <w:p>
      <w:r>
        <w:t>Read Mark 10:1–12 in your Bible.</w:t>
      </w:r>
    </w:p>
    <w:p>
      <w:pPr>
        <w:pStyle w:val="Heading2"/>
      </w:pPr>
      <w:r>
        <w:t>Enter the story</w:t>
      </w:r>
    </w:p>
    <w:p>
      <w:r>
        <w:t>The Pharisees come with a question to test Jesus. He turns their attention towards creation and what God intended for marriage.</w:t>
      </w:r>
    </w:p>
    <w:p>
      <w:pPr>
        <w:pStyle w:val="Heading2"/>
      </w:pPr>
      <w:r>
        <w:t>Commentary</w:t>
      </w:r>
    </w:p>
    <w:p>
      <w:r>
        <w:t>The Pharisees ask whether a man is allowed to divorce his wife. They ask in order to test him.</w:t>
      </w:r>
    </w:p>
    <w:p>
      <w:r>
        <w:t>Jesus asks what Moses said. They answer that Moses allowed a certificate of divorce to be written. And he answers that this was because of their hardness of heart.</w:t>
      </w:r>
    </w:p>
    <w:p>
      <w:r>
        <w:t>Then he goes back beyond Moses, all the way to creation. From the beginning, God created them male and female. The two are to be one. What God has joined together, human beings must not separate.</w:t>
      </w:r>
    </w:p>
    <w:p>
      <w:r>
        <w:t>This is a passage I read with care. I know people who have been through divorce, and I know it is rarely casual or heartless. Often it is a defeat that has grown over a long time, with pain on both sides.</w:t>
      </w:r>
    </w:p>
    <w:p>
      <w:r>
        <w:t>But I notice something in what Jesus says. The question was about what the man was allowed to do. At that time, a man could send his wife away and leave her without protection. Jesus shifts the question from rights to faithfulness. And when he later speaks with the disciples, he says that the man can commit adultery against his wife. That was not an obvious thing to say then.</w:t>
      </w:r>
    </w:p>
    <w:p>
      <w:r>
        <w:t>I think the words about creation stand there as an ideal none of us lives out fully, within marriage or outside it. It is hard, because it shows what love was meant to be. But it does not stand alone. The whole gospel surrounds it, and in that gospel no one is sent away who cannot come back.</w:t>
      </w:r>
    </w:p>
    <w:p>
      <w:pPr>
        <w:pStyle w:val="Heading2"/>
      </w:pPr>
      <w:r>
        <w:t>Look closely</w:t>
      </w:r>
    </w:p>
    <w:p>
      <w:r>
        <w:t>What do the Pharisees ask, and what does Jesus say about hardness of heart and God’s will from the beginning?</w:t>
      </w:r>
    </w:p>
    <w:p>
      <w:pPr>
        <w:pStyle w:val="Heading2"/>
      </w:pPr>
      <w:r>
        <w:t>Reflect</w:t>
      </w:r>
    </w:p>
    <w:p>
      <w:r>
        <w:t>How can faithfulness and care have more room in my relationships?</w:t>
      </w:r>
    </w:p>
    <w:p>
      <w:pPr>
        <w:pStyle w:val="Heading2"/>
      </w:pPr>
      <w:r>
        <w:t>Together</w:t>
      </w:r>
    </w:p>
    <w:p>
      <w:r>
        <w:t>How can we uphold God’s good will for marriage while also meeting people who carry brokenness and pain with care?</w:t>
      </w:r>
    </w:p>
    <w:p>
      <w:pPr>
        <w:pStyle w:val="Heading2"/>
      </w:pPr>
      <w:r>
        <w:t>Live it out</w:t>
      </w:r>
    </w:p>
    <w:p>
      <w:r>
        <w:t>Take a specific action that builds trust in a close relationship. Listening, keeping a promise or asking forgiveness can be a first step.</w:t>
      </w:r>
    </w:p>
    <w:p>
      <w:pPr>
        <w:pStyle w:val="Heading2"/>
      </w:pPr>
      <w:r>
        <w:t>Prayer</w:t>
      </w:r>
    </w:p>
    <w:p>
      <w:r>
        <w:t>Father, help us be faithful and meet one another with care. Heal what is broken, and teach us to love as you intended.</w:t>
      </w:r>
    </w:p>
    <w:p>
      <w:pPr>
        <w:pStyle w:val="Heading1"/>
        <w:pageBreakBefore/>
      </w:pPr>
      <w:r>
        <w:t>Lesson 10 Let the children come to me</w:t>
      </w:r>
    </w:p>
    <w:p>
      <w:r>
        <w:t>Read Mark 10:13–16 in your Bible.</w:t>
      </w:r>
    </w:p>
    <w:p>
      <w:pPr>
        <w:pStyle w:val="Heading2"/>
      </w:pPr>
      <w:r>
        <w:t>Enter the story</w:t>
      </w:r>
    </w:p>
    <w:p>
      <w:r>
        <w:t>People bring children to Jesus, but the disciples block the way. Notice both Jesus’ reaction and his hands.</w:t>
      </w:r>
    </w:p>
    <w:p>
      <w:pPr>
        <w:pStyle w:val="Heading2"/>
      </w:pPr>
      <w:r>
        <w:t>Commentary</w:t>
      </w:r>
    </w:p>
    <w:p>
      <w:r>
        <w:t>People come with little children so that Jesus will touch them. And the disciples drive them away.</w:t>
      </w:r>
    </w:p>
    <w:p>
      <w:r>
        <w:t>We are told that Jesus was indignant. It is a strong word, and this is the only place in the gospels where it is used of him. Not towards the Pharisees, not towards the money changers, but towards his own disciples who blocked the way for the children.</w:t>
      </w:r>
    </w:p>
    <w:p>
      <w:r>
        <w:t>Let the little children come to me, and do not hinder them. The kingdom of God belongs to such as these.</w:t>
      </w:r>
    </w:p>
    <w:p>
      <w:r>
        <w:t>I have thought a great deal about what it means to receive the kingdom like a child. I do not think it is about children being purer or better. It is about their receiving. They do not ask whether they have earned it. They hold out their hands.</w:t>
      </w:r>
    </w:p>
    <w:p>
      <w:r>
        <w:t>When I hold a grandchild, I feel how little it takes to be loved by a child. The child holds on. Leans close. Has no plan.</w:t>
      </w:r>
    </w:p>
    <w:p>
      <w:r>
        <w:t>And then we are told that Jesus took the children in his arms, laid his hands on them and blessed them. It is one of the gentlest sentences in all of Mark. After so much conflict and so many hard words, there he stands holding a child.</w:t>
      </w:r>
    </w:p>
    <w:p>
      <w:pPr>
        <w:pStyle w:val="Heading2"/>
      </w:pPr>
      <w:r>
        <w:t>Look closely</w:t>
      </w:r>
    </w:p>
    <w:p>
      <w:r>
        <w:t>What does Jesus do when the disciples hinder the children? What does he say about receiving the kingdom of God?</w:t>
      </w:r>
    </w:p>
    <w:p>
      <w:pPr>
        <w:pStyle w:val="Heading2"/>
      </w:pPr>
      <w:r>
        <w:t>Reflect</w:t>
      </w:r>
    </w:p>
    <w:p>
      <w:r>
        <w:t>What does it mean for me to receive, rather than try to earn God’s gift?</w:t>
      </w:r>
    </w:p>
    <w:p>
      <w:pPr>
        <w:pStyle w:val="Heading2"/>
      </w:pPr>
      <w:r>
        <w:t>Together</w:t>
      </w:r>
    </w:p>
    <w:p>
      <w:r>
        <w:t>What can we do to make room for children and take them seriously in our community?</w:t>
      </w:r>
    </w:p>
    <w:p>
      <w:pPr>
        <w:pStyle w:val="Heading2"/>
      </w:pPr>
      <w:r>
        <w:t>Live it out</w:t>
      </w:r>
    </w:p>
    <w:p>
      <w:r>
        <w:t>Give a child time and attention. Listen, pray for God’s blessing and let the child feel they belong.</w:t>
      </w:r>
    </w:p>
    <w:p>
      <w:pPr>
        <w:pStyle w:val="Heading2"/>
      </w:pPr>
      <w:r>
        <w:t>Prayer</w:t>
      </w:r>
    </w:p>
    <w:p>
      <w:r>
        <w:t>Jesus, thank you for welcoming the children. Help us clear the way for them and receive your kingdom ourselves with open hands.</w:t>
      </w:r>
    </w:p>
    <w:p>
      <w:pPr>
        <w:pStyle w:val="Heading1"/>
        <w:pageBreakBefore/>
      </w:pPr>
      <w:r>
        <w:t>Lesson 11 Jesus looked at him and loved him</w:t>
      </w:r>
    </w:p>
    <w:p>
      <w:r>
        <w:t>Read Mark 10:17–31 in your Bible.</w:t>
      </w:r>
    </w:p>
    <w:p>
      <w:pPr>
        <w:pStyle w:val="Heading2"/>
      </w:pPr>
      <w:r>
        <w:t>Enter the story</w:t>
      </w:r>
    </w:p>
    <w:p>
      <w:r>
        <w:t>A man comes with a question about eternal life. Read the sequence: Jesus sees him, loves him and calls him to follow.</w:t>
      </w:r>
    </w:p>
    <w:p>
      <w:pPr>
        <w:pStyle w:val="Heading2"/>
      </w:pPr>
      <w:r>
        <w:t>Commentary</w:t>
      </w:r>
    </w:p>
    <w:p>
      <w:r>
        <w:t>A man comes running and falls to his knees. Good teacher, what must I do to inherit eternal life?</w:t>
      </w:r>
    </w:p>
    <w:p>
      <w:r>
        <w:t>Jesus mentions the commandments. The man answers that he has kept them all since he was young. I think he means it. He is not a hypocrite. He is someone who has tried to live rightly, yet still feels that something is missing.</w:t>
      </w:r>
    </w:p>
    <w:p>
      <w:r>
        <w:t>Then comes the sentence I never finish pondering: Jesus looked at him and loved him.</w:t>
      </w:r>
    </w:p>
    <w:p>
      <w:r>
        <w:t>Love comes before the demand. He sees the man, and he loves him. Only then does he say: You lack one thing. Sell what you own, give to the poor, and come and follow me.</w:t>
      </w:r>
    </w:p>
    <w:p>
      <w:r>
        <w:t>The man’s face falls, and he goes away sorrowful, because he owned a great deal.</w:t>
      </w:r>
    </w:p>
    <w:p>
      <w:r>
        <w:t>I do not have much wealth to hold on to. But I know I have other things. My name, my work, the security of the familiar. I can recognise myself in the man who wanted to follow but could not let go.</w:t>
      </w:r>
    </w:p>
    <w:p>
      <w:r>
        <w:t>Jesus says that it is easier for a camel to go through the eye of a needle than for a rich person to enter the kingdom of God. The disciples are astonished. Who then can be saved? And he looks at them and says: For human beings it is impossible, but not for God.</w:t>
      </w:r>
    </w:p>
    <w:p>
      <w:r>
        <w:t>That is where I rest. Not in having sold enough or given enough. But in the impossible being God’s concern.</w:t>
      </w:r>
    </w:p>
    <w:p>
      <w:r>
        <w:t>Peter reminds him that they have left everything. And Jesus promises that no one who has left anything for his sake will go empty-handed. They will receive a hundred times as much—houses and brothers and sisters and mothers and children—but with persecutions. Many who are first will be last.</w:t>
      </w:r>
    </w:p>
    <w:p>
      <w:pPr>
        <w:pStyle w:val="Heading2"/>
      </w:pPr>
      <w:r>
        <w:t>Look closely</w:t>
      </w:r>
    </w:p>
    <w:p>
      <w:r>
        <w:t>What prevents the man from following? What does Jesus answer when the disciples ask who then can be saved?</w:t>
      </w:r>
    </w:p>
    <w:p>
      <w:pPr>
        <w:pStyle w:val="Heading2"/>
      </w:pPr>
      <w:r>
        <w:t>Reflect</w:t>
      </w:r>
    </w:p>
    <w:p>
      <w:r>
        <w:t>What security, possession or role do I find difficult to let go of?</w:t>
      </w:r>
    </w:p>
    <w:p>
      <w:pPr>
        <w:pStyle w:val="Heading2"/>
      </w:pPr>
      <w:r>
        <w:t>Together</w:t>
      </w:r>
    </w:p>
    <w:p>
      <w:r>
        <w:t>How can we help one another trust God and be free to share with those who have little?</w:t>
      </w:r>
    </w:p>
    <w:p>
      <w:pPr>
        <w:pStyle w:val="Heading2"/>
      </w:pPr>
      <w:r>
        <w:t>Live it out</w:t>
      </w:r>
    </w:p>
    <w:p>
      <w:r>
        <w:t>Share something you have held on to tightly, to help someone in need. Bring what you struggle to let go of before Jesus in prayer.</w:t>
      </w:r>
    </w:p>
    <w:p>
      <w:pPr>
        <w:pStyle w:val="Heading2"/>
      </w:pPr>
      <w:r>
        <w:t>Prayer</w:t>
      </w:r>
    </w:p>
    <w:p>
      <w:r>
        <w:t>Jesus, thank you for seeing me and loving me. Help me let go of what binds me and trust what you can do.</w:t>
      </w:r>
    </w:p>
    <w:p>
      <w:pPr>
        <w:pStyle w:val="Heading1"/>
        <w:pageBreakBefore/>
      </w:pPr>
      <w:r>
        <w:t>Lesson 12 The third time</w:t>
      </w:r>
    </w:p>
    <w:p>
      <w:r>
        <w:t>Read Mark 10:32–34 in your Bible.</w:t>
      </w:r>
    </w:p>
    <w:p>
      <w:pPr>
        <w:pStyle w:val="Heading2"/>
      </w:pPr>
      <w:r>
        <w:t>Enter the story</w:t>
      </w:r>
    </w:p>
    <w:p>
      <w:r>
        <w:t>Jesus walks ahead on the road to Jerusalem. For the third time, he says what awaits him. Read the whole message, including the final words.</w:t>
      </w:r>
    </w:p>
    <w:p>
      <w:pPr>
        <w:pStyle w:val="Heading2"/>
      </w:pPr>
      <w:r>
        <w:t>Commentary</w:t>
      </w:r>
    </w:p>
    <w:p>
      <w:r>
        <w:t>Then we are told that they were on their way up to Jerusalem, and Jesus was walking ahead of them. They were astonished, and those following were afraid.</w:t>
      </w:r>
    </w:p>
    <w:p>
      <w:r>
        <w:t>I picture him there, a little way ahead of them on the road. He does not wait for them to understand everything. He simply goes first. And they follow, afraid and uncomprehending, but they follow.</w:t>
      </w:r>
    </w:p>
    <w:p>
      <w:r>
        <w:t>Jesus takes the twelve aside once more and tells them what awaits him. This is the third time, and now the words are more numerous and heavier than before. He will be handed over to the chief priests and teachers of the law. They will condemn him to death and hand him over to the Gentiles. They will mock him, spit on him, flog him and kill him.</w:t>
      </w:r>
    </w:p>
    <w:p>
      <w:r>
        <w:t>I notice how specifically he speaks. He mentions not only death, but every humiliation on the way there. He knows it. And still he walks ahead.</w:t>
      </w:r>
    </w:p>
    <w:p>
      <w:r>
        <w:t>I have thought that walking towards suffering when you only sense it is different from doing so when you know every step. The first can be pushed from your mind. The second must be borne with open eyes. Jesus walked that road with open eyes.</w:t>
      </w:r>
    </w:p>
    <w:p>
      <w:r>
        <w:t>And then come the final words, which they do not hear: After three days he will rise.</w:t>
      </w:r>
    </w:p>
    <w:p>
      <w:r>
        <w:t>Three times he has said it. Three times they have heard only death. I wonder whether I would have heard anything else. I do not think so. When suffering is named so clearly, it fills the whole field of vision. Hope lies in a little sentence at the end, and you must have been through the darkness before you can see how great it is.</w:t>
      </w:r>
    </w:p>
    <w:p>
      <w:pPr>
        <w:pStyle w:val="Heading2"/>
      </w:pPr>
      <w:r>
        <w:t>Look closely</w:t>
      </w:r>
    </w:p>
    <w:p>
      <w:r>
        <w:t>What new details does Jesus mention about his suffering? What promise does he give at the end?</w:t>
      </w:r>
    </w:p>
    <w:p>
      <w:pPr>
        <w:pStyle w:val="Heading2"/>
      </w:pPr>
      <w:r>
        <w:t>Reflect</w:t>
      </w:r>
    </w:p>
    <w:p>
      <w:r>
        <w:t>What help is there in knowing that Jesus knows where the road leads and still walks ahead?</w:t>
      </w:r>
    </w:p>
    <w:p>
      <w:pPr>
        <w:pStyle w:val="Heading2"/>
      </w:pPr>
      <w:r>
        <w:t>Together</w:t>
      </w:r>
    </w:p>
    <w:p>
      <w:r>
        <w:t>How can we help one another hear the hope without glossing over what is painful?</w:t>
      </w:r>
    </w:p>
    <w:p>
      <w:pPr>
        <w:pStyle w:val="Heading2"/>
      </w:pPr>
      <w:r>
        <w:t>Live it out</w:t>
      </w:r>
    </w:p>
    <w:p>
      <w:r>
        <w:t>Read the three announcements in Mark 8:31, 9:31 and 10:33–34 together. Thank Jesus for walking the road to its end.</w:t>
      </w:r>
    </w:p>
    <w:p>
      <w:pPr>
        <w:pStyle w:val="Heading2"/>
      </w:pPr>
      <w:r>
        <w:t>Prayer</w:t>
      </w:r>
    </w:p>
    <w:p>
      <w:r>
        <w:t>Jesus, thank you for going ahead with open eyes. Help us hold on to the hope of resurrection when darkness fills our field of vision.</w:t>
      </w:r>
    </w:p>
    <w:p>
      <w:pPr>
        <w:pStyle w:val="Heading1"/>
        <w:pageBreakBefore/>
      </w:pPr>
      <w:r>
        <w:t>Lesson 13 What do you want me to do for you</w:t>
      </w:r>
    </w:p>
    <w:p>
      <w:r>
        <w:t>Read Mark 10:35–45 in your Bible.</w:t>
      </w:r>
    </w:p>
    <w:p>
      <w:pPr>
        <w:pStyle w:val="Heading2"/>
      </w:pPr>
      <w:r>
        <w:t>Enter the story</w:t>
      </w:r>
    </w:p>
    <w:p>
      <w:r>
        <w:t>James and John ask for the foremost places. Jesus gathers the twelve and teaches them what greatness and leadership should be among his people.</w:t>
      </w:r>
    </w:p>
    <w:p>
      <w:pPr>
        <w:pStyle w:val="Heading2"/>
      </w:pPr>
      <w:r>
        <w:t>Commentary</w:t>
      </w:r>
    </w:p>
    <w:p>
      <w:r>
        <w:t>Immediately after Jesus has spoken about mockery and flogging, James and John come to him. Teacher, we want you to do for us whatever we ask.</w:t>
      </w:r>
    </w:p>
    <w:p>
      <w:r>
        <w:t>It is almost unbelievable. But I recognise that prayer. I have prayed like that myself. Not with those words, but with the same meaning: Give me what I want, and I will tell you afterwards what it is.</w:t>
      </w:r>
    </w:p>
    <w:p>
      <w:r>
        <w:t>Jesus asks: What do you want me to do for you?</w:t>
      </w:r>
    </w:p>
    <w:p>
      <w:r>
        <w:t>They want to sit beside him in his glory, one on the right and one on the left. They picture a throne. He sees a cross.</w:t>
      </w:r>
    </w:p>
    <w:p>
      <w:r>
        <w:t>You do not know what you are asking, he says. Can you drink the cup I am to drink? And they answer: We can.</w:t>
      </w:r>
    </w:p>
    <w:p>
      <w:r>
        <w:t>There is something touching in that answer. They are so certain. And Jesus does not say they are wrong. He says they will drink it. But the places they asked for are not his to give.</w:t>
      </w:r>
    </w:p>
    <w:p>
      <w:r>
        <w:t>The other ten become angry. I do not think it was because they were better. They simply had not got there first.</w:t>
      </w:r>
    </w:p>
    <w:p>
      <w:r>
        <w:t>Then Jesus gathers them all and speaks about power. Those who rule in the world make people feel their power. It must not be like that among you. Whoever wants to be great must be a servant. Whoever wants to be first must be slave to all.</w:t>
      </w:r>
    </w:p>
    <w:p>
      <w:r>
        <w:t>And then he says why: For the Son of Man did not come to be served, but to serve and give his life as a ransom for many.</w:t>
      </w:r>
    </w:p>
    <w:p>
      <w:r>
        <w:t>I have read that sentence so often that I must stop to hear it again. The one who had the right to be served chose to serve. Not as an example we must imitate through willpower, but as a gift that frees us to do the same.</w:t>
      </w:r>
    </w:p>
    <w:p>
      <w:pPr>
        <w:pStyle w:val="Heading2"/>
      </w:pPr>
      <w:r>
        <w:t>Look closely</w:t>
      </w:r>
    </w:p>
    <w:p>
      <w:r>
        <w:t>What do the two brothers want? What does Jesus say the Son of Man came to do, and how does that shape the disciples’ lives?</w:t>
      </w:r>
    </w:p>
    <w:p>
      <w:pPr>
        <w:pStyle w:val="Heading2"/>
      </w:pPr>
      <w:r>
        <w:t>Reflect</w:t>
      </w:r>
    </w:p>
    <w:p>
      <w:r>
        <w:t>What am I really asking for when I seek honour or influence?</w:t>
      </w:r>
    </w:p>
    <w:p>
      <w:pPr>
        <w:pStyle w:val="Heading2"/>
      </w:pPr>
      <w:r>
        <w:t>Together</w:t>
      </w:r>
    </w:p>
    <w:p>
      <w:r>
        <w:t>How can leaders and others in our community serve in a way that gives others room and freedom?</w:t>
      </w:r>
    </w:p>
    <w:p>
      <w:pPr>
        <w:pStyle w:val="Heading2"/>
      </w:pPr>
      <w:r>
        <w:t>Live it out</w:t>
      </w:r>
    </w:p>
    <w:p>
      <w:r>
        <w:t>Do something for someone without seeking honour or anything in return. Pray to see what that person needs.</w:t>
      </w:r>
    </w:p>
    <w:p>
      <w:pPr>
        <w:pStyle w:val="Heading2"/>
      </w:pPr>
      <w:r>
        <w:t>Prayer</w:t>
      </w:r>
    </w:p>
    <w:p>
      <w:r>
        <w:t>Jesus, thank you for giving your life as a ransom for many. Let your gift free us to serve.</w:t>
      </w:r>
    </w:p>
    <w:p>
      <w:pPr>
        <w:pStyle w:val="Heading1"/>
        <w:pageBreakBefore/>
      </w:pPr>
      <w:r>
        <w:t>Lesson 14 Bartimaeus beside the road</w:t>
      </w:r>
    </w:p>
    <w:p>
      <w:r>
        <w:t>Read Mark 10:46–52 in your Bible.</w:t>
      </w:r>
    </w:p>
    <w:p>
      <w:pPr>
        <w:pStyle w:val="Heading2"/>
      </w:pPr>
      <w:r>
        <w:t>Enter the story</w:t>
      </w:r>
    </w:p>
    <w:p>
      <w:r>
        <w:t>A blind man cries out beside the road, and Jesus stops. Read the question Jesus asks alongside the same question he asked James and John.</w:t>
      </w:r>
    </w:p>
    <w:p>
      <w:pPr>
        <w:pStyle w:val="Heading2"/>
      </w:pPr>
      <w:r>
        <w:t>Commentary</w:t>
      </w:r>
    </w:p>
    <w:p>
      <w:r>
        <w:t>At the exit from Jericho, a blind man sits beside the road begging. Mark gives him a name: Bartimaeus, son of Timaeus. It is rare for someone who is healed to have their name mentioned. Perhaps because he later became known among those who followed Jesus.</w:t>
      </w:r>
    </w:p>
    <w:p>
      <w:r>
        <w:t>He hears that Jesus is passing by and begins to cry out. Jesus, Son of David, have mercy on me!</w:t>
      </w:r>
    </w:p>
    <w:p>
      <w:r>
        <w:t>Many rebuke him and tell him to be quiet. But he cries out even louder.</w:t>
      </w:r>
    </w:p>
    <w:p>
      <w:r>
        <w:t>I love him for that. He will not be stopped by those who think he is a nuisance. He knows what he needs, and he knows who is passing by.</w:t>
      </w:r>
    </w:p>
    <w:p>
      <w:r>
        <w:t>Jesus stops. Call him here, he says. And the same people who told him to be quiet now say: Take heart, get up, he is calling you.</w:t>
      </w:r>
    </w:p>
    <w:p>
      <w:r>
        <w:t>Bartimaeus throws off his cloak, springs up and comes to Jesus.</w:t>
      </w:r>
    </w:p>
    <w:p>
      <w:r>
        <w:t>I think about that cloak. For a beggar, it may have been the only thing he owned, a blanket at night and something to collect gifts on during the day. Just before this in the gospel, a rich man went away sorrowful because he could not let go of what he owned. Here a poor man throws away the only thing he has, without hesitation.</w:t>
      </w:r>
    </w:p>
    <w:p>
      <w:r>
        <w:t>Then Jesus asks exactly what he asked James and John: What do you want me to do for you?</w:t>
      </w:r>
    </w:p>
    <w:p>
      <w:r>
        <w:t>The two asked for honour. Bartimaeus asks to see. Rabbouni, let me regain my sight.</w:t>
      </w:r>
    </w:p>
    <w:p>
      <w:r>
        <w:t>Go, your faith has saved you. And immediately he regained his sight and followed Jesus on the road.</w:t>
      </w:r>
    </w:p>
    <w:p>
      <w:r>
        <w:t>On the road. The road that leads up towards Jerusalem. The man who has just received his sight chooses to walk with him towards the cross.</w:t>
      </w:r>
    </w:p>
    <w:p>
      <w:r>
        <w:t>I would like to pray that prayer. Not for a place beside him. But to see. And to follow, when I see.</w:t>
      </w:r>
    </w:p>
    <w:p>
      <w:pPr>
        <w:pStyle w:val="Heading2"/>
      </w:pPr>
      <w:r>
        <w:t>Look closely</w:t>
      </w:r>
    </w:p>
    <w:p>
      <w:r>
        <w:t>What does Bartimaeus ask for? How does the crowd’s attitude change, and what does the man do after regaining his sight?</w:t>
      </w:r>
    </w:p>
    <w:p>
      <w:pPr>
        <w:pStyle w:val="Heading2"/>
      </w:pPr>
      <w:r>
        <w:t>Reflect</w:t>
      </w:r>
    </w:p>
    <w:p>
      <w:r>
        <w:t>What will I answer when Jesus asks what I want him to do for me?</w:t>
      </w:r>
    </w:p>
    <w:p>
      <w:pPr>
        <w:pStyle w:val="Heading2"/>
      </w:pPr>
      <w:r>
        <w:t>Together</w:t>
      </w:r>
    </w:p>
    <w:p>
      <w:r>
        <w:t>How can we be people who clear the way and say: He is calling you?</w:t>
      </w:r>
    </w:p>
    <w:p>
      <w:pPr>
        <w:pStyle w:val="Heading2"/>
      </w:pPr>
      <w:r>
        <w:t>Live it out</w:t>
      </w:r>
    </w:p>
    <w:p>
      <w:r>
        <w:t>Help someone who has been overlooked to be heard. Also ask Jesus for help to see and follow him yourself.</w:t>
      </w:r>
    </w:p>
    <w:p>
      <w:pPr>
        <w:pStyle w:val="Heading2"/>
      </w:pPr>
      <w:r>
        <w:t>Prayer</w:t>
      </w:r>
    </w:p>
    <w:p>
      <w:r>
        <w:t>Jesus, have mercy on me. Let me see you more clearly and follow you on the road.</w:t>
      </w:r>
    </w:p>
    <w:p>
      <w:pPr>
        <w:pStyle w:val="Heading1"/>
        <w:pageBreakBefore/>
      </w:pPr>
      <w:r>
        <w:t>Pause and look back at module 4</w:t>
      </w:r>
    </w:p>
    <w:p>
      <w:r>
        <w:t>Read Mark 8:34–35, Mark 10:45 and Mark 10:52 again. How is Jesus’ gift to us connected with the call to follow and serve? Look back at what Jesus has taught about children, possessions, faithfulness and power. What has challenged you, and what has given you hope?</w:t>
      </w:r>
    </w:p>
    <w:p>
      <w:r>
        <w:t>Share one area in which you have begun to act differently, and one question you still carry. Pray together for open eyes and courage to follow Jesus. In module 5, we go with him into Jerusalem.</w:t>
      </w:r>
    </w:p>
    <w:p>
      <w:pPr>
        <w:pStyle w:val="Heading1"/>
        <w:pageBreakBefore/>
      </w:pPr>
      <w:r>
        <w:t>Module 5 Jesus in Jerusalem</w:t>
      </w:r>
    </w:p>
    <w:p>
      <w:r>
        <w:t>Mark 11:1–13,37</w:t>
      </w:r>
    </w:p>
    <w:p>
      <w:r>
        <w:t>Jesus enters Jerusalem as the king the people are waiting for. In the temple courts we encounter celebration, opposition and honest questions. He calls us to faith and prayer, love for God and our neighbour, and care for people others overlook. When the disciples ask about what is to come, he teaches them to endure and keep watch. His words will stand when what they thought would last falls.</w:t>
      </w:r>
    </w:p>
    <w:p>
      <w:r>
        <w:t>The module has seventeen lessons. Read the Bible passage first and return to the text after the commentary. Read the three passages about the fig tree, the temple and prayer together. In Mark 13 it is important to hear the warnings, the care and the hope. You may like to use a review day after every sixth reading.</w:t>
      </w:r>
    </w:p>
    <w:p>
      <w:pPr>
        <w:pStyle w:val="Heading1"/>
        <w:pageBreakBefore/>
      </w:pPr>
      <w:r>
        <w:t>Lesson 1 A colt no one had ridden</w:t>
      </w:r>
    </w:p>
    <w:p>
      <w:r>
        <w:t>Read Mark 11:1–11 in your Bible.</w:t>
      </w:r>
    </w:p>
    <w:p>
      <w:pPr>
        <w:pStyle w:val="Heading2"/>
      </w:pPr>
      <w:r>
        <w:t>Enter the story</w:t>
      </w:r>
    </w:p>
    <w:p>
      <w:r>
        <w:t>Imagine the road into Jerusalem. Jesus sends two disciples to fetch a colt, the people shout, and finally he walks quietly around the temple.</w:t>
      </w:r>
    </w:p>
    <w:p>
      <w:pPr>
        <w:pStyle w:val="Heading2"/>
      </w:pPr>
      <w:r>
        <w:t>Commentary</w:t>
      </w:r>
    </w:p>
    <w:p>
      <w:r>
        <w:t>Jesus sends two of the disciples into the village to fetch a colt that is tied up there. No one has ridden it before. And if anyone asks, they are to say that the Lord needs it.</w:t>
      </w:r>
    </w:p>
    <w:p>
      <w:r>
        <w:t>I have always liked that sentence. The Lord needs it. A young animal by a doorway in a village, which no one has used for anything yet. That is what he chooses to enter the city.</w:t>
      </w:r>
    </w:p>
    <w:p>
      <w:r>
        <w:t>They put their cloaks on the colt, and people spread their clothes and branches along the road. Those walking ahead and those following behind shout: Hosanna! Blessed is he who comes in the name of the Lord!</w:t>
      </w:r>
    </w:p>
    <w:p>
      <w:r>
        <w:t>Hosanna actually means: Save now. It is a cry for help that has become praise. I do not think the people fully knew what they were shouting. But the words were true all the same, truer than they themselves understood.</w:t>
      </w:r>
    </w:p>
    <w:p>
      <w:r>
        <w:t>And then comes the part that always makes me pause. Jesus enters Jerusalem, goes into the temple courts, and looks around at everything. Then, since it is already late, he goes back out to Bethany with the twelve.</w:t>
      </w:r>
    </w:p>
    <w:p>
      <w:r>
        <w:t>After all the cheering, he stands quietly and looks. No speech, no action. Just a gaze across everything there. I think that is how he enters my life too. He does not always speak straight away. First he looks. Then he comes back the next day.</w:t>
      </w:r>
    </w:p>
    <w:p>
      <w:pPr>
        <w:pStyle w:val="Heading2"/>
      </w:pPr>
      <w:r>
        <w:t>Look closely</w:t>
      </w:r>
    </w:p>
    <w:p>
      <w:r>
        <w:t>What do the disciples say about the colt, and what do the people shout about Jesus and the kingdom? What does Jesus do after the cheering?</w:t>
      </w:r>
    </w:p>
    <w:p>
      <w:pPr>
        <w:pStyle w:val="Heading2"/>
      </w:pPr>
      <w:r>
        <w:t>Reflect</w:t>
      </w:r>
    </w:p>
    <w:p>
      <w:r>
        <w:t>What does it mean to welcome Jesus as king over my own life?</w:t>
      </w:r>
    </w:p>
    <w:p>
      <w:pPr>
        <w:pStyle w:val="Heading2"/>
      </w:pPr>
      <w:r>
        <w:t>Together</w:t>
      </w:r>
    </w:p>
    <w:p>
      <w:r>
        <w:t>How can our praise find expression in making our lives and what we have available to Jesus?</w:t>
      </w:r>
    </w:p>
    <w:p>
      <w:pPr>
        <w:pStyle w:val="Heading2"/>
      </w:pPr>
      <w:r>
        <w:t>Live it out</w:t>
      </w:r>
    </w:p>
    <w:p>
      <w:r>
        <w:t>Bring a specific task or something you own before Jesus, and ask how it can serve him and others.</w:t>
      </w:r>
    </w:p>
    <w:p>
      <w:pPr>
        <w:pStyle w:val="Heading2"/>
      </w:pPr>
      <w:r>
        <w:t>Prayer</w:t>
      </w:r>
    </w:p>
    <w:p>
      <w:r>
        <w:t>Jesus, blessed are you who come in the name of the Lord. Be king in my life, and teach me to welcome you.</w:t>
      </w:r>
    </w:p>
    <w:p>
      <w:pPr>
        <w:pStyle w:val="Heading1"/>
        <w:pageBreakBefore/>
      </w:pPr>
      <w:r>
        <w:t>Lesson 2 Only leaves</w:t>
      </w:r>
    </w:p>
    <w:p>
      <w:r>
        <w:t>Read Mark 11:12–14 in your Bible.</w:t>
      </w:r>
    </w:p>
    <w:p>
      <w:pPr>
        <w:pStyle w:val="Heading2"/>
      </w:pPr>
      <w:r>
        <w:t>Enter the story</w:t>
      </w:r>
    </w:p>
    <w:p>
      <w:r>
        <w:t>Read about the fig tree, and feel free to continue to the incident in the temple. Mark returns to the tree in verse 20. The different parts shed light on one another.</w:t>
      </w:r>
    </w:p>
    <w:p>
      <w:pPr>
        <w:pStyle w:val="Heading2"/>
      </w:pPr>
      <w:r>
        <w:t>Commentary</w:t>
      </w:r>
    </w:p>
    <w:p>
      <w:r>
        <w:t>The next morning Jesus is hungry. He sees a fig tree with leaves and goes over to see whether it has any fruit. But there are only leaves, because it was not the season for figs. And he says: May no one ever eat fruit from you again.</w:t>
      </w:r>
    </w:p>
    <w:p>
      <w:r>
        <w:t>I want to be honest: This is one of the passages I have struggled with. It seems unreasonable to curse a tree because it bears no fruit out of season. I have read many explanations, and some of them help.</w:t>
      </w:r>
    </w:p>
    <w:p>
      <w:r>
        <w:t>But I do not think I should make the passage too easy. I read it as a sign, an action that points beyond itself. Mark places it just before Jesus enters the temple. And he returns to the tree afterwards.</w:t>
      </w:r>
    </w:p>
    <w:p>
      <w:r>
        <w:t>What stays with me is the foliage. A tree that looks alive, that promises something, but has nothing to give someone who is hungry.</w:t>
      </w:r>
    </w:p>
    <w:p>
      <w:r>
        <w:t>I recognise that in myself. I can have many things that look like life: words, activity, a devout appearance. And yet someone may come to me hungry and leave empty-handed.</w:t>
      </w:r>
    </w:p>
    <w:p>
      <w:pPr>
        <w:pStyle w:val="Heading2"/>
      </w:pPr>
      <w:r>
        <w:t>Look closely</w:t>
      </w:r>
    </w:p>
    <w:p>
      <w:r>
        <w:t>What does Jesus find on the tree? What does the commentary say about its connection with the temple? Distinguish between what the text tells us and the interpretation of the sign.</w:t>
      </w:r>
    </w:p>
    <w:p>
      <w:pPr>
        <w:pStyle w:val="Heading2"/>
      </w:pPr>
      <w:r>
        <w:t>Reflect</w:t>
      </w:r>
    </w:p>
    <w:p>
      <w:r>
        <w:t>Where might a devout appearance hide a lack of fruit in my life?</w:t>
      </w:r>
    </w:p>
    <w:p>
      <w:pPr>
        <w:pStyle w:val="Heading2"/>
      </w:pPr>
      <w:r>
        <w:t>Together</w:t>
      </w:r>
    </w:p>
    <w:p>
      <w:r>
        <w:t>What do people receive when they come to our fellowship hungry for care and hope?</w:t>
      </w:r>
    </w:p>
    <w:p>
      <w:pPr>
        <w:pStyle w:val="Heading2"/>
      </w:pPr>
      <w:r>
        <w:t>Live it out</w:t>
      </w:r>
    </w:p>
    <w:p>
      <w:r>
        <w:t>Let one good word you use find expression in a specific act for someone today.</w:t>
      </w:r>
    </w:p>
    <w:p>
      <w:pPr>
        <w:pStyle w:val="Heading2"/>
      </w:pPr>
      <w:r>
        <w:t>Prayer</w:t>
      </w:r>
    </w:p>
    <w:p>
      <w:r>
        <w:t>Jesus, let my life bear fruit. Help me to live what I say, and to have something to give someone who needs care.</w:t>
      </w:r>
    </w:p>
    <w:p>
      <w:pPr>
        <w:pStyle w:val="Heading1"/>
        <w:pageBreakBefore/>
      </w:pPr>
      <w:r>
        <w:t>Lesson 3 A house of prayer for all nations</w:t>
      </w:r>
    </w:p>
    <w:p>
      <w:r>
        <w:t>Read Mark 11:15–19 in your Bible.</w:t>
      </w:r>
    </w:p>
    <w:p>
      <w:pPr>
        <w:pStyle w:val="Heading2"/>
      </w:pPr>
      <w:r>
        <w:t>Enter the story</w:t>
      </w:r>
    </w:p>
    <w:p>
      <w:r>
        <w:t>Jesus returns to the temple. Notice what he stops, and listen to what he says the house should be.</w:t>
      </w:r>
    </w:p>
    <w:p>
      <w:pPr>
        <w:pStyle w:val="Heading2"/>
      </w:pPr>
      <w:r>
        <w:t>Commentary</w:t>
      </w:r>
    </w:p>
    <w:p>
      <w:r>
        <w:t>Then Jesus enters the temple courts and begins driving out those who are buying and selling. He overturns the tables of the money changers and the benches of those selling doves.</w:t>
      </w:r>
    </w:p>
    <w:p>
      <w:r>
        <w:t>Mark includes a detail the other Gospel writers do not: He would not let anyone carry anything through the temple. The temple courts had become a shortcut, a place people walked through with their goods. He stops it.</w:t>
      </w:r>
    </w:p>
    <w:p>
      <w:r>
        <w:t>Then he quotes the prophet: My house shall be called a house of prayer for all nations. But you have made it a den of robbers.</w:t>
      </w:r>
    </w:p>
    <w:p>
      <w:r>
        <w:t>For all nations. This happened in the part of the temple where Gentiles could come. The only space they had was filled with trade and noise.</w:t>
      </w:r>
    </w:p>
    <w:p>
      <w:r>
        <w:t>I think about what fills the space within me where I should pray. Busyness, plans, everything I need to get done. It is not wickedness. It is simply that the space has become a passageway. And I think about how easily a Christian fellowship can become so full that there is no room for someone coming from outside, searching.</w:t>
      </w:r>
    </w:p>
    <w:p>
      <w:r>
        <w:t>The chief priests and the teachers of the law hear it and look for a way to get rid of him. They are afraid of him, it says, because all the people were captivated by his teaching.</w:t>
      </w:r>
    </w:p>
    <w:p>
      <w:r>
        <w:t>In the evening he leaves the city again.</w:t>
      </w:r>
    </w:p>
    <w:p>
      <w:pPr>
        <w:pStyle w:val="Heading2"/>
      </w:pPr>
      <w:r>
        <w:t>Look closely</w:t>
      </w:r>
    </w:p>
    <w:p>
      <w:r>
        <w:t>What does Jesus do, and what words from Scripture does he use? Notice the words for all nations and the leaders’ reaction.</w:t>
      </w:r>
    </w:p>
    <w:p>
      <w:pPr>
        <w:pStyle w:val="Heading2"/>
      </w:pPr>
      <w:r>
        <w:t>Reflect</w:t>
      </w:r>
    </w:p>
    <w:p>
      <w:r>
        <w:t>What fills the space within me where I should seek God in prayer?</w:t>
      </w:r>
    </w:p>
    <w:p>
      <w:pPr>
        <w:pStyle w:val="Heading2"/>
      </w:pPr>
      <w:r>
        <w:t>Together</w:t>
      </w:r>
    </w:p>
    <w:p>
      <w:r>
        <w:t>How can we make room in our fellowship both for prayer and for people coming from outside?</w:t>
      </w:r>
    </w:p>
    <w:p>
      <w:pPr>
        <w:pStyle w:val="Heading2"/>
      </w:pPr>
      <w:r>
        <w:t>Live it out</w:t>
      </w:r>
    </w:p>
    <w:p>
      <w:r>
        <w:t>Set aside some time for prayer, and pray for a people group or for people outside your usual fellowship.</w:t>
      </w:r>
    </w:p>
    <w:p>
      <w:pPr>
        <w:pStyle w:val="Heading2"/>
      </w:pPr>
      <w:r>
        <w:t>Prayer</w:t>
      </w:r>
    </w:p>
    <w:p>
      <w:r>
        <w:t>Father, give prayer room among us. Help us to be an open fellowship where people from every nation can seek you.</w:t>
      </w:r>
    </w:p>
    <w:p>
      <w:pPr>
        <w:pStyle w:val="Heading1"/>
        <w:pageBreakBefore/>
      </w:pPr>
      <w:r>
        <w:t>Lesson 4 Have faith in God</w:t>
      </w:r>
    </w:p>
    <w:p>
      <w:r>
        <w:t>Read Mark 11:20–26 in your Bible.</w:t>
      </w:r>
    </w:p>
    <w:p>
      <w:pPr>
        <w:pStyle w:val="Heading2"/>
      </w:pPr>
      <w:r>
        <w:t>Enter the story</w:t>
      </w:r>
    </w:p>
    <w:p>
      <w:r>
        <w:t>The disciples see the withered tree. Jesus speaks about faith, prayer and forgiveness. Read his whole answer.</w:t>
      </w:r>
    </w:p>
    <w:p>
      <w:pPr>
        <w:pStyle w:val="Heading2"/>
      </w:pPr>
      <w:r>
        <w:t>Commentary</w:t>
      </w:r>
    </w:p>
    <w:p>
      <w:r>
        <w:t>The next morning they pass the fig tree again. It has withered from the roots up. Peter remembers and says: Rabbi, look!</w:t>
      </w:r>
    </w:p>
    <w:p>
      <w:r>
        <w:t>Jesus answers: Have faith in God.</w:t>
      </w:r>
    </w:p>
    <w:p>
      <w:r>
        <w:t>Then he speaks about telling the mountain to throw itself into the sea, and about believing that we have received whatever we ask for. These are great words, and I have not always seen them fulfilled as I prayed. I do not read them as a promise that everything I want will happen. I read them as a call to pray with my whole self, without holding anything back in reserve.</w:t>
      </w:r>
    </w:p>
    <w:p>
      <w:r>
        <w:t>But it is the final sentence that has stayed with me most: When you stand praying, forgive if you have anything against anyone.</w:t>
      </w:r>
    </w:p>
    <w:p>
      <w:r>
        <w:t>It is strange to read this immediately after the story of the tree. From cursing to forgiveness, within a few verses. But perhaps that is precisely the point. Someone who prays cannot cling to bitterness. Prayer and an unforgiving spirit cannot live in the same heart over time.</w:t>
      </w:r>
    </w:p>
    <w:p>
      <w:r>
        <w:t>I have stood praying with a grudge inside me. I know how it feels. The words go up, but something stays behind. And I have also felt the relief when I let go, not because the other person deserved it, but because I could no longer bear to carry it into my prayer.</w:t>
      </w:r>
    </w:p>
    <w:p>
      <w:r>
        <w:t>Perhaps that is the mountain I most often need to pray will be thrown into the sea.</w:t>
      </w:r>
    </w:p>
    <w:p>
      <w:pPr>
        <w:pStyle w:val="Heading2"/>
      </w:pPr>
      <w:r>
        <w:t>Look closely</w:t>
      </w:r>
    </w:p>
    <w:p>
      <w:r>
        <w:t>Towards whom should faith be directed? What does Jesus say someone standing in prayer should do if they have something against anyone?</w:t>
      </w:r>
    </w:p>
    <w:p>
      <w:pPr>
        <w:pStyle w:val="Heading2"/>
      </w:pPr>
      <w:r>
        <w:t>Reflect</w:t>
      </w:r>
    </w:p>
    <w:p>
      <w:r>
        <w:t>What am I carrying that I need to bring before God and let go of?</w:t>
      </w:r>
    </w:p>
    <w:p>
      <w:pPr>
        <w:pStyle w:val="Heading2"/>
      </w:pPr>
      <w:r>
        <w:t>Together</w:t>
      </w:r>
    </w:p>
    <w:p>
      <w:r>
        <w:t>How can we help one another both to pray boldly and to forgive?</w:t>
      </w:r>
    </w:p>
    <w:p>
      <w:pPr>
        <w:pStyle w:val="Heading2"/>
      </w:pPr>
      <w:r>
        <w:t>Live it out</w:t>
      </w:r>
    </w:p>
    <w:p>
      <w:r>
        <w:t>Pray specifically for a need. Also bring before God a relationship in which you carry a grudge, and ask for help to forgive.</w:t>
      </w:r>
    </w:p>
    <w:p>
      <w:pPr>
        <w:pStyle w:val="Heading2"/>
      </w:pPr>
      <w:r>
        <w:t>Prayer</w:t>
      </w:r>
    </w:p>
    <w:p>
      <w:r>
        <w:t>Father, I put my trust in you. Help me to pray boldly and to let go of the bitterness I have carried.</w:t>
      </w:r>
    </w:p>
    <w:p>
      <w:pPr>
        <w:pStyle w:val="Heading1"/>
        <w:pageBreakBefore/>
      </w:pPr>
      <w:r>
        <w:t>Lesson 5 Who gave you permission?</w:t>
      </w:r>
    </w:p>
    <w:p>
      <w:r>
        <w:t>Read Mark 11:27–33 in your Bible.</w:t>
      </w:r>
    </w:p>
    <w:p>
      <w:pPr>
        <w:pStyle w:val="Heading2"/>
      </w:pPr>
      <w:r>
        <w:t>Enter the story</w:t>
      </w:r>
    </w:p>
    <w:p>
      <w:r>
        <w:t>The leaders ask what authority Jesus has. He answers with a question about John. Read the conversation they have among themselves.</w:t>
      </w:r>
    </w:p>
    <w:p>
      <w:pPr>
        <w:pStyle w:val="Heading2"/>
      </w:pPr>
      <w:r>
        <w:t>Commentary</w:t>
      </w:r>
    </w:p>
    <w:p>
      <w:r>
        <w:t>Jesus walks around the temple courts, the same place where he overturned the tables the day before. Now the chief priests, the teachers of the law and the elders come to him. By what authority do you do this? Who gave you permission?</w:t>
      </w:r>
    </w:p>
    <w:p>
      <w:r>
        <w:t>It is a reasonable question. They were responsible for the temple. A man from Galilee had come in and turned everything upside down. Perhaps I would have asked the same thing.</w:t>
      </w:r>
    </w:p>
    <w:p>
      <w:r>
        <w:t>Jesus answers with a question: Was John’s baptism from heaven or from human beings? Answer me.</w:t>
      </w:r>
    </w:p>
    <w:p>
      <w:r>
        <w:t>And then we hear their conversation among themselves. If we say from heaven, he will ask why we did not believe him. If we say from human beings, the people will be angry, because everyone regarded John as a prophet.</w:t>
      </w:r>
    </w:p>
    <w:p>
      <w:r>
        <w:t>I notice what they do not ask. They do not ask what is true. They ask what it will cost to say it. The whole conversation is about consequences, not about John.</w:t>
      </w:r>
    </w:p>
    <w:p>
      <w:r>
        <w:t>So they answer: We do not know.</w:t>
      </w:r>
    </w:p>
    <w:p>
      <w:r>
        <w:t>I have great respect for those words when they are honest. There is much I do not know, and I have learned that this is often the truest thing I can say. But here they are not honest. They know very well what they think. They simply do not want to take the risk of saying it.</w:t>
      </w:r>
    </w:p>
    <w:p>
      <w:r>
        <w:t>I recognise myself here too. I have calculated my answers. I have been vague where I could have been clear, because I did not want to offend anyone or lose something. I have called it wisdom. But sometimes it was only fear.</w:t>
      </w:r>
    </w:p>
    <w:p>
      <w:r>
        <w:t>Jesus says: Then neither will I tell you by what authority I do this.</w:t>
      </w:r>
    </w:p>
    <w:p>
      <w:r>
        <w:t>It is not an answer that closes the door completely. He has already answered, in his own way. Anyone who had been honest about John would have understood who Jesus was. John pointed to him. But truth cannot be forced out of someone unwilling to risk anything for it.</w:t>
      </w:r>
    </w:p>
    <w:p>
      <w:r>
        <w:t>I think his question remains for me. Not what it is safe to say about him, but what I really think. And whether I dare to say it aloud.</w:t>
      </w:r>
    </w:p>
    <w:p>
      <w:pPr>
        <w:pStyle w:val="Heading2"/>
      </w:pPr>
      <w:r>
        <w:t>Look closely</w:t>
      </w:r>
    </w:p>
    <w:p>
      <w:r>
        <w:t>What determines how the leaders will answer? What distinguishes an honest I do not know from the answer they give here?</w:t>
      </w:r>
    </w:p>
    <w:p>
      <w:pPr>
        <w:pStyle w:val="Heading2"/>
      </w:pPr>
      <w:r>
        <w:t>Reflect</w:t>
      </w:r>
    </w:p>
    <w:p>
      <w:r>
        <w:t>Where have I been vague out of fear, even though I knew what I thought?</w:t>
      </w:r>
    </w:p>
    <w:p>
      <w:pPr>
        <w:pStyle w:val="Heading2"/>
      </w:pPr>
      <w:r>
        <w:t>Together</w:t>
      </w:r>
    </w:p>
    <w:p>
      <w:r>
        <w:t>How can we make room both for honest uncertainty and for courageous answers?</w:t>
      </w:r>
    </w:p>
    <w:p>
      <w:pPr>
        <w:pStyle w:val="Heading2"/>
      </w:pPr>
      <w:r>
        <w:t>Live it out</w:t>
      </w:r>
    </w:p>
    <w:p>
      <w:r>
        <w:t>Be truthful in a conversation where you would otherwise have hidden behind an unclear answer.</w:t>
      </w:r>
    </w:p>
    <w:p>
      <w:pPr>
        <w:pStyle w:val="Heading2"/>
      </w:pPr>
      <w:r>
        <w:t>Prayer</w:t>
      </w:r>
    </w:p>
    <w:p>
      <w:r>
        <w:t>Jesus, help me to seek the truth and dare to answer honestly. Give me courage and love in what I say.</w:t>
      </w:r>
    </w:p>
    <w:p>
      <w:pPr>
        <w:pStyle w:val="Heading1"/>
        <w:pageBreakBefore/>
      </w:pPr>
      <w:r>
        <w:t>Lesson 6 Surely they will respect my son</w:t>
      </w:r>
    </w:p>
    <w:p>
      <w:r>
        <w:t>Read Mark 12:1–12 in your Bible.</w:t>
      </w:r>
    </w:p>
    <w:p>
      <w:pPr>
        <w:pStyle w:val="Heading2"/>
      </w:pPr>
      <w:r>
        <w:t>Enter the story</w:t>
      </w:r>
    </w:p>
    <w:p>
      <w:r>
        <w:t>Jesus tells of a vineyard the owner has prepared. Read what the tenants do to the messengers, and finally to the son.</w:t>
      </w:r>
    </w:p>
    <w:p>
      <w:pPr>
        <w:pStyle w:val="Heading2"/>
      </w:pPr>
      <w:r>
        <w:t>Commentary</w:t>
      </w:r>
    </w:p>
    <w:p>
      <w:r>
        <w:t>A man plants a vineyard, puts a fence around it, digs a winepress and builds a tower. Then he rents it out and travels abroad.</w:t>
      </w:r>
    </w:p>
    <w:p>
      <w:r>
        <w:t>I have always noticed how much the owner has done before he leaves. Everything is ready. The tenants receive a finished vineyard. They have built none of it themselves.</w:t>
      </w:r>
    </w:p>
    <w:p>
      <w:r>
        <w:t>When the time comes, he sends a servant to receive his share of the harvest. They beat him and send him away empty-handed. He sends another, and another. Some are beaten, some killed. And he keeps sending.</w:t>
      </w:r>
    </w:p>
    <w:p>
      <w:r>
        <w:t>At last he has only one left, the son he loves. And he thinks: Surely they will respect my son.</w:t>
      </w:r>
    </w:p>
    <w:p>
      <w:r>
        <w:t>That sentence moves me more than any other in the parable. It is almost naive. After everything that has happened, the owner still believes there is something good in them. I believe that is how God is. He does not give up hope for us, even when all experience speaks against it.</w:t>
      </w:r>
    </w:p>
    <w:p>
      <w:r>
        <w:t>I think of my life as a vineyard like that. I have not sown most of what grows there. It is on loan. And the question is not whether I own it, but how I receive those who come to remind me whom it belongs to.</w:t>
      </w:r>
    </w:p>
    <w:p>
      <w:r>
        <w:t>The stone the builders rejected has become the cornerstone. What was thrown out now supports the whole house.</w:t>
      </w:r>
    </w:p>
    <w:p>
      <w:pPr>
        <w:pStyle w:val="Heading2"/>
      </w:pPr>
      <w:r>
        <w:t>Look closely</w:t>
      </w:r>
    </w:p>
    <w:p>
      <w:r>
        <w:t>What has the owner given the tenants? What does Jesus say about the rejected stone, and how do his opponents react?</w:t>
      </w:r>
    </w:p>
    <w:p>
      <w:pPr>
        <w:pStyle w:val="Heading2"/>
      </w:pPr>
      <w:r>
        <w:t>Reflect</w:t>
      </w:r>
    </w:p>
    <w:p>
      <w:r>
        <w:t>What in my life have I received as a gift, and how do I steward it?</w:t>
      </w:r>
    </w:p>
    <w:p>
      <w:pPr>
        <w:pStyle w:val="Heading2"/>
      </w:pPr>
      <w:r>
        <w:t>Together</w:t>
      </w:r>
    </w:p>
    <w:p>
      <w:r>
        <w:t>How can we help one another to receive the Son and steward what God has given us?</w:t>
      </w:r>
    </w:p>
    <w:p>
      <w:pPr>
        <w:pStyle w:val="Heading2"/>
      </w:pPr>
      <w:r>
        <w:t>Live it out</w:t>
      </w:r>
    </w:p>
    <w:p>
      <w:r>
        <w:t>Thank God for something you have received without creating it yourself. Use the gift for someone else’s good.</w:t>
      </w:r>
    </w:p>
    <w:p>
      <w:pPr>
        <w:pStyle w:val="Heading2"/>
      </w:pPr>
      <w:r>
        <w:t>Prayer</w:t>
      </w:r>
    </w:p>
    <w:p>
      <w:r>
        <w:t>Father, thank you for your Son and for your gifts. Help us to receive him and steward our lives with gratitude.</w:t>
      </w:r>
    </w:p>
    <w:p>
      <w:pPr>
        <w:pStyle w:val="Heading1"/>
        <w:pageBreakBefore/>
      </w:pPr>
      <w:r>
        <w:t>Lesson 7 Whose image?</w:t>
      </w:r>
    </w:p>
    <w:p>
      <w:r>
        <w:t>Read Mark 12:13–17 in your Bible.</w:t>
      </w:r>
    </w:p>
    <w:p>
      <w:pPr>
        <w:pStyle w:val="Heading2"/>
      </w:pPr>
      <w:r>
        <w:t>Enter the story</w:t>
      </w:r>
    </w:p>
    <w:p>
      <w:r>
        <w:t>The question about tax is intended as a trap. Jesus asks for a coin and takes the conversation further with a question.</w:t>
      </w:r>
    </w:p>
    <w:p>
      <w:pPr>
        <w:pStyle w:val="Heading2"/>
      </w:pPr>
      <w:r>
        <w:t>Commentary</w:t>
      </w:r>
    </w:p>
    <w:p>
      <w:r>
        <w:t>Some Pharisees and Herodians come with flattering words. Teacher, we know that you are truthful and are not swayed by anyone. Then comes the trap: Is it right to pay tax to Caesar or not?</w:t>
      </w:r>
    </w:p>
    <w:p>
      <w:r>
        <w:t>Jesus sees through them. Why are you testing me? Bring me a denarius so I can look at it.</w:t>
      </w:r>
    </w:p>
    <w:p>
      <w:r>
        <w:t>I have always noticed that he does not have one himself. They have to fetch the coin. Then he asks: Whose image and name is this? Caesar’s.</w:t>
      </w:r>
    </w:p>
    <w:p>
      <w:r>
        <w:t>Then give Caesar what belongs to Caesar, and God what belongs to God.</w:t>
      </w:r>
    </w:p>
    <w:p>
      <w:r>
        <w:t>People have used these words for many things, about church and state, about tax and obedience. But what stays with me is another question beneath them. If the coin belongs to Caesar because his image is on it, what belongs to God?</w:t>
      </w:r>
    </w:p>
    <w:p>
      <w:r>
        <w:t>What bears God’s image. The human being. Me.</w:t>
      </w:r>
    </w:p>
    <w:p>
      <w:r>
        <w:t>Caesar can have his coins. But I cannot give God less than myself. It is not a demand imposed on me from outside. It is simply giving back what was always his.</w:t>
      </w:r>
    </w:p>
    <w:p>
      <w:pPr>
        <w:pStyle w:val="Heading2"/>
      </w:pPr>
      <w:r>
        <w:t>Look closely</w:t>
      </w:r>
    </w:p>
    <w:p>
      <w:r>
        <w:t>What does Jesus ask about on the coin? What does he say about Caesar and God? Notice that the thought about human beings as God’s image is the reflection in the commentary.</w:t>
      </w:r>
    </w:p>
    <w:p>
      <w:pPr>
        <w:pStyle w:val="Heading2"/>
      </w:pPr>
      <w:r>
        <w:t>Reflect</w:t>
      </w:r>
    </w:p>
    <w:p>
      <w:r>
        <w:t>What does it mean that I myself belong to God?</w:t>
      </w:r>
    </w:p>
    <w:p>
      <w:pPr>
        <w:pStyle w:val="Heading2"/>
      </w:pPr>
      <w:r>
        <w:t>Together</w:t>
      </w:r>
    </w:p>
    <w:p>
      <w:r>
        <w:t>How can the fact that people bear God’s image shape the way we meet and speak about others?</w:t>
      </w:r>
    </w:p>
    <w:p>
      <w:pPr>
        <w:pStyle w:val="Heading2"/>
      </w:pPr>
      <w:r>
        <w:t>Live it out</w:t>
      </w:r>
    </w:p>
    <w:p>
      <w:r>
        <w:t>Treat someone you disagree with respectfully. Ask God to help you see the worth he has given that person.</w:t>
      </w:r>
    </w:p>
    <w:p>
      <w:pPr>
        <w:pStyle w:val="Heading2"/>
      </w:pPr>
      <w:r>
        <w:t>Prayer</w:t>
      </w:r>
    </w:p>
    <w:p>
      <w:r>
        <w:t>God, my life belongs to you. Help me to honour you and see your image in the people I meet.</w:t>
      </w:r>
    </w:p>
    <w:p>
      <w:pPr>
        <w:pStyle w:val="Heading1"/>
        <w:pageBreakBefore/>
      </w:pPr>
      <w:r>
        <w:t>Lesson 8 A God of the living</w:t>
      </w:r>
    </w:p>
    <w:p>
      <w:r>
        <w:t>Read Mark 12:18–27 in your Bible.</w:t>
      </w:r>
    </w:p>
    <w:p>
      <w:pPr>
        <w:pStyle w:val="Heading2"/>
      </w:pPr>
      <w:r>
        <w:t>Enter the story</w:t>
      </w:r>
    </w:p>
    <w:p>
      <w:r>
        <w:t>The Sadducees use a story to bring the question of resurrection to a head. Listen to the answer Jesus gives from the Scriptures.</w:t>
      </w:r>
    </w:p>
    <w:p>
      <w:pPr>
        <w:pStyle w:val="Heading2"/>
      </w:pPr>
      <w:r>
        <w:t>Commentary</w:t>
      </w:r>
    </w:p>
    <w:p>
      <w:r>
        <w:t>The Sadducees do not believe in the resurrection. So they come with a story intended to make the whole idea ridiculous. Seven brothers marry the same woman in turn, and all die childless. Whose wife will she be in the resurrection?</w:t>
      </w:r>
    </w:p>
    <w:p>
      <w:r>
        <w:t>Jesus answers that they are mistaken, because they know neither the Scriptures nor the power of God. In the resurrection people do not marry. They are like the angels.</w:t>
      </w:r>
    </w:p>
    <w:p>
      <w:r>
        <w:t>Then he turns to the burning bush. God said to Moses: I am the God of Abraham, the God of Isaac and the God of Jacob. Not was. Am. And he adds: He is not a God of the dead, but of the living.</w:t>
      </w:r>
    </w:p>
    <w:p>
      <w:r>
        <w:t>I have lived long enough to have lost many people. Parents, friends, people I have served alongside. When I read this passage, I think of them. God does not stop being their God because they are no longer here. The relationship holds. It is not I who sustain it with my memories. It is God who sustains it.</w:t>
      </w:r>
    </w:p>
    <w:p>
      <w:r>
        <w:t>I do not know what it will be like. Jesus says little about it, and I do not want to say more than he does. But what he says is enough. Those I have lost are not lost to God.</w:t>
      </w:r>
    </w:p>
    <w:p>
      <w:pPr>
        <w:pStyle w:val="Heading2"/>
      </w:pPr>
      <w:r>
        <w:t>Look closely</w:t>
      </w:r>
    </w:p>
    <w:p>
      <w:r>
        <w:t>What does Jesus say they do not know? What does he teach through the words to Moses about Abraham, Isaac and Jacob?</w:t>
      </w:r>
    </w:p>
    <w:p>
      <w:pPr>
        <w:pStyle w:val="Heading2"/>
      </w:pPr>
      <w:r>
        <w:t>Reflect</w:t>
      </w:r>
    </w:p>
    <w:p>
      <w:r>
        <w:t>What hope do Jesus’ words give me when I think about death and those I have lost?</w:t>
      </w:r>
    </w:p>
    <w:p>
      <w:pPr>
        <w:pStyle w:val="Heading2"/>
      </w:pPr>
      <w:r>
        <w:t>Together</w:t>
      </w:r>
    </w:p>
    <w:p>
      <w:r>
        <w:t>How can we carry one another in grief and offer hope without saying more than we know?</w:t>
      </w:r>
    </w:p>
    <w:p>
      <w:pPr>
        <w:pStyle w:val="Heading2"/>
      </w:pPr>
      <w:r>
        <w:t>Live it out</w:t>
      </w:r>
    </w:p>
    <w:p>
      <w:r>
        <w:t>Give time and care to someone who is grieving. You may like to read Jesus’ words together if that person wishes.</w:t>
      </w:r>
    </w:p>
    <w:p>
      <w:pPr>
        <w:pStyle w:val="Heading2"/>
      </w:pPr>
      <w:r>
        <w:t>Prayer</w:t>
      </w:r>
    </w:p>
    <w:p>
      <w:r>
        <w:t>God of the living, thank you that we belong to you. Carry us in our grief, and strengthen our hope in the resurrection.</w:t>
      </w:r>
    </w:p>
    <w:p>
      <w:pPr>
        <w:pStyle w:val="Heading1"/>
        <w:pageBreakBefore/>
      </w:pPr>
      <w:r>
        <w:t>Lesson 9 Not far from the kingdom of God</w:t>
      </w:r>
    </w:p>
    <w:p>
      <w:r>
        <w:t>Read Mark 12:28–34 in your Bible.</w:t>
      </w:r>
    </w:p>
    <w:p>
      <w:pPr>
        <w:pStyle w:val="Heading2"/>
      </w:pPr>
      <w:r>
        <w:t>Enter the story</w:t>
      </w:r>
    </w:p>
    <w:p>
      <w:r>
        <w:t>A teacher of the law comes with a question Jesus takes seriously. Read both Jesus’ answer and what the man says afterwards.</w:t>
      </w:r>
    </w:p>
    <w:p>
      <w:pPr>
        <w:pStyle w:val="Heading2"/>
      </w:pPr>
      <w:r>
        <w:t>Commentary</w:t>
      </w:r>
    </w:p>
    <w:p>
      <w:r>
        <w:t>A teacher of the law has heard the conversation and sees that Jesus answers well. So he asks, and I believe he asks honestly: Which is the first of all the commandments?</w:t>
      </w:r>
    </w:p>
    <w:p>
      <w:r>
        <w:t>Jesus answers with the words every Jew prayed morning and evening. Hear, Israel! The Lord our God, the Lord is one. You shall love the Lord your God with all your heart, with all your soul, with all your mind and with all your strength. And the second: You shall love your neighbour as yourself.</w:t>
      </w:r>
    </w:p>
    <w:p>
      <w:r>
        <w:t>All. All. All. All. I have read it many times and thought that there is no room for anything limited here. Not part of the time, part of our thoughts, part of our love. The whole person, turned towards God. And then, from the same source, towards our neighbour.</w:t>
      </w:r>
    </w:p>
    <w:p>
      <w:r>
        <w:t>The teacher of the law agrees and adds that this is more than all burnt offerings and sacrifices. And Jesus sees that he has answered wisely and says: You are not far from the kingdom of God.</w:t>
      </w:r>
    </w:p>
    <w:p>
      <w:r>
        <w:t>Not far from. I have long thought about what that means. It is praise. But it is also a reminder that we can be near without being inside. We can know all the right words, agree with everything, and still stand just outside the door.</w:t>
      </w:r>
    </w:p>
    <w:p>
      <w:r>
        <w:t>I do not think the difference lies in knowledge. The teacher of the law knew it all. Perhaps the difference lies in taking those last steps, from agreeing to following.</w:t>
      </w:r>
    </w:p>
    <w:p>
      <w:pPr>
        <w:pStyle w:val="Heading2"/>
      </w:pPr>
      <w:r>
        <w:t>Look closely</w:t>
      </w:r>
    </w:p>
    <w:p>
      <w:r>
        <w:t>Which two commandments does Jesus mention? What does the man say about love and sacrifice, and how does Jesus answer him?</w:t>
      </w:r>
    </w:p>
    <w:p>
      <w:pPr>
        <w:pStyle w:val="Heading2"/>
      </w:pPr>
      <w:r>
        <w:t>Reflect</w:t>
      </w:r>
    </w:p>
    <w:p>
      <w:r>
        <w:t>What does it mean to love God with my whole self and my neighbour as myself today?</w:t>
      </w:r>
    </w:p>
    <w:p>
      <w:pPr>
        <w:pStyle w:val="Heading2"/>
      </w:pPr>
      <w:r>
        <w:t>Together</w:t>
      </w:r>
    </w:p>
    <w:p>
      <w:r>
        <w:t>How can we help one another move from agreeing to living what Jesus teaches?</w:t>
      </w:r>
    </w:p>
    <w:p>
      <w:pPr>
        <w:pStyle w:val="Heading2"/>
      </w:pPr>
      <w:r>
        <w:t>Live it out</w:t>
      </w:r>
    </w:p>
    <w:p>
      <w:r>
        <w:t>Do something specific that seeks another person’s good. Let it flow from prayer and love for God.</w:t>
      </w:r>
    </w:p>
    <w:p>
      <w:pPr>
        <w:pStyle w:val="Heading2"/>
      </w:pPr>
      <w:r>
        <w:t>Prayer</w:t>
      </w:r>
    </w:p>
    <w:p>
      <w:r>
        <w:t>Father, let my whole life be turned towards you. Teach me to love my neighbour in word and action.</w:t>
      </w:r>
    </w:p>
    <w:p>
      <w:pPr>
        <w:pStyle w:val="Heading1"/>
        <w:pageBreakBefore/>
      </w:pPr>
      <w:r>
        <w:t>Lesson 10 Long robes and the best seats</w:t>
      </w:r>
    </w:p>
    <w:p>
      <w:r>
        <w:t>Read Mark 12:35–40 in your Bible.</w:t>
      </w:r>
    </w:p>
    <w:p>
      <w:pPr>
        <w:pStyle w:val="Heading2"/>
      </w:pPr>
      <w:r>
        <w:t>Enter the story</w:t>
      </w:r>
    </w:p>
    <w:p>
      <w:r>
        <w:t>Jesus asks about the Messiah as David’s Lord, then warns against religious behaviour that serves itself at others’ expense.</w:t>
      </w:r>
    </w:p>
    <w:p>
      <w:pPr>
        <w:pStyle w:val="Heading2"/>
      </w:pPr>
      <w:r>
        <w:t>Commentary</w:t>
      </w:r>
    </w:p>
    <w:p>
      <w:r>
        <w:t>Jesus asks a question about the Messiah. How can he be David’s son when David himself calls him Lord? The teachers of the law do not answer. But it says that the large crowd listened to him gladly.</w:t>
      </w:r>
    </w:p>
    <w:p>
      <w:r>
        <w:t>Then he warns against the teachers of the law who like to walk around in long robes and be greeted in the marketplaces, who want the best seats in the synagogues and the places of honour at banquets. They devour widows’ houses and make long prayers to be seen.</w:t>
      </w:r>
    </w:p>
    <w:p>
      <w:r>
        <w:t>I read this with discomfort, because I know it applies to me too. I have received much attention in my life. Books, talks, people who know my name. And I have liked it. I have liked being greeted. I have sat in the front row.</w:t>
      </w:r>
    </w:p>
    <w:p>
      <w:r>
        <w:t>That is not wrong in itself. But Jesus sees beneath it. He sees what it does to a person when they begin to live to be seen. And he places it right beside the worst thing: serving yourself at the expense of the weakest.</w:t>
      </w:r>
    </w:p>
    <w:p>
      <w:r>
        <w:t>Long prayers to be seen. I have felt that temptation too. Praying with those listening in mind. Then it is no longer prayer. It is a performance.</w:t>
      </w:r>
    </w:p>
    <w:p>
      <w:r>
        <w:t>I need this warning, and I need to hear it more often than I do.</w:t>
      </w:r>
    </w:p>
    <w:p>
      <w:pPr>
        <w:pStyle w:val="Heading2"/>
      </w:pPr>
      <w:r>
        <w:t>Look closely</w:t>
      </w:r>
    </w:p>
    <w:p>
      <w:r>
        <w:t>What does David say about the Messiah? What attitudes and actions does Jesus warn against in the teachers of the law?</w:t>
      </w:r>
    </w:p>
    <w:p>
      <w:pPr>
        <w:pStyle w:val="Heading2"/>
      </w:pPr>
      <w:r>
        <w:t>Reflect</w:t>
      </w:r>
    </w:p>
    <w:p>
      <w:r>
        <w:t>Where do I seek to be seen, rather than seeking God and serving others?</w:t>
      </w:r>
    </w:p>
    <w:p>
      <w:pPr>
        <w:pStyle w:val="Heading2"/>
      </w:pPr>
      <w:r>
        <w:t>Together</w:t>
      </w:r>
    </w:p>
    <w:p>
      <w:r>
        <w:t>How can we use influence to protect the weakest and make room for them?</w:t>
      </w:r>
    </w:p>
    <w:p>
      <w:pPr>
        <w:pStyle w:val="Heading2"/>
      </w:pPr>
      <w:r>
        <w:t>Live it out</w:t>
      </w:r>
    </w:p>
    <w:p>
      <w:r>
        <w:t>Do an act of service that needs no attention or thanks. Pray a simple prayer without thinking about how it sounds.</w:t>
      </w:r>
    </w:p>
    <w:p>
      <w:pPr>
        <w:pStyle w:val="Heading2"/>
      </w:pPr>
      <w:r>
        <w:t>Prayer</w:t>
      </w:r>
    </w:p>
    <w:p>
      <w:r>
        <w:t>Jesus, help me to serve without seeking honour. Let my prayer be true, and teach me to care for the vulnerable.</w:t>
      </w:r>
    </w:p>
    <w:p>
      <w:pPr>
        <w:pStyle w:val="Heading1"/>
        <w:pageBreakBefore/>
      </w:pPr>
      <w:r>
        <w:t>Lesson 11 Two small copper coins</w:t>
      </w:r>
    </w:p>
    <w:p>
      <w:r>
        <w:t>Read Mark 12:41–44 in your Bible.</w:t>
      </w:r>
    </w:p>
    <w:p>
      <w:pPr>
        <w:pStyle w:val="Heading2"/>
      </w:pPr>
      <w:r>
        <w:t>Enter the story</w:t>
      </w:r>
    </w:p>
    <w:p>
      <w:r>
        <w:t>Jesus sits down and watches the offerings at the temple treasury. Read the story alongside the warning against devouring widows’ houses.</w:t>
      </w:r>
    </w:p>
    <w:p>
      <w:pPr>
        <w:pStyle w:val="Heading2"/>
      </w:pPr>
      <w:r>
        <w:t>Commentary</w:t>
      </w:r>
    </w:p>
    <w:p>
      <w:r>
        <w:t>Jesus sits down opposite the temple treasury and watches people putting money into it. Many rich people put in a great deal. Then a poor widow comes and puts in two small copper coins.</w:t>
      </w:r>
    </w:p>
    <w:p>
      <w:r>
        <w:t>He calls the disciples. This widow has put in more than all the others. They gave out of their abundance. She gave out of what she needed, everything she had to live on.</w:t>
      </w:r>
    </w:p>
    <w:p>
      <w:r>
        <w:t>I notice that Jesus sits and watches. He has time for it. In the middle of his final week, with everything that lies ahead, he sits down and watches what people give. And he sees the person no one else sees.</w:t>
      </w:r>
    </w:p>
    <w:p>
      <w:r>
        <w:t>I also notice where this appears in the Gospel. Just before this, he warned against those who devour widows’ houses. Now a widow comes and gives everything she has to a temple he has just said will be destroyed. I do not quite know what to do with that. I do not think Jesus praises the system that took her money. But he sees her. He sees the gift and the heart behind it.</w:t>
      </w:r>
    </w:p>
    <w:p>
      <w:r>
        <w:t>I have given much out of abundance. It has cost me little. I do not know whether I have ever given as she did, everything, holding nothing back.</w:t>
      </w:r>
    </w:p>
    <w:p>
      <w:r>
        <w:t>Perhaps it is not the size of the gift Jesus sees. Perhaps it is how much of ourselves we put into it.</w:t>
      </w:r>
    </w:p>
    <w:p>
      <w:r>
        <w:t>And then, immediately afterwards, they leave the temple, and one of the disciples says: Teacher, look at those stones and those buildings!</w:t>
      </w:r>
    </w:p>
    <w:p>
      <w:r>
        <w:t>They saw the stones. He had seen the widow.</w:t>
      </w:r>
    </w:p>
    <w:p>
      <w:pPr>
        <w:pStyle w:val="Heading2"/>
      </w:pPr>
      <w:r>
        <w:t>Look closely</w:t>
      </w:r>
    </w:p>
    <w:p>
      <w:r>
        <w:t>What does Jesus see in the widow’s gift that others may overlook? What is the difference between what she and the rich people give?</w:t>
      </w:r>
    </w:p>
    <w:p>
      <w:pPr>
        <w:pStyle w:val="Heading2"/>
      </w:pPr>
      <w:r>
        <w:t>Reflect</w:t>
      </w:r>
    </w:p>
    <w:p>
      <w:r>
        <w:t>What does this story teach me about seeing the person and the heart behind a gift?</w:t>
      </w:r>
    </w:p>
    <w:p>
      <w:pPr>
        <w:pStyle w:val="Heading2"/>
      </w:pPr>
      <w:r>
        <w:t>Together</w:t>
      </w:r>
    </w:p>
    <w:p>
      <w:r>
        <w:t>How can we value what people give and at the same time care for those who have little?</w:t>
      </w:r>
    </w:p>
    <w:p>
      <w:pPr>
        <w:pStyle w:val="Heading2"/>
      </w:pPr>
      <w:r>
        <w:t>Live it out</w:t>
      </w:r>
    </w:p>
    <w:p>
      <w:r>
        <w:t>Notice a small gift or act of service someone offers. Give thanks for it, and be attentive to that person’s own needs.</w:t>
      </w:r>
    </w:p>
    <w:p>
      <w:pPr>
        <w:pStyle w:val="Heading2"/>
      </w:pPr>
      <w:r>
        <w:t>Prayer</w:t>
      </w:r>
    </w:p>
    <w:p>
      <w:r>
        <w:t>Jesus, teach me to see the person you see. Give us generous hearts and care for those who have little.</w:t>
      </w:r>
    </w:p>
    <w:p>
      <w:pPr>
        <w:pStyle w:val="Heading1"/>
        <w:pageBreakBefore/>
      </w:pPr>
      <w:r>
        <w:t>Lesson 12 The stones</w:t>
      </w:r>
    </w:p>
    <w:p>
      <w:r>
        <w:t>Read Mark 13:1–2 in your Bible.</w:t>
      </w:r>
    </w:p>
    <w:p>
      <w:pPr>
        <w:pStyle w:val="Heading2"/>
      </w:pPr>
      <w:r>
        <w:t>Enter the story</w:t>
      </w:r>
    </w:p>
    <w:p>
      <w:r>
        <w:t>A disciple is struck by the size of the temple. Jesus says the stones will not remain standing.</w:t>
      </w:r>
    </w:p>
    <w:p>
      <w:pPr>
        <w:pStyle w:val="Heading2"/>
      </w:pPr>
      <w:r>
        <w:t>Commentary</w:t>
      </w:r>
    </w:p>
    <w:p>
      <w:r>
        <w:t>They leave the temple, and one of the disciples says: Teacher, look at those stones and those buildings!</w:t>
      </w:r>
    </w:p>
    <w:p>
      <w:r>
        <w:t>I understand him. He was from Galilee, from fishing boats and small houses. And there he stood before one of the greatest things people had built. It must have felt as though nothing could shake it.</w:t>
      </w:r>
    </w:p>
    <w:p>
      <w:r>
        <w:t>Jesus answers: Not one stone will be left on another.</w:t>
      </w:r>
    </w:p>
    <w:p>
      <w:r>
        <w:t>I have seen enough in life to know that what he said did not apply only to the temple in Jerusalem. I have seen things I thought were solid fall apart. Churches that were full stand empty. Movements that carried a whole generation no longer exist. I have seen people I thought were pillars fall.</w:t>
      </w:r>
    </w:p>
    <w:p>
      <w:r>
        <w:t>It is not only sad. There is freedom in it too. If the stones do not last, I do not need to build my life on them. Then I can turn my eyes towards the one who stood looking at the stones with the disciple, and who knew what would remain when everything else was gone.</w:t>
      </w:r>
    </w:p>
    <w:p>
      <w:pPr>
        <w:pStyle w:val="Heading2"/>
      </w:pPr>
      <w:r>
        <w:t>Look closely</w:t>
      </w:r>
    </w:p>
    <w:p>
      <w:r>
        <w:t>What does the disciple notice, and how does Jesus answer? You may like to read this alongside what Jesus has just seen at the temple treasury.</w:t>
      </w:r>
    </w:p>
    <w:p>
      <w:pPr>
        <w:pStyle w:val="Heading2"/>
      </w:pPr>
      <w:r>
        <w:t>Reflect</w:t>
      </w:r>
    </w:p>
    <w:p>
      <w:r>
        <w:t>What do I build my security on when what I thought was solid can fall?</w:t>
      </w:r>
    </w:p>
    <w:p>
      <w:pPr>
        <w:pStyle w:val="Heading2"/>
      </w:pPr>
      <w:r>
        <w:t>Together</w:t>
      </w:r>
    </w:p>
    <w:p>
      <w:r>
        <w:t>How can we support one another when an arrangement or a fellowship changes or falls apart?</w:t>
      </w:r>
    </w:p>
    <w:p>
      <w:pPr>
        <w:pStyle w:val="Heading2"/>
      </w:pPr>
      <w:r>
        <w:t>Live it out</w:t>
      </w:r>
    </w:p>
    <w:p>
      <w:r>
        <w:t>Bring a change that troubles you before God. Read a word from Jesus that can help you hold fast to him.</w:t>
      </w:r>
    </w:p>
    <w:p>
      <w:pPr>
        <w:pStyle w:val="Heading2"/>
      </w:pPr>
      <w:r>
        <w:t>Prayer</w:t>
      </w:r>
    </w:p>
    <w:p>
      <w:r>
        <w:t>Jesus, help me to build my life on you. Be my security when what I thought would last disappears.</w:t>
      </w:r>
    </w:p>
    <w:p>
      <w:pPr>
        <w:pStyle w:val="Heading1"/>
        <w:pageBreakBefore/>
      </w:pPr>
      <w:r>
        <w:t>Lesson 13 See that no one leads you astray</w:t>
      </w:r>
    </w:p>
    <w:p>
      <w:r>
        <w:t>Read Mark 13:3–13 in your Bible.</w:t>
      </w:r>
    </w:p>
    <w:p>
      <w:pPr>
        <w:pStyle w:val="Heading2"/>
      </w:pPr>
      <w:r>
        <w:t>Enter the story</w:t>
      </w:r>
    </w:p>
    <w:p>
      <w:r>
        <w:t>The disciples ask about timing and signs. Jesus teaches them how to face deception, unrest and opposition.</w:t>
      </w:r>
    </w:p>
    <w:p>
      <w:pPr>
        <w:pStyle w:val="Heading2"/>
      </w:pPr>
      <w:r>
        <w:t>Commentary</w:t>
      </w:r>
    </w:p>
    <w:p>
      <w:r>
        <w:t>Later Jesus sits on the Mount of Olives, directly opposite the temple. Four of the disciples come to him and ask: When will this happen? And what is the sign?</w:t>
      </w:r>
    </w:p>
    <w:p>
      <w:r>
        <w:t>I notice that he does not answer what they ask. Instead he says: See that no one leads you astray.</w:t>
      </w:r>
    </w:p>
    <w:p>
      <w:r>
        <w:t>Many will come in his name. There will be war and rumours of war, earthquakes and famine. But that is not the end. It is only the beginning of birth pains.</w:t>
      </w:r>
    </w:p>
    <w:p>
      <w:r>
        <w:t>I have heard many preachers calculate the time. I have seen people become anxious, sell everything, wait for a date. I have felt the pull myself to read the news as signs. But Jesus gives no calendar. He gives a warning against those who claim to have one.</w:t>
      </w:r>
    </w:p>
    <w:p>
      <w:r>
        <w:t>Then he speaks about what will happen to them: They will be handed over to courts, beaten in synagogues, brought before governors and kings. And he says something I believe has sustained many: Do not worry about what you will say. It is not you who speak, but the Holy Spirit.</w:t>
      </w:r>
    </w:p>
    <w:p>
      <w:r>
        <w:t>I have never stood before a court for my faith. But I have been in conversations where I did not know what to say, and felt the words come all the same. Not from me.</w:t>
      </w:r>
    </w:p>
    <w:p>
      <w:r>
        <w:t>The one who endures to the end will be saved. Not the one who understands everything. The one who endures.</w:t>
      </w:r>
    </w:p>
    <w:p>
      <w:pPr>
        <w:pStyle w:val="Heading2"/>
      </w:pPr>
      <w:r>
        <w:t>Look closely</w:t>
      </w:r>
    </w:p>
    <w:p>
      <w:r>
        <w:t>What does Jesus warn against, and what does he say about war and unrest? What promise does he give about the Spirit when they are to bear witness?</w:t>
      </w:r>
    </w:p>
    <w:p>
      <w:pPr>
        <w:pStyle w:val="Heading2"/>
      </w:pPr>
      <w:r>
        <w:t>Reflect</w:t>
      </w:r>
    </w:p>
    <w:p>
      <w:r>
        <w:t>What voices shape my fears and expectations? How can I hold fast to Jesus’ words?</w:t>
      </w:r>
    </w:p>
    <w:p>
      <w:pPr>
        <w:pStyle w:val="Heading2"/>
      </w:pPr>
      <w:r>
        <w:t>Together</w:t>
      </w:r>
    </w:p>
    <w:p>
      <w:r>
        <w:t>How can we support Christians who face opposition, and help one another endure?</w:t>
      </w:r>
    </w:p>
    <w:p>
      <w:pPr>
        <w:pStyle w:val="Heading2"/>
      </w:pPr>
      <w:r>
        <w:t>Live it out</w:t>
      </w:r>
    </w:p>
    <w:p>
      <w:r>
        <w:t>Pray for Christians who face pressure or persecution. Read Jesus’ words before judging a claim that creates fear.</w:t>
      </w:r>
    </w:p>
    <w:p>
      <w:pPr>
        <w:pStyle w:val="Heading2"/>
      </w:pPr>
      <w:r>
        <w:t>Prayer</w:t>
      </w:r>
    </w:p>
    <w:p>
      <w:r>
        <w:t>Jesus, protect us from being led astray. Holy Spirit, help us to bear witness and remain faithful when we face opposition.</w:t>
      </w:r>
    </w:p>
    <w:p>
      <w:pPr>
        <w:pStyle w:val="Heading1"/>
        <w:pageBreakBefore/>
      </w:pPr>
      <w:r>
        <w:t>Lesson 14 Pray that it will not happen in winter</w:t>
      </w:r>
    </w:p>
    <w:p>
      <w:r>
        <w:t>Read Mark 13:14–23 in your Bible.</w:t>
      </w:r>
    </w:p>
    <w:p>
      <w:pPr>
        <w:pStyle w:val="Heading2"/>
      </w:pPr>
      <w:r>
        <w:t>Enter the story</w:t>
      </w:r>
    </w:p>
    <w:p>
      <w:r>
        <w:t>Jesus speaks about distress and flight. Notice the practical advice and the people he mentions especially.</w:t>
      </w:r>
    </w:p>
    <w:p>
      <w:pPr>
        <w:pStyle w:val="Heading2"/>
      </w:pPr>
      <w:r>
        <w:t>Commentary</w:t>
      </w:r>
    </w:p>
    <w:p>
      <w:r>
        <w:t>Then Jesus speaks about a time when those in Judea must flee to the mountains. Anyone on the roof must not go down to fetch anything. Anyone out in the field must not turn back to fetch their cloak.</w:t>
      </w:r>
    </w:p>
    <w:p>
      <w:r>
        <w:t>These are strange, concrete pictures in the midst of such great events. I imagine a man standing out in the field, thinking about the cloak hanging at home. He must leave it there.</w:t>
      </w:r>
    </w:p>
    <w:p>
      <w:r>
        <w:t>And then Jesus says something I cannot read without being moved: Woe to those who are pregnant and those who are nursing in those days. And: Pray that it will not happen in winter.</w:t>
      </w:r>
    </w:p>
    <w:p>
      <w:r>
        <w:t>In the midst of speaking about catastrophes, he thinks of pregnant women and the cold. He thinks of how difficult it is to flee with a small child. He thinks of roads that become slippery, and wind that cuts through clothes.</w:t>
      </w:r>
    </w:p>
    <w:p>
      <w:r>
        <w:t>That tells me something about who he is. The one who speaks about the end of the world has not forgotten the smallest and most vulnerable. He asks them to pray about thoroughly practical things. Not only for salvation, but for mild winters.</w:t>
      </w:r>
    </w:p>
    <w:p>
      <w:r>
        <w:t>Then he warns again: If anyone says, look, here is the Messiah, do not believe it. And he ends with a simple sentence: I have told you everything beforehand.</w:t>
      </w:r>
    </w:p>
    <w:p>
      <w:r>
        <w:t>It is not a promise that it will be easy. It is a promise that he knew, and that he has said it.</w:t>
      </w:r>
    </w:p>
    <w:p>
      <w:pPr>
        <w:pStyle w:val="Heading2"/>
      </w:pPr>
      <w:r>
        <w:t>Look closely</w:t>
      </w:r>
    </w:p>
    <w:p>
      <w:r>
        <w:t>Who is mentioned in Jesus’ words about fleeing? What does he ask them to pray for, and what does he warn against?</w:t>
      </w:r>
    </w:p>
    <w:p>
      <w:pPr>
        <w:pStyle w:val="Heading2"/>
      </w:pPr>
      <w:r>
        <w:t>Reflect</w:t>
      </w:r>
    </w:p>
    <w:p>
      <w:r>
        <w:t>What does Jesus’ practical care teach me about what I can pray for?</w:t>
      </w:r>
    </w:p>
    <w:p>
      <w:pPr>
        <w:pStyle w:val="Heading2"/>
      </w:pPr>
      <w:r>
        <w:t>Together</w:t>
      </w:r>
    </w:p>
    <w:p>
      <w:r>
        <w:t>How can we support people fleeing danger and families in distress?</w:t>
      </w:r>
    </w:p>
    <w:p>
      <w:pPr>
        <w:pStyle w:val="Heading2"/>
      </w:pPr>
      <w:r>
        <w:t>Live it out</w:t>
      </w:r>
    </w:p>
    <w:p>
      <w:r>
        <w:t>Pray for a specific practical need of people in a crisis. Offer help through a reliable organisation or arrangement if you can.</w:t>
      </w:r>
    </w:p>
    <w:p>
      <w:pPr>
        <w:pStyle w:val="Heading2"/>
      </w:pPr>
      <w:r>
        <w:t>Prayer</w:t>
      </w:r>
    </w:p>
    <w:p>
      <w:r>
        <w:t>Jesus, thank you for seeing the vulnerable. Protect those who must flee, and help us to meet practical needs with care.</w:t>
      </w:r>
    </w:p>
    <w:p>
      <w:pPr>
        <w:pStyle w:val="Heading1"/>
        <w:pageBreakBefore/>
      </w:pPr>
      <w:r>
        <w:t>Lesson 15 From the four winds</w:t>
      </w:r>
    </w:p>
    <w:p>
      <w:r>
        <w:t>Read Mark 13:24–27 in your Bible.</w:t>
      </w:r>
    </w:p>
    <w:p>
      <w:pPr>
        <w:pStyle w:val="Heading2"/>
      </w:pPr>
      <w:r>
        <w:t>Enter the story</w:t>
      </w:r>
    </w:p>
    <w:p>
      <w:r>
        <w:t>The language becomes vast and solemn. In the midst of what is being shaken, Jesus speaks about the Son of Man and gathering the elect.</w:t>
      </w:r>
    </w:p>
    <w:p>
      <w:pPr>
        <w:pStyle w:val="Heading2"/>
      </w:pPr>
      <w:r>
        <w:t>Commentary</w:t>
      </w:r>
    </w:p>
    <w:p>
      <w:r>
        <w:t>Then the language changes. The sun will darken, the moon will not give light, the stars will fall from heaven. And then they will see the Son of Man coming in the clouds with great power and glory.</w:t>
      </w:r>
    </w:p>
    <w:p>
      <w:r>
        <w:t>I do not read this as a description I can draw or calculate. I read it as a picture of everything that has given light and order one day going out. And at that very moment he comes.</w:t>
      </w:r>
    </w:p>
    <w:p>
      <w:r>
        <w:t>What moves me most is the final sentence. He will send out the angels and gather his elect from the four winds, from the end of the earth to the end of heaven.</w:t>
      </w:r>
    </w:p>
    <w:p>
      <w:r>
        <w:t>Gather. That is what he does. Not scatter, not separate out, but gather. From every direction. Those who are scattered, those who have lost their way, those who live far apart.</w:t>
      </w:r>
    </w:p>
    <w:p>
      <w:r>
        <w:t>I have friends all over the world. People I have prayed with in other countries, in other languages. Many of them I have not seen for years. Some I will never see again here. But I believe in that gathering. One day we will stand together.</w:t>
      </w:r>
    </w:p>
    <w:p>
      <w:pPr>
        <w:pStyle w:val="Heading2"/>
      </w:pPr>
      <w:r>
        <w:t>Look closely</w:t>
      </w:r>
    </w:p>
    <w:p>
      <w:r>
        <w:t>What does Jesus say about the Son of Man, and how far does the gathering of the elect reach?</w:t>
      </w:r>
    </w:p>
    <w:p>
      <w:pPr>
        <w:pStyle w:val="Heading2"/>
      </w:pPr>
      <w:r>
        <w:t>Reflect</w:t>
      </w:r>
    </w:p>
    <w:p>
      <w:r>
        <w:t>What hope does it give me that Jesus will gather his people from every direction?</w:t>
      </w:r>
    </w:p>
    <w:p>
      <w:pPr>
        <w:pStyle w:val="Heading2"/>
      </w:pPr>
      <w:r>
        <w:t>Together</w:t>
      </w:r>
    </w:p>
    <w:p>
      <w:r>
        <w:t>How can the hope of this gathering strengthen our fellowship with Christians in other countries?</w:t>
      </w:r>
    </w:p>
    <w:p>
      <w:pPr>
        <w:pStyle w:val="Heading2"/>
      </w:pPr>
      <w:r>
        <w:t>Live it out</w:t>
      </w:r>
    </w:p>
    <w:p>
      <w:r>
        <w:t>Pray for a Christian fellowship in another country. You may like to contact someone you know and offer encouragement.</w:t>
      </w:r>
    </w:p>
    <w:p>
      <w:pPr>
        <w:pStyle w:val="Heading2"/>
      </w:pPr>
      <w:r>
        <w:t>Prayer</w:t>
      </w:r>
    </w:p>
    <w:p>
      <w:r>
        <w:t>Jesus, thank you for the hope of being gathered with you. Strengthen your people throughout the world and help us to hold fast to you.</w:t>
      </w:r>
    </w:p>
    <w:p>
      <w:pPr>
        <w:pStyle w:val="Heading1"/>
        <w:pageBreakBefore/>
      </w:pPr>
      <w:r>
        <w:t>Lesson 16 Learn from the fig tree</w:t>
      </w:r>
    </w:p>
    <w:p>
      <w:r>
        <w:t>Read Mark 13:28–31 in your Bible.</w:t>
      </w:r>
    </w:p>
    <w:p>
      <w:pPr>
        <w:pStyle w:val="Heading2"/>
      </w:pPr>
      <w:r>
        <w:t>Enter the story</w:t>
      </w:r>
    </w:p>
    <w:p>
      <w:r>
        <w:t>Jesus uses the fig tree to teach the disciples to see. Read also the firm promise he gives about his words.</w:t>
      </w:r>
    </w:p>
    <w:p>
      <w:pPr>
        <w:pStyle w:val="Heading2"/>
      </w:pPr>
      <w:r>
        <w:t>Commentary</w:t>
      </w:r>
    </w:p>
    <w:p>
      <w:r>
        <w:t>Learn from the fig tree, Jesus says. When its branches become tender and leaves sprout, you know that summer is near.</w:t>
      </w:r>
    </w:p>
    <w:p>
      <w:r>
        <w:t>I notice that it is a fig tree again. A few days earlier he cursed a fig tree that had leaves without fruit. Now he uses another as a sign of hope. The same kind of tree, but a different picture. One withers. The other buds.</w:t>
      </w:r>
    </w:p>
    <w:p>
      <w:r>
        <w:t>I have lived my whole life in a country where spring comes late and suddenly. One day everything is grey, and then one morning the birches wear their first pale green veil. You do not quite know when it happens. But you know that it happens. And when it happens, you know that summer is on its way.</w:t>
      </w:r>
    </w:p>
    <w:p>
      <w:r>
        <w:t>Then Jesus speaks words that have been a fixed point for me for many years: Heaven and earth will pass away, but my words will not pass away.</w:t>
      </w:r>
    </w:p>
    <w:p>
      <w:r>
        <w:t>The stones of the temple would fall. Sun and moon would darken. But his words will stand. I do not have much else to build on. And I have not needed anything else.</w:t>
      </w:r>
    </w:p>
    <w:p>
      <w:pPr>
        <w:pStyle w:val="Heading2"/>
      </w:pPr>
      <w:r>
        <w:t>Look closely</w:t>
      </w:r>
    </w:p>
    <w:p>
      <w:r>
        <w:t>What does Jesus teach through the seasons, and what does he say will stand when heaven and earth pass away?</w:t>
      </w:r>
    </w:p>
    <w:p>
      <w:pPr>
        <w:pStyle w:val="Heading2"/>
      </w:pPr>
      <w:r>
        <w:t>Reflect</w:t>
      </w:r>
    </w:p>
    <w:p>
      <w:r>
        <w:t>What words from Jesus have become a fixed point for me?</w:t>
      </w:r>
    </w:p>
    <w:p>
      <w:pPr>
        <w:pStyle w:val="Heading2"/>
      </w:pPr>
      <w:r>
        <w:t>Together</w:t>
      </w:r>
    </w:p>
    <w:p>
      <w:r>
        <w:t>How can we help one another build on Jesus’ words when so much is uncertain?</w:t>
      </w:r>
    </w:p>
    <w:p>
      <w:pPr>
        <w:pStyle w:val="Heading2"/>
      </w:pPr>
      <w:r>
        <w:t>Live it out</w:t>
      </w:r>
    </w:p>
    <w:p>
      <w:r>
        <w:t>Write down one word from Jesus and take it into your day. Ask for help to act on it.</w:t>
      </w:r>
    </w:p>
    <w:p>
      <w:pPr>
        <w:pStyle w:val="Heading2"/>
      </w:pPr>
      <w:r>
        <w:t>Prayer</w:t>
      </w:r>
    </w:p>
    <w:p>
      <w:r>
        <w:t>Jesus, thank you for words that stand. Help me to listen, understand and live by what you have said.</w:t>
      </w:r>
    </w:p>
    <w:p>
      <w:pPr>
        <w:pStyle w:val="Heading1"/>
        <w:pageBreakBefore/>
      </w:pPr>
      <w:r>
        <w:t>Lesson 17 Keep watch</w:t>
      </w:r>
    </w:p>
    <w:p>
      <w:r>
        <w:t>Read Mark 13:32–37 in your Bible.</w:t>
      </w:r>
    </w:p>
    <w:p>
      <w:pPr>
        <w:pStyle w:val="Heading2"/>
      </w:pPr>
      <w:r>
        <w:t>Enter the story</w:t>
      </w:r>
    </w:p>
    <w:p>
      <w:r>
        <w:t>Jesus says that no one knows the day or the hour, and tells of servants each given their own work. Read the call to keep watch as a word to you.</w:t>
      </w:r>
    </w:p>
    <w:p>
      <w:pPr>
        <w:pStyle w:val="Heading2"/>
      </w:pPr>
      <w:r>
        <w:t>Commentary</w:t>
      </w:r>
    </w:p>
    <w:p>
      <w:r>
        <w:t>But no one knows that day or hour, not the angels in heaven, not the Son, only the Father.</w:t>
      </w:r>
    </w:p>
    <w:p>
      <w:r>
        <w:t>That is a sentence I am glad of. If the Son did not know, I do not need to know either. And I do not need to be afraid of not knowing.</w:t>
      </w:r>
    </w:p>
    <w:p>
      <w:r>
        <w:t>Then Jesus tells of a man who travels abroad. He gives his servants authority, each their own work, and tells the doorkeeper to keep watch.</w:t>
      </w:r>
    </w:p>
    <w:p>
      <w:r>
        <w:t>Each their own work. Keeping watch is not sitting and staring at the horizon. It is doing what you have been given, faithfully, day after day.</w:t>
      </w:r>
    </w:p>
    <w:p>
      <w:r>
        <w:t>The Lord may come in the evening, at midnight, when the rooster crows, or in the morning. I have noticed that these are precisely the hours that appear in the next chapters. In the evening Jesus eats the meal with the disciples. At midnight he prays in Gethsemane while they sleep. When the rooster crows, Peter denies him. In the morning he is taken to Pilate.</w:t>
      </w:r>
    </w:p>
    <w:p>
      <w:r>
        <w:t>It is as though Mark is saying: Keeping watch is not only for a distant future. It concerns the next few hours too. And the disciples fell asleep.</w:t>
      </w:r>
    </w:p>
    <w:p>
      <w:r>
        <w:t>I am no longer young. For me, keeping watch has become quieter than it once was. It is less about great expectations and more about being faithful in small things. Praying in the morning. Being alert to those I meet. Not falling asleep to what he has given me to do.</w:t>
      </w:r>
    </w:p>
    <w:p>
      <w:r>
        <w:t>What I say to you, I say to everyone: Keep watch!</w:t>
      </w:r>
    </w:p>
    <w:p>
      <w:pPr>
        <w:pStyle w:val="Heading2"/>
      </w:pPr>
      <w:r>
        <w:t>Look closely</w:t>
      </w:r>
    </w:p>
    <w:p>
      <w:r>
        <w:t>Who knows the day and the hour? What are the servants given, and what does Jesus say to everyone?</w:t>
      </w:r>
    </w:p>
    <w:p>
      <w:pPr>
        <w:pStyle w:val="Heading2"/>
      </w:pPr>
      <w:r>
        <w:t>Reflect</w:t>
      </w:r>
    </w:p>
    <w:p>
      <w:r>
        <w:t>What work and what people has God placed before me now?</w:t>
      </w:r>
    </w:p>
    <w:p>
      <w:pPr>
        <w:pStyle w:val="Heading2"/>
      </w:pPr>
      <w:r>
        <w:t>Together</w:t>
      </w:r>
    </w:p>
    <w:p>
      <w:r>
        <w:t>How can we help one another remain watchful and faithful in everyday life?</w:t>
      </w:r>
    </w:p>
    <w:p>
      <w:pPr>
        <w:pStyle w:val="Heading2"/>
      </w:pPr>
      <w:r>
        <w:t>Live it out</w:t>
      </w:r>
    </w:p>
    <w:p>
      <w:r>
        <w:t>Do a task you know God has given you, with attention and care. Pray to be alert to the people you meet.</w:t>
      </w:r>
    </w:p>
    <w:p>
      <w:pPr>
        <w:pStyle w:val="Heading2"/>
      </w:pPr>
      <w:r>
        <w:t>Prayer</w:t>
      </w:r>
    </w:p>
    <w:p>
      <w:r>
        <w:t>Father, help me to keep watch and be faithful in what you have given me. Let me meet the day and its people with an open heart.</w:t>
      </w:r>
    </w:p>
    <w:p>
      <w:pPr>
        <w:pStyle w:val="Heading1"/>
        <w:pageBreakBefore/>
      </w:pPr>
      <w:r>
        <w:t>Pause and look back at module 5</w:t>
      </w:r>
    </w:p>
    <w:p>
      <w:r>
        <w:t>Read Mark 11:17, Mark 12:29–31 and Mark 13:33–37 again. What do these words teach us about prayer, love and keeping watch? Look back also at the widow and the disciple who saw the great stones. What does Jesus want to help us see?</w:t>
      </w:r>
    </w:p>
    <w:p>
      <w:r>
        <w:t>Share one word that has touched you, and one specific step you have taken. Pray for one another for faith, love and faithfulness. Module 6 takes us on to the final night, the cross and the empty tomb.</w:t>
      </w:r>
    </w:p>
    <w:p>
      <w:pPr>
        <w:pStyle w:val="Heading1"/>
        <w:pageBreakBefore/>
      </w:pPr>
      <w:r>
        <w:t>Module 6 The cross and resurrection</w:t>
      </w:r>
    </w:p>
    <w:p>
      <w:r>
        <w:t>Mark 14:1–16,20</w:t>
      </w:r>
    </w:p>
    <w:p>
      <w:r>
        <w:t>We walk with Jesus through the final night, the trials, the crucifixion and the burial. The disciples fail, but Jesus keeps going. He gives himself, and death does not have the final word. At the empty tomb, Peter too hears that he is called to come. The risen Jesus sends the disciples out, and the Lord works with them.</w:t>
      </w:r>
    </w:p>
    <w:p>
      <w:r>
        <w:t>This module has nineteen lessons. Give the difficult passages time, and read them in the light of Jesus’ own words about suffering, death and resurrection. The final two lessons use the revised commentaries He is not here and He is with us. Read the whole Bible passage before the commentary, and finish with prayer and a concrete step in everyday life.</w:t>
      </w:r>
    </w:p>
    <w:p>
      <w:pPr>
        <w:pStyle w:val="Heading1"/>
        <w:pageBreakBefore/>
      </w:pPr>
      <w:r>
        <w:t>Lesson 1 Not during the festival</w:t>
      </w:r>
    </w:p>
    <w:p>
      <w:r>
        <w:t>Read Mark 14:1–2 in your Bible.</w:t>
      </w:r>
    </w:p>
    <w:p>
      <w:pPr>
        <w:pStyle w:val="Heading2"/>
      </w:pPr>
      <w:r>
        <w:t>Enter the story</w:t>
      </w:r>
    </w:p>
    <w:p>
      <w:r>
        <w:t>Read about the leaders’ plans, and remember what Jesus has already said about what awaits him.</w:t>
      </w:r>
    </w:p>
    <w:p>
      <w:pPr>
        <w:pStyle w:val="Heading2"/>
      </w:pPr>
      <w:r>
        <w:t>Commentary</w:t>
      </w:r>
    </w:p>
    <w:p>
      <w:r>
        <w:t>There are two days left until Passover. The chief priests and the teachers of the law are looking for a way to arrest Jesus by deception and kill him. But they say: Not during the festival, or there will be an uproar among the people.</w:t>
      </w:r>
    </w:p>
    <w:p>
      <w:r>
        <w:t>I notice how shrewd the plan is. No one wanted a revolt. No one wanted blood in the streets during the festival. They wanted to do it quietly, without witnesses, when it suited them.</w:t>
      </w:r>
    </w:p>
    <w:p>
      <w:r>
        <w:t>There is something frightening about how rational evil can be. It does not shout. It calculates. It waits for the right moment.</w:t>
      </w:r>
    </w:p>
    <w:p>
      <w:r>
        <w:t>But it did not happen as they planned. It happened during the festival itself, in the midst of Passover, when the lambs were slaughtered. They thought they controlled the timing. But another hand held it.</w:t>
      </w:r>
    </w:p>
    <w:p>
      <w:pPr>
        <w:pStyle w:val="Heading2"/>
      </w:pPr>
      <w:r>
        <w:t>Look closely</w:t>
      </w:r>
    </w:p>
    <w:p>
      <w:r>
        <w:t>What do the leaders want to do, and what do they want to avoid?</w:t>
      </w:r>
    </w:p>
    <w:p>
      <w:pPr>
        <w:pStyle w:val="Heading2"/>
      </w:pPr>
      <w:r>
        <w:t>Reflect</w:t>
      </w:r>
    </w:p>
    <w:p>
      <w:r>
        <w:t>What comfort is there in holding on to God when other people’s plans cause turmoil?</w:t>
      </w:r>
    </w:p>
    <w:p>
      <w:pPr>
        <w:pStyle w:val="Heading2"/>
      </w:pPr>
      <w:r>
        <w:t>Together</w:t>
      </w:r>
    </w:p>
    <w:p>
      <w:r>
        <w:t>How can we support people who suffer injustice?</w:t>
      </w:r>
    </w:p>
    <w:p>
      <w:pPr>
        <w:pStyle w:val="Heading2"/>
      </w:pPr>
      <w:r>
        <w:t>Live it out</w:t>
      </w:r>
    </w:p>
    <w:p>
      <w:r>
        <w:t>Pray for someone living under pressure, and offer practical support.</w:t>
      </w:r>
    </w:p>
    <w:p>
      <w:pPr>
        <w:pStyle w:val="Heading2"/>
      </w:pPr>
      <w:r>
        <w:t>Prayer</w:t>
      </w:r>
    </w:p>
    <w:p>
      <w:r>
        <w:t>Father, help us to hold on to you and stand with those who face injustice.</w:t>
      </w:r>
    </w:p>
    <w:p>
      <w:pPr>
        <w:pStyle w:val="Heading1"/>
        <w:pageBreakBefore/>
      </w:pPr>
      <w:r>
        <w:t>Lesson 2 She did what she could</w:t>
      </w:r>
    </w:p>
    <w:p>
      <w:r>
        <w:t>Read Mark 14:3–9 in your Bible.</w:t>
      </w:r>
    </w:p>
    <w:p>
      <w:pPr>
        <w:pStyle w:val="Heading2"/>
      </w:pPr>
      <w:r>
        <w:t>Enter the story</w:t>
      </w:r>
    </w:p>
    <w:p>
      <w:r>
        <w:t>Watch the woman who comes with the perfume, and listen to the different judgments about what she does.</w:t>
      </w:r>
    </w:p>
    <w:p>
      <w:pPr>
        <w:pStyle w:val="Heading2"/>
      </w:pPr>
      <w:r>
        <w:t>Commentary</w:t>
      </w:r>
    </w:p>
    <w:p>
      <w:r>
        <w:t>In Bethany, in the house of Simon the leper, a woman comes in with an alabaster jar. She breaks the jar and pours the costly nard perfume over Jesus’ head.</w:t>
      </w:r>
    </w:p>
    <w:p>
      <w:r>
        <w:t>Some of those sitting there become indignant. Why this waste? The perfume could have been sold and the money given to the poor.</w:t>
      </w:r>
    </w:p>
    <w:p>
      <w:r>
        <w:t>I understand them. It is a reasonable argument. I have used it myself. But Jesus says: Leave her alone. She has done a good thing for me.</w:t>
      </w:r>
    </w:p>
    <w:p>
      <w:r>
        <w:t>She breaks the jar. She holds nothing back for later. I think of everything I have saved, everything I have held back because it might come in useful another time. She gave everything at once, and it was the right time.</w:t>
      </w:r>
    </w:p>
    <w:p>
      <w:r>
        <w:t>She did what she could, Jesus says. She has anointed my body for burial beforehand.</w:t>
      </w:r>
    </w:p>
    <w:p>
      <w:r>
        <w:t>I do not think she knew it herself. She simply did what love asked of her. And then her action took on a meaning she had not seen.</w:t>
      </w:r>
    </w:p>
    <w:p>
      <w:r>
        <w:t>Wherever the gospel is preached in the world, what she did will be told. We do not know her name. But we remember her. And I read her story as a reminder that love which does not calculate has a place in the gospel.</w:t>
      </w:r>
    </w:p>
    <w:p>
      <w:pPr>
        <w:pStyle w:val="Heading2"/>
      </w:pPr>
      <w:r>
        <w:t>Look closely</w:t>
      </w:r>
    </w:p>
    <w:p>
      <w:r>
        <w:t>What do the others say, and what does Jesus say about her action?</w:t>
      </w:r>
    </w:p>
    <w:p>
      <w:pPr>
        <w:pStyle w:val="Heading2"/>
      </w:pPr>
      <w:r>
        <w:t>Reflect</w:t>
      </w:r>
    </w:p>
    <w:p>
      <w:r>
        <w:t>What am I holding back that love calls me to give?</w:t>
      </w:r>
    </w:p>
    <w:p>
      <w:pPr>
        <w:pStyle w:val="Heading2"/>
      </w:pPr>
      <w:r>
        <w:t>Together</w:t>
      </w:r>
    </w:p>
    <w:p>
      <w:r>
        <w:t>How can we value an act of love even when it does not fit our calculations?</w:t>
      </w:r>
    </w:p>
    <w:p>
      <w:pPr>
        <w:pStyle w:val="Heading2"/>
      </w:pPr>
      <w:r>
        <w:t>Live it out</w:t>
      </w:r>
    </w:p>
    <w:p>
      <w:r>
        <w:t>Do something good that you have put off until a more convenient time.</w:t>
      </w:r>
    </w:p>
    <w:p>
      <w:pPr>
        <w:pStyle w:val="Heading2"/>
      </w:pPr>
      <w:r>
        <w:t>Prayer</w:t>
      </w:r>
    </w:p>
    <w:p>
      <w:r>
        <w:t>Jesus, help me to do what I can in love for you and the people around me.</w:t>
      </w:r>
    </w:p>
    <w:p>
      <w:pPr>
        <w:pStyle w:val="Heading1"/>
        <w:pageBreakBefore/>
      </w:pPr>
      <w:r>
        <w:t>Lesson 3 One of the twelve</w:t>
      </w:r>
    </w:p>
    <w:p>
      <w:r>
        <w:t>Read Mark 14:10–11 in your Bible.</w:t>
      </w:r>
    </w:p>
    <w:p>
      <w:pPr>
        <w:pStyle w:val="Heading2"/>
      </w:pPr>
      <w:r>
        <w:t>Enter the story</w:t>
      </w:r>
    </w:p>
    <w:p>
      <w:r>
        <w:t>Mark names Judas as one of the twelve. Read about his action immediately after the story of the woman.</w:t>
      </w:r>
    </w:p>
    <w:p>
      <w:pPr>
        <w:pStyle w:val="Heading2"/>
      </w:pPr>
      <w:r>
        <w:t>Commentary</w:t>
      </w:r>
    </w:p>
    <w:p>
      <w:r>
        <w:t>Immediately afterwards Judas Iscariot, one of the twelve, goes to the chief priests to hand Jesus over to them. They are delighted and promise him money.</w:t>
      </w:r>
    </w:p>
    <w:p>
      <w:r>
        <w:t>Mark says nothing about why. He gives us no explanation. I have read many theories, about greed, about disappointment, about a plan that went wrong. But the text is silent.</w:t>
      </w:r>
    </w:p>
    <w:p>
      <w:r>
        <w:t>What I notice is the little phrase: one of the twelve. He was no stranger. He had walked with Jesus for three years. He had gone out, two by two, and preached. He had seen the girl rise and the bread be shared.</w:t>
      </w:r>
    </w:p>
    <w:p>
      <w:r>
        <w:t>And immediately after a woman has given everything she has, he goes and sells Jesus for money.</w:t>
      </w:r>
    </w:p>
    <w:p>
      <w:r>
        <w:t>I dare not see Judas as someone entirely different from me. I think the most dangerous thing about him is that he was so close. And that there is a possibility of becoming Judas in everyone who has walked with Jesus for a long time and stopped expecting anything from him.</w:t>
      </w:r>
    </w:p>
    <w:p>
      <w:pPr>
        <w:pStyle w:val="Heading2"/>
      </w:pPr>
      <w:r>
        <w:t>Look closely</w:t>
      </w:r>
    </w:p>
    <w:p>
      <w:r>
        <w:t>What does Mark tell us Judas does, and what does he leave unexplained?</w:t>
      </w:r>
    </w:p>
    <w:p>
      <w:pPr>
        <w:pStyle w:val="Heading2"/>
      </w:pPr>
      <w:r>
        <w:t>Reflect</w:t>
      </w:r>
    </w:p>
    <w:p>
      <w:r>
        <w:t>How can I keep my companionship with Jesus alive when so much has become routine?</w:t>
      </w:r>
    </w:p>
    <w:p>
      <w:pPr>
        <w:pStyle w:val="Heading2"/>
      </w:pPr>
      <w:r>
        <w:t>Together</w:t>
      </w:r>
    </w:p>
    <w:p>
      <w:r>
        <w:t>How can we help one another be honest about what draws us away from Jesus?</w:t>
      </w:r>
    </w:p>
    <w:p>
      <w:pPr>
        <w:pStyle w:val="Heading2"/>
      </w:pPr>
      <w:r>
        <w:t>Live it out</w:t>
      </w:r>
    </w:p>
    <w:p>
      <w:r>
        <w:t>Set aside time for an honest prayer about what you want or feel disappointed about.</w:t>
      </w:r>
    </w:p>
    <w:p>
      <w:pPr>
        <w:pStyle w:val="Heading2"/>
      </w:pPr>
      <w:r>
        <w:t>Prayer</w:t>
      </w:r>
    </w:p>
    <w:p>
      <w:r>
        <w:t>Jesus, keep my heart close to you. Help me to be honest and not let disappointment grow into betrayal.</w:t>
      </w:r>
    </w:p>
    <w:p>
      <w:pPr>
        <w:pStyle w:val="Heading1"/>
        <w:pageBreakBefore/>
      </w:pPr>
      <w:r>
        <w:t>Lesson 4 A man with a water jar</w:t>
      </w:r>
    </w:p>
    <w:p>
      <w:r>
        <w:t>Read Mark 14:12–16 in your Bible.</w:t>
      </w:r>
    </w:p>
    <w:p>
      <w:pPr>
        <w:pStyle w:val="Heading2"/>
      </w:pPr>
      <w:r>
        <w:t>Enter the story</w:t>
      </w:r>
    </w:p>
    <w:p>
      <w:r>
        <w:t>Jesus sends two disciples to prepare the meal. They find a room that is ready.</w:t>
      </w:r>
    </w:p>
    <w:p>
      <w:pPr>
        <w:pStyle w:val="Heading2"/>
      </w:pPr>
      <w:r>
        <w:t>Commentary</w:t>
      </w:r>
    </w:p>
    <w:p>
      <w:r>
        <w:t>The disciples ask where they should prepare the Passover meal. Jesus sends two of them into the city. There they will meet a man carrying a water jar. Follow him, he says.</w:t>
      </w:r>
    </w:p>
    <w:p>
      <w:r>
        <w:t>It is a curious little detail. Men seldom carried water. So it was a sign that was easy to see, but that no one else would notice.</w:t>
      </w:r>
    </w:p>
    <w:p>
      <w:r>
        <w:t>They find a large upstairs room, already arranged. I have always liked that. Someone has made things ready. A room with cushions and tables, lamps and dishes. Someone whose name we do not know has opened their home.</w:t>
      </w:r>
    </w:p>
    <w:p>
      <w:r>
        <w:t>I think of all those who have opened their homes to me throughout my life. Those who prepared a room, put out food, let me sleep under their roof. They seldom appear in history books. But without them the gospel would never have gone anywhere.</w:t>
      </w:r>
    </w:p>
    <w:p>
      <w:r>
        <w:t>And Jesus calls it his room. Where is my guest room? he asks. That room, which a stranger has prepared, is his.</w:t>
      </w:r>
    </w:p>
    <w:p>
      <w:pPr>
        <w:pStyle w:val="Heading2"/>
      </w:pPr>
      <w:r>
        <w:t>Look closely</w:t>
      </w:r>
    </w:p>
    <w:p>
      <w:r>
        <w:t>What does Jesus ask them to do, and what do they find?</w:t>
      </w:r>
    </w:p>
    <w:p>
      <w:pPr>
        <w:pStyle w:val="Heading2"/>
      </w:pPr>
      <w:r>
        <w:t>Reflect</w:t>
      </w:r>
    </w:p>
    <w:p>
      <w:r>
        <w:t>What room is there in my life for hospitality and practical service?</w:t>
      </w:r>
    </w:p>
    <w:p>
      <w:pPr>
        <w:pStyle w:val="Heading2"/>
      </w:pPr>
      <w:r>
        <w:t>Together</w:t>
      </w:r>
    </w:p>
    <w:p>
      <w:r>
        <w:t>Who does the quiet preparation in our fellowship, and how can we support them?</w:t>
      </w:r>
    </w:p>
    <w:p>
      <w:pPr>
        <w:pStyle w:val="Heading2"/>
      </w:pPr>
      <w:r>
        <w:t>Live it out</w:t>
      </w:r>
    </w:p>
    <w:p>
      <w:r>
        <w:t>Make room for someone, or help with a practical preparation.</w:t>
      </w:r>
    </w:p>
    <w:p>
      <w:pPr>
        <w:pStyle w:val="Heading2"/>
      </w:pPr>
      <w:r>
        <w:t>Prayer</w:t>
      </w:r>
    </w:p>
    <w:p>
      <w:r>
        <w:t>Jesus, thank you for those who open their homes and make things ready. Help me to serve with what I have.</w:t>
      </w:r>
    </w:p>
    <w:p>
      <w:pPr>
        <w:pStyle w:val="Heading1"/>
        <w:pageBreakBefore/>
      </w:pPr>
      <w:r>
        <w:t>Lesson 5 Surely not I</w:t>
      </w:r>
    </w:p>
    <w:p>
      <w:r>
        <w:t>Read Mark 14:17–21 in your Bible.</w:t>
      </w:r>
    </w:p>
    <w:p>
      <w:pPr>
        <w:pStyle w:val="Heading2"/>
      </w:pPr>
      <w:r>
        <w:t>Enter the story</w:t>
      </w:r>
    </w:p>
    <w:p>
      <w:r>
        <w:t>At the meal Jesus speaks of betrayal by someone eating with him. Read the disciples’ reaction.</w:t>
      </w:r>
    </w:p>
    <w:p>
      <w:pPr>
        <w:pStyle w:val="Heading2"/>
      </w:pPr>
      <w:r>
        <w:t>Commentary</w:t>
      </w:r>
    </w:p>
    <w:p>
      <w:r>
        <w:t>In the evening they sit down at the table. And during the meal Jesus says: One of you will betray me, one who is eating with me.</w:t>
      </w:r>
    </w:p>
    <w:p>
      <w:r>
        <w:t>They become sorrowful and begin asking him, one by one: Surely not I?</w:t>
      </w:r>
    </w:p>
    <w:p>
      <w:r>
        <w:t>I am glad they asked it that way. They do not point at one another. They do not look around the table for the guilty person. Each asks about himself.</w:t>
      </w:r>
    </w:p>
    <w:p>
      <w:r>
        <w:t>I think it is the most truthful question we can ask at the Lord’s table. Not: Who else has failed? But: Is it I?</w:t>
      </w:r>
    </w:p>
    <w:p>
      <w:r>
        <w:t>Jesus does not answer directly. He simply says: It is one of the twelve, one who dips into the dish with me.</w:t>
      </w:r>
    </w:p>
    <w:p>
      <w:r>
        <w:t>It was one of them. But in a certain sense it was all of them. Before the night was over, every single one had deserted him.</w:t>
      </w:r>
    </w:p>
    <w:p>
      <w:pPr>
        <w:pStyle w:val="Heading2"/>
      </w:pPr>
      <w:r>
        <w:t>Look closely</w:t>
      </w:r>
    </w:p>
    <w:p>
      <w:r>
        <w:t>What do they ask, and what does Jesus answer?</w:t>
      </w:r>
    </w:p>
    <w:p>
      <w:pPr>
        <w:pStyle w:val="Heading2"/>
      </w:pPr>
      <w:r>
        <w:t>Reflect</w:t>
      </w:r>
    </w:p>
    <w:p>
      <w:r>
        <w:t>Am I more concerned with finding other people’s faults than with looking at my own life?</w:t>
      </w:r>
    </w:p>
    <w:p>
      <w:pPr>
        <w:pStyle w:val="Heading2"/>
      </w:pPr>
      <w:r>
        <w:t>Together</w:t>
      </w:r>
    </w:p>
    <w:p>
      <w:r>
        <w:t>How can we help one another examine ourselves honestly without becoming suspicious of one another?</w:t>
      </w:r>
    </w:p>
    <w:p>
      <w:pPr>
        <w:pStyle w:val="Heading2"/>
      </w:pPr>
      <w:r>
        <w:t>Live it out</w:t>
      </w:r>
    </w:p>
    <w:p>
      <w:r>
        <w:t>Ask God to show you something you need to take responsibility for yourself. Take a step towards repentance.</w:t>
      </w:r>
    </w:p>
    <w:p>
      <w:pPr>
        <w:pStyle w:val="Heading2"/>
      </w:pPr>
      <w:r>
        <w:t>Prayer</w:t>
      </w:r>
    </w:p>
    <w:p>
      <w:r>
        <w:t>Jesus, help me to see my own life in your light and receive the grace that leads to repentance.</w:t>
      </w:r>
    </w:p>
    <w:p>
      <w:pPr>
        <w:pStyle w:val="Heading1"/>
        <w:pageBreakBefore/>
      </w:pPr>
      <w:r>
        <w:t>Lesson 6 This is my body</w:t>
      </w:r>
    </w:p>
    <w:p>
      <w:r>
        <w:t>Read Mark 14:22–25 in your Bible.</w:t>
      </w:r>
    </w:p>
    <w:p>
      <w:pPr>
        <w:pStyle w:val="Heading2"/>
      </w:pPr>
      <w:r>
        <w:t>Enter the story</w:t>
      </w:r>
    </w:p>
    <w:p>
      <w:r>
        <w:t>Jesus takes the bread and the cup and gives them to the disciples. Pause over his words about his body, the blood of the covenant and the meal to come.</w:t>
      </w:r>
    </w:p>
    <w:p>
      <w:pPr>
        <w:pStyle w:val="Heading2"/>
      </w:pPr>
      <w:r>
        <w:t>Commentary</w:t>
      </w:r>
    </w:p>
    <w:p>
      <w:r>
        <w:t>While they are eating, Jesus takes a loaf of bread, gives thanks, breaks it and gives it to them. Take it; this is my body.</w:t>
      </w:r>
    </w:p>
    <w:p>
      <w:r>
        <w:t>Then he takes the cup, gives thanks and gives it to them, and they all drink from it. This is my blood, the blood of the covenant, which is poured out for many.</w:t>
      </w:r>
    </w:p>
    <w:p>
      <w:r>
        <w:t>I have received the bread and wine more times than I can count. In large churches and small homes, in languages I understand and languages I do not understand. And every time the words are the same.</w:t>
      </w:r>
    </w:p>
    <w:p>
      <w:r>
        <w:t>What I notice in Mark is how simple it is. He takes, gives thanks, breaks, gives. These are the same four verbs as at the miracle of the bread in the wilderness. He does what he has always done. But now it is himself he gives.</w:t>
      </w:r>
    </w:p>
    <w:p>
      <w:r>
        <w:t>And then he says he will not drink of the fruit of the vine until he drinks it new in the kingdom of God. It is a farewell. But it is also a promise. There will be a new meal.</w:t>
      </w:r>
    </w:p>
    <w:p>
      <w:r>
        <w:t>I think that is why the Lord’s Supper has always held both sorrow and joy for me. I remember a body that was broken. And I wait for a table with him sitting at its head.</w:t>
      </w:r>
    </w:p>
    <w:p>
      <w:pPr>
        <w:pStyle w:val="Heading2"/>
      </w:pPr>
      <w:r>
        <w:t>Look closely</w:t>
      </w:r>
    </w:p>
    <w:p>
      <w:r>
        <w:t>What does Jesus give, and what does he say about what will come in the kingdom of God?</w:t>
      </w:r>
    </w:p>
    <w:p>
      <w:pPr>
        <w:pStyle w:val="Heading2"/>
      </w:pPr>
      <w:r>
        <w:t>Reflect</w:t>
      </w:r>
    </w:p>
    <w:p>
      <w:r>
        <w:t>What does it mean to me to receive Jesus’ gift of himself?</w:t>
      </w:r>
    </w:p>
    <w:p>
      <w:pPr>
        <w:pStyle w:val="Heading2"/>
      </w:pPr>
      <w:r>
        <w:t>Together</w:t>
      </w:r>
    </w:p>
    <w:p>
      <w:r>
        <w:t>How can the Lord’s Supper help us towards gratitude, fellowship and hope?</w:t>
      </w:r>
    </w:p>
    <w:p>
      <w:pPr>
        <w:pStyle w:val="Heading2"/>
      </w:pPr>
      <w:r>
        <w:t>Live it out</w:t>
      </w:r>
    </w:p>
    <w:p>
      <w:r>
        <w:t>Thank Jesus for his gift. Take these words with you the next time you share the Lord’s Supper with your fellowship.</w:t>
      </w:r>
    </w:p>
    <w:p>
      <w:pPr>
        <w:pStyle w:val="Heading2"/>
      </w:pPr>
      <w:r>
        <w:t>Prayer</w:t>
      </w:r>
    </w:p>
    <w:p>
      <w:r>
        <w:t>Jesus, thank you for your body and your blood. We receive your gift and wait for the meal in your kingdom.</w:t>
      </w:r>
    </w:p>
    <w:p>
      <w:pPr>
        <w:pStyle w:val="Heading1"/>
        <w:pageBreakBefore/>
      </w:pPr>
      <w:r>
        <w:t>Lesson 7 Even if everyone else</w:t>
      </w:r>
    </w:p>
    <w:p>
      <w:r>
        <w:t>Read Mark 14:26–31 in your Bible.</w:t>
      </w:r>
    </w:p>
    <w:p>
      <w:pPr>
        <w:pStyle w:val="Heading2"/>
      </w:pPr>
      <w:r>
        <w:t>Enter the story</w:t>
      </w:r>
    </w:p>
    <w:p>
      <w:r>
        <w:t>Peter and the others make great promises. Jesus knows what will happen and still promises to go ahead of them to Galilee.</w:t>
      </w:r>
    </w:p>
    <w:p>
      <w:pPr>
        <w:pStyle w:val="Heading2"/>
      </w:pPr>
      <w:r>
        <w:t>Commentary</w:t>
      </w:r>
    </w:p>
    <w:p>
      <w:r>
        <w:t>They sing the hymn and go out to the Mount of Olives. And on the way Jesus says: You will all fall away. I will strike the shepherd, and the sheep will be scattered.</w:t>
      </w:r>
    </w:p>
    <w:p>
      <w:r>
        <w:t>But then he adds: After I have risen, I will go ahead of you to Galilee.</w:t>
      </w:r>
    </w:p>
    <w:p>
      <w:r>
        <w:t>Peter does not hear the last part. He hears only the first. Even if everyone else falls away, I will not.</w:t>
      </w:r>
    </w:p>
    <w:p>
      <w:r>
        <w:t>I think he meant it. I think he loved Jesus as much as he could. But he did not know himself.</w:t>
      </w:r>
    </w:p>
    <w:p>
      <w:r>
        <w:t>Jesus answers: Tonight, before the rooster crows twice, you will deny me three times.</w:t>
      </w:r>
    </w:p>
    <w:p>
      <w:r>
        <w:t>And Peter says it even more strongly. Even if I have to die with you, I will not deny you. And all the others say the same.</w:t>
      </w:r>
    </w:p>
    <w:p>
      <w:r>
        <w:t>I have said things like that myself. Great promises in moments of faith, which I have not managed to keep. It moves me that Jesus does not reject Peter for it. He simply knows. And he has already said that he will go ahead of them to Galilee, even after they have failed.</w:t>
      </w:r>
    </w:p>
    <w:p>
      <w:pPr>
        <w:pStyle w:val="Heading2"/>
      </w:pPr>
      <w:r>
        <w:t>Look closely</w:t>
      </w:r>
    </w:p>
    <w:p>
      <w:r>
        <w:t>What does Peter say, what does Jesus say about their failure, and what promise comes before it?</w:t>
      </w:r>
    </w:p>
    <w:p>
      <w:pPr>
        <w:pStyle w:val="Heading2"/>
      </w:pPr>
      <w:r>
        <w:t>Reflect</w:t>
      </w:r>
    </w:p>
    <w:p>
      <w:r>
        <w:t>Where do I need help to trust Jesus rather than my own strong promises?</w:t>
      </w:r>
    </w:p>
    <w:p>
      <w:pPr>
        <w:pStyle w:val="Heading2"/>
      </w:pPr>
      <w:r>
        <w:t>Together</w:t>
      </w:r>
    </w:p>
    <w:p>
      <w:r>
        <w:t>How can we support one another after a failure?</w:t>
      </w:r>
    </w:p>
    <w:p>
      <w:pPr>
        <w:pStyle w:val="Heading2"/>
      </w:pPr>
      <w:r>
        <w:t>Live it out</w:t>
      </w:r>
    </w:p>
    <w:p>
      <w:r>
        <w:t>Ask for help with something you have thought you could manage on your own.</w:t>
      </w:r>
    </w:p>
    <w:p>
      <w:pPr>
        <w:pStyle w:val="Heading2"/>
      </w:pPr>
      <w:r>
        <w:t>Prayer</w:t>
      </w:r>
    </w:p>
    <w:p>
      <w:r>
        <w:t>Jesus, you know me. Thank you that your grace carries me further than my promises.</w:t>
      </w:r>
    </w:p>
    <w:p>
      <w:pPr>
        <w:pStyle w:val="Heading1"/>
        <w:pageBreakBefore/>
      </w:pPr>
      <w:r>
        <w:t>Lesson 8 Abba</w:t>
      </w:r>
    </w:p>
    <w:p>
      <w:r>
        <w:t>Read Mark 14:32–42 in your Bible.</w:t>
      </w:r>
    </w:p>
    <w:p>
      <w:pPr>
        <w:pStyle w:val="Heading2"/>
      </w:pPr>
      <w:r>
        <w:t>Enter the story</w:t>
      </w:r>
    </w:p>
    <w:p>
      <w:r>
        <w:t>In Gethsemane Jesus prays amid anguish and sorrow. The disciples are called to watch and pray.</w:t>
      </w:r>
    </w:p>
    <w:p>
      <w:pPr>
        <w:pStyle w:val="Heading2"/>
      </w:pPr>
      <w:r>
        <w:t>Commentary</w:t>
      </w:r>
    </w:p>
    <w:p>
      <w:r>
        <w:t>In Gethsemane Jesus says to the disciples: Sit here while I pray. Then he takes Peter, James and John with him, and he is overcome with anguish and distress.</w:t>
      </w:r>
    </w:p>
    <w:p>
      <w:r>
        <w:t>My soul is sorrowful to the point of death, he says. Stay here and keep watch.</w:t>
      </w:r>
    </w:p>
    <w:p>
      <w:r>
        <w:t>He goes a little further, throws himself to the ground and prays: Abba, Father, everything is possible for you. Take this cup from me. Yet not what I will, but what you will.</w:t>
      </w:r>
    </w:p>
    <w:p>
      <w:r>
        <w:t>Abba. It is the most intimate word a child can use for their father. In the midst of the deepest anguish, this is the word he chooses.</w:t>
      </w:r>
    </w:p>
    <w:p>
      <w:r>
        <w:t>I have never faced what he faced. But I have prayed prayers where I received no answer. I have prayed for something to be taken from me, and it was not taken. And I have learned, slowly, that the prayer has not failed if it ends with: Not what I will.</w:t>
      </w:r>
    </w:p>
    <w:p>
      <w:r>
        <w:t>When he returns, they are sleeping. Simon, are you asleep? Could you not keep watch for one hour?</w:t>
      </w:r>
    </w:p>
    <w:p>
      <w:r>
        <w:t>Three times he goes and prays. Three times he returns and finds them sleeping. They do not know what to answer.</w:t>
      </w:r>
    </w:p>
    <w:p>
      <w:r>
        <w:t>I recognise myself in them too. Wanting to keep watch, but falling asleep. The spirit is willing, but the flesh is weak. He does not say it as an accusation. He says it as someone who knows what we are like.</w:t>
      </w:r>
    </w:p>
    <w:p>
      <w:r>
        <w:t>Then he says: Enough. The hour has come. Get up, let us go.</w:t>
      </w:r>
    </w:p>
    <w:p>
      <w:pPr>
        <w:pStyle w:val="Heading2"/>
      </w:pPr>
      <w:r>
        <w:t>Look closely</w:t>
      </w:r>
    </w:p>
    <w:p>
      <w:r>
        <w:t>What does Jesus pray for, and how does he lay his will before the Father? What does he say to the disciples?</w:t>
      </w:r>
    </w:p>
    <w:p>
      <w:pPr>
        <w:pStyle w:val="Heading2"/>
      </w:pPr>
      <w:r>
        <w:t>Reflect</w:t>
      </w:r>
    </w:p>
    <w:p>
      <w:r>
        <w:t>Can I bring both my desire and my surrender before the Father?</w:t>
      </w:r>
    </w:p>
    <w:p>
      <w:pPr>
        <w:pStyle w:val="Heading2"/>
      </w:pPr>
      <w:r>
        <w:t>Together</w:t>
      </w:r>
    </w:p>
    <w:p>
      <w:r>
        <w:t>How can we watch and pray with people going through something difficult?</w:t>
      </w:r>
    </w:p>
    <w:p>
      <w:pPr>
        <w:pStyle w:val="Heading2"/>
      </w:pPr>
      <w:r>
        <w:t>Live it out</w:t>
      </w:r>
    </w:p>
    <w:p>
      <w:r>
        <w:t>Set aside some time to pray for someone who is suffering. Be there with them too, if they would welcome it.</w:t>
      </w:r>
    </w:p>
    <w:p>
      <w:pPr>
        <w:pStyle w:val="Heading2"/>
      </w:pPr>
      <w:r>
        <w:t>Prayer</w:t>
      </w:r>
    </w:p>
    <w:p>
      <w:r>
        <w:t>Abba, Father, I lay my distress and my desire before you. Help me to trust you and seek your will.</w:t>
      </w:r>
    </w:p>
    <w:p>
      <w:pPr>
        <w:pStyle w:val="Heading1"/>
        <w:pageBreakBefore/>
      </w:pPr>
      <w:r>
        <w:t>Lesson 9 They all deserted him</w:t>
      </w:r>
    </w:p>
    <w:p>
      <w:r>
        <w:t>Read Mark 14:43–52 in your Bible.</w:t>
      </w:r>
    </w:p>
    <w:p>
      <w:pPr>
        <w:pStyle w:val="Heading2"/>
      </w:pPr>
      <w:r>
        <w:t>Enter the story</w:t>
      </w:r>
    </w:p>
    <w:p>
      <w:r>
        <w:t>Jesus is arrested, and the disciples flee. Remember the promise about Galilee as you read.</w:t>
      </w:r>
    </w:p>
    <w:p>
      <w:pPr>
        <w:pStyle w:val="Heading2"/>
      </w:pPr>
      <w:r>
        <w:t>Commentary</w:t>
      </w:r>
    </w:p>
    <w:p>
      <w:r>
        <w:t>Immediately Judas, one of the twelve, arrives, and with him a crowd carrying swords and clubs. He has arranged a signal: The one I kiss is the man. And he goes up to Jesus and says: Rabbi! and kisses him.</w:t>
      </w:r>
    </w:p>
    <w:p>
      <w:r>
        <w:t>I find it painful to read. The kiss is intimacy turned into betrayal. There is nothing more painful in the whole story.</w:t>
      </w:r>
    </w:p>
    <w:p>
      <w:r>
        <w:t>One of those standing there draws his sword and cuts off the ear of the high priest’s servant. Jesus says: Every day I was with you in the temple, teaching, and you did not arrest me. But the Scriptures must be fulfilled.</w:t>
      </w:r>
    </w:p>
    <w:p>
      <w:r>
        <w:t>And then it says: Then everyone deserted him and fled.</w:t>
      </w:r>
    </w:p>
    <w:p>
      <w:r>
        <w:t>Everyone. Those who had said they would die with him. Those who had promised. Those who had walked with him for three years.</w:t>
      </w:r>
    </w:p>
    <w:p>
      <w:r>
        <w:t>Finally Mark tells of a young man who followed, wearing only a linen cloth around his body. They seized him, but he left the cloth and fled naked. Some think it was Mark himself. I do not know. But I see the picture. Someone who wanted to be there, but lost everything he was wearing as he fled.</w:t>
      </w:r>
    </w:p>
    <w:p>
      <w:r>
        <w:t>That is how the night in the garden ends. Jesus stands alone. Everyone has gone. And I know that if I had been there, I too would have run.</w:t>
      </w:r>
    </w:p>
    <w:p>
      <w:r>
        <w:t>But I remember what he said on the way out: After I have risen, I will go ahead of you to Galilee. He knew they would flee. And he had already said that he would wait for them.</w:t>
      </w:r>
    </w:p>
    <w:p>
      <w:pPr>
        <w:pStyle w:val="Heading2"/>
      </w:pPr>
      <w:r>
        <w:t>Look closely</w:t>
      </w:r>
    </w:p>
    <w:p>
      <w:r>
        <w:t>What happens when Jesus is arrested, and what does he say about the Scriptures?</w:t>
      </w:r>
    </w:p>
    <w:p>
      <w:pPr>
        <w:pStyle w:val="Heading2"/>
      </w:pPr>
      <w:r>
        <w:t>Reflect</w:t>
      </w:r>
    </w:p>
    <w:p>
      <w:r>
        <w:t>What do I do with my fear of standing with Jesus when it costs me?</w:t>
      </w:r>
    </w:p>
    <w:p>
      <w:pPr>
        <w:pStyle w:val="Heading2"/>
      </w:pPr>
      <w:r>
        <w:t>Together</w:t>
      </w:r>
    </w:p>
    <w:p>
      <w:r>
        <w:t>How can we help one another stay faithful under pressure?</w:t>
      </w:r>
    </w:p>
    <w:p>
      <w:pPr>
        <w:pStyle w:val="Heading2"/>
      </w:pPr>
      <w:r>
        <w:t>Live it out</w:t>
      </w:r>
    </w:p>
    <w:p>
      <w:r>
        <w:t>Support someone who is facing something difficult alone.</w:t>
      </w:r>
    </w:p>
    <w:p>
      <w:pPr>
        <w:pStyle w:val="Heading2"/>
      </w:pPr>
      <w:r>
        <w:t>Prayer</w:t>
      </w:r>
    </w:p>
    <w:p>
      <w:r>
        <w:t>Jesus, give us courage to stand with you and one another. Thank you for your grace when we fail.</w:t>
      </w:r>
    </w:p>
    <w:p>
      <w:pPr>
        <w:pStyle w:val="Heading1"/>
        <w:pageBreakBefore/>
      </w:pPr>
      <w:r>
        <w:t>Lesson 10 I am</w:t>
      </w:r>
    </w:p>
    <w:p>
      <w:r>
        <w:t>Read Mark 14:53–65 in your Bible.</w:t>
      </w:r>
    </w:p>
    <w:p>
      <w:pPr>
        <w:pStyle w:val="Heading2"/>
      </w:pPr>
      <w:r>
        <w:t>Enter the story</w:t>
      </w:r>
    </w:p>
    <w:p>
      <w:r>
        <w:t>The council looks for testimony. Jesus is silent until the question of who he is is asked directly. Read his whole answer in the Bible too.</w:t>
      </w:r>
    </w:p>
    <w:p>
      <w:pPr>
        <w:pStyle w:val="Heading2"/>
      </w:pPr>
      <w:r>
        <w:t>Commentary</w:t>
      </w:r>
    </w:p>
    <w:p>
      <w:r>
        <w:t>They take Jesus to the high priest, and the whole council is assembled. They look for testimony that will justify a death sentence, but find none. Many give false testimony, but their accounts do not agree.</w:t>
      </w:r>
    </w:p>
    <w:p>
      <w:r>
        <w:t>Jesus is silent. He does not defend himself. I have thought a great deal about that silence. I myself have felt the need to explain myself, clear up misunderstandings, have the last word. He lets the lies stand there until they collapse on their own.</w:t>
      </w:r>
    </w:p>
    <w:p>
      <w:r>
        <w:t>Then the high priest asks directly: Are you the Messiah, the Son of the Blessed One?</w:t>
      </w:r>
    </w:p>
    <w:p>
      <w:r>
        <w:t>And Jesus, who throughout the gospel has asked people to keep quiet about who he was, now says: I am.</w:t>
      </w:r>
    </w:p>
    <w:p>
      <w:r>
        <w:t>It is strange. The lies could not condemn him. It was the truth that did.</w:t>
      </w:r>
    </w:p>
    <w:p>
      <w:r>
        <w:t>Some begin to spit on him. They cover his face, strike him and say: Prophesy! And the servants receive him with blows.</w:t>
      </w:r>
    </w:p>
    <w:p>
      <w:r>
        <w:t>I read it slowly. The one who restored sight to the blind is blindfolded. The one who spoke truth is mockingly told to prophesy. And he is silent again.</w:t>
      </w:r>
    </w:p>
    <w:p>
      <w:pPr>
        <w:pStyle w:val="Heading2"/>
      </w:pPr>
      <w:r>
        <w:t>Look closely</w:t>
      </w:r>
    </w:p>
    <w:p>
      <w:r>
        <w:t>What goes wrong with the testimony, and what does Jesus answer when asked whether he is the Messiah?</w:t>
      </w:r>
    </w:p>
    <w:p>
      <w:pPr>
        <w:pStyle w:val="Heading2"/>
      </w:pPr>
      <w:r>
        <w:t>Reflect</w:t>
      </w:r>
    </w:p>
    <w:p>
      <w:r>
        <w:t>What do I learn from Jesus standing by the truth even when it costs him?</w:t>
      </w:r>
    </w:p>
    <w:p>
      <w:pPr>
        <w:pStyle w:val="Heading2"/>
      </w:pPr>
      <w:r>
        <w:t>Together</w:t>
      </w:r>
    </w:p>
    <w:p>
      <w:r>
        <w:t>How can we strengthen one another to be truthful without answering evil with evil?</w:t>
      </w:r>
    </w:p>
    <w:p>
      <w:pPr>
        <w:pStyle w:val="Heading2"/>
      </w:pPr>
      <w:r>
        <w:t>Live it out</w:t>
      </w:r>
    </w:p>
    <w:p>
      <w:r>
        <w:t>Choose a truthful and calm approach in a conversation where you feel misunderstood.</w:t>
      </w:r>
    </w:p>
    <w:p>
      <w:pPr>
        <w:pStyle w:val="Heading2"/>
      </w:pPr>
      <w:r>
        <w:t>Prayer</w:t>
      </w:r>
    </w:p>
    <w:p>
      <w:r>
        <w:t>Jesus, you are the Messiah, the Son of God. Help me to stand in the truth and meet others with love.</w:t>
      </w:r>
    </w:p>
    <w:p>
      <w:pPr>
        <w:pStyle w:val="Heading1"/>
        <w:pageBreakBefore/>
      </w:pPr>
      <w:r>
        <w:t>Lesson 11 The rooster crowed</w:t>
      </w:r>
    </w:p>
    <w:p>
      <w:r>
        <w:t>Read Mark 14:66–72 in your Bible.</w:t>
      </w:r>
    </w:p>
    <w:p>
      <w:pPr>
        <w:pStyle w:val="Heading2"/>
      </w:pPr>
      <w:r>
        <w:t>Enter the story</w:t>
      </w:r>
    </w:p>
    <w:p>
      <w:r>
        <w:t>Peter sits by the fire while Jesus is questioned. Read the three denials and what happens when he remembers Jesus’ words.</w:t>
      </w:r>
    </w:p>
    <w:p>
      <w:pPr>
        <w:pStyle w:val="Heading2"/>
      </w:pPr>
      <w:r>
        <w:t>Commentary</w:t>
      </w:r>
    </w:p>
    <w:p>
      <w:r>
        <w:t>While this is happening, Peter sits below in the courtyard, warming himself by the fire. A servant girl looks at him. You too were with the man from Nazareth.</w:t>
      </w:r>
    </w:p>
    <w:p>
      <w:r>
        <w:t>Peter says he does not know what she is talking about. He goes out into the entrance courtyard. She sees him again and says to the others: He is one of them. He denies it again. A little later those standing there say: You must be one of them; you are from Galilee.</w:t>
      </w:r>
    </w:p>
    <w:p>
      <w:r>
        <w:t>Then he begins to curse and swear: I do not know this man you are talking about.</w:t>
      </w:r>
    </w:p>
    <w:p>
      <w:r>
        <w:t>And immediately the rooster crows for the second time.</w:t>
      </w:r>
    </w:p>
    <w:p>
      <w:r>
        <w:t>I have always noticed that it was not soldiers or chief priests who made Peter fall. It was a servant girl and some people standing there warming themselves. It is seldom the great threats that make us fail. It is the small questions, in everyday life, when above all we want to belong.</w:t>
      </w:r>
    </w:p>
    <w:p>
      <w:r>
        <w:t>Peter remembers what Jesus had said. And he breaks down in tears.</w:t>
      </w:r>
    </w:p>
    <w:p>
      <w:r>
        <w:t>I am glad Mark included those tears. I do not think they were the end. I think they were the beginning of something new. The man weeping there in the courtyard would later hear his name mentioned at the empty tomb.</w:t>
      </w:r>
    </w:p>
    <w:p>
      <w:pPr>
        <w:pStyle w:val="Heading2"/>
      </w:pPr>
      <w:r>
        <w:t>Look closely</w:t>
      </w:r>
    </w:p>
    <w:p>
      <w:r>
        <w:t>Who questions Peter, what does he answer, and what makes him break down in tears?</w:t>
      </w:r>
    </w:p>
    <w:p>
      <w:pPr>
        <w:pStyle w:val="Heading2"/>
      </w:pPr>
      <w:r>
        <w:t>Reflect</w:t>
      </w:r>
    </w:p>
    <w:p>
      <w:r>
        <w:t>Where is it easy for me to hide that I belong to Jesus?</w:t>
      </w:r>
    </w:p>
    <w:p>
      <w:pPr>
        <w:pStyle w:val="Heading2"/>
      </w:pPr>
      <w:r>
        <w:t>Together</w:t>
      </w:r>
    </w:p>
    <w:p>
      <w:r>
        <w:t>How can our fellowship make room for repentance and a new start?</w:t>
      </w:r>
    </w:p>
    <w:p>
      <w:pPr>
        <w:pStyle w:val="Heading2"/>
      </w:pPr>
      <w:r>
        <w:t>Live it out</w:t>
      </w:r>
    </w:p>
    <w:p>
      <w:r>
        <w:t>Be honest with God about a failure or something you have kept hidden. Ask for help to take responsibility.</w:t>
      </w:r>
    </w:p>
    <w:p>
      <w:pPr>
        <w:pStyle w:val="Heading2"/>
      </w:pPr>
      <w:r>
        <w:t>Prayer</w:t>
      </w:r>
    </w:p>
    <w:p>
      <w:r>
        <w:t>Jesus, meet me with grace when I fail. Help me to turn back and hold on to you.</w:t>
      </w:r>
    </w:p>
    <w:p>
      <w:pPr>
        <w:pStyle w:val="Heading1"/>
        <w:pageBreakBefore/>
      </w:pPr>
      <w:r>
        <w:t>Lesson 12 You say so</w:t>
      </w:r>
    </w:p>
    <w:p>
      <w:r>
        <w:t>Read Mark 15:1–5 in your Bible.</w:t>
      </w:r>
    </w:p>
    <w:p>
      <w:pPr>
        <w:pStyle w:val="Heading2"/>
      </w:pPr>
      <w:r>
        <w:t>Enter the story</w:t>
      </w:r>
    </w:p>
    <w:p>
      <w:r>
        <w:t>Jesus stands before Pilate. Around him there are many accusations, but he answers only briefly.</w:t>
      </w:r>
    </w:p>
    <w:p>
      <w:pPr>
        <w:pStyle w:val="Heading2"/>
      </w:pPr>
      <w:r>
        <w:t>Commentary</w:t>
      </w:r>
    </w:p>
    <w:p>
      <w:r>
        <w:t>Early in the morning they bind Jesus, take him away and hand him over to Pilate.</w:t>
      </w:r>
    </w:p>
    <w:p>
      <w:r>
        <w:t>Pilate asks: Are you the king of the Jews? And Jesus answers: You say so.</w:t>
      </w:r>
    </w:p>
    <w:p>
      <w:r>
        <w:t>These are the only words he says to Pilate. The chief priests accuse him of many things. Pilate asks again: Are you not going to answer? See how many things they accuse you of. But Jesus says nothing more, and Pilate is amazed.</w:t>
      </w:r>
    </w:p>
    <w:p>
      <w:r>
        <w:t>I have thought about the effect of his silence in this story. Everyone around him speaks. They accuse, they ask, they demand. And he stands quietly in the midst of it. It is not helplessness. It is a calm that refuses to be drawn into the game.</w:t>
      </w:r>
    </w:p>
    <w:p>
      <w:r>
        <w:t>I would like to have a little of that calm. Not to stay silent when I ought to speak, but to be free from defending myself where there is nothing to gain. To stand in the truth without having to win the argument.</w:t>
      </w:r>
    </w:p>
    <w:p>
      <w:pPr>
        <w:pStyle w:val="Heading2"/>
      </w:pPr>
      <w:r>
        <w:t>Look closely</w:t>
      </w:r>
    </w:p>
    <w:p>
      <w:r>
        <w:t>What does Pilate ask, and what amazes him?</w:t>
      </w:r>
    </w:p>
    <w:p>
      <w:pPr>
        <w:pStyle w:val="Heading2"/>
      </w:pPr>
      <w:r>
        <w:t>Reflect</w:t>
      </w:r>
    </w:p>
    <w:p>
      <w:r>
        <w:t>When do I need to speak, and when can I let go of having the last word?</w:t>
      </w:r>
    </w:p>
    <w:p>
      <w:pPr>
        <w:pStyle w:val="Heading2"/>
      </w:pPr>
      <w:r>
        <w:t>Together</w:t>
      </w:r>
    </w:p>
    <w:p>
      <w:r>
        <w:t>How can we help one another maintain calm and integrity in conflict?</w:t>
      </w:r>
    </w:p>
    <w:p>
      <w:pPr>
        <w:pStyle w:val="Heading2"/>
      </w:pPr>
      <w:r>
        <w:t>Live it out</w:t>
      </w:r>
    </w:p>
    <w:p>
      <w:r>
        <w:t>Pause and pray before answering in a difficult conversation. Choose words that serve truth and peace.</w:t>
      </w:r>
    </w:p>
    <w:p>
      <w:pPr>
        <w:pStyle w:val="Heading2"/>
      </w:pPr>
      <w:r>
        <w:t>Prayer</w:t>
      </w:r>
    </w:p>
    <w:p>
      <w:r>
        <w:t>Jesus, give me calm and wisdom. Help me to speak when I should speak, and let go of the need to win.</w:t>
      </w:r>
    </w:p>
    <w:p>
      <w:pPr>
        <w:pStyle w:val="Heading1"/>
        <w:pageBreakBefore/>
      </w:pPr>
      <w:r>
        <w:t>Lesson 13 Barabbas</w:t>
      </w:r>
    </w:p>
    <w:p>
      <w:r>
        <w:t>Read Mark 15:6–15 in your Bible.</w:t>
      </w:r>
    </w:p>
    <w:p>
      <w:pPr>
        <w:pStyle w:val="Heading2"/>
      </w:pPr>
      <w:r>
        <w:t>Enter the story</w:t>
      </w:r>
    </w:p>
    <w:p>
      <w:r>
        <w:t>A guilty man is set free, and Jesus is handed over for crucifixion. Notice too what drives Pilate.</w:t>
      </w:r>
    </w:p>
    <w:p>
      <w:pPr>
        <w:pStyle w:val="Heading2"/>
      </w:pPr>
      <w:r>
        <w:t>Commentary</w:t>
      </w:r>
    </w:p>
    <w:p>
      <w:r>
        <w:t>At the festival Pilate usually releases a prisoner, the one the people ask for. There is a man in prison called Barabbas, who has committed murder during a revolt.</w:t>
      </w:r>
    </w:p>
    <w:p>
      <w:r>
        <w:t>Pilate asks: Do you want me to release the king of the Jews? He knows the chief priests have handed Jesus over out of envy. But the chief priests stir up the people, and they shout for him to release Barabbas.</w:t>
      </w:r>
    </w:p>
    <w:p>
      <w:r>
        <w:t>What, then, shall I do with the one you call the king of the Jews? Crucify him! What evil has he done? And they shout even louder: Crucify him!</w:t>
      </w:r>
    </w:p>
    <w:p>
      <w:r>
        <w:t>Pilate wants to satisfy the people. He releases Barabbas, has Jesus flogged and hands him over to be crucified.</w:t>
      </w:r>
    </w:p>
    <w:p>
      <w:r>
        <w:t>I have often thought of Barabbas. The guilty man goes free. The innocent man takes his place. I do not know what became of him. But I think I stand there with him. I have been allowed to go free, and another has borne what was mine.</w:t>
      </w:r>
    </w:p>
    <w:p>
      <w:r>
        <w:t>And I see Pilate too. The man who knew what was right but wanted to satisfy the people. I recognise him. It is easy to judge him. It is harder to see how often I myself have chosen what was easiest.</w:t>
      </w:r>
    </w:p>
    <w:p>
      <w:pPr>
        <w:pStyle w:val="Heading2"/>
      </w:pPr>
      <w:r>
        <w:t>Look closely</w:t>
      </w:r>
    </w:p>
    <w:p>
      <w:r>
        <w:t>What does Pilate know, and why does he nevertheless satisfy the people? Who goes free?</w:t>
      </w:r>
    </w:p>
    <w:p>
      <w:pPr>
        <w:pStyle w:val="Heading2"/>
      </w:pPr>
      <w:r>
        <w:t>Reflect</w:t>
      </w:r>
    </w:p>
    <w:p>
      <w:r>
        <w:t>What gratitude does it awaken in me that Jesus bore what was mine?</w:t>
      </w:r>
    </w:p>
    <w:p>
      <w:pPr>
        <w:pStyle w:val="Heading2"/>
      </w:pPr>
      <w:r>
        <w:t>Together</w:t>
      </w:r>
    </w:p>
    <w:p>
      <w:r>
        <w:t>How can we help one another do what is right when the pressure increases?</w:t>
      </w:r>
    </w:p>
    <w:p>
      <w:pPr>
        <w:pStyle w:val="Heading2"/>
      </w:pPr>
      <w:r>
        <w:t>Live it out</w:t>
      </w:r>
    </w:p>
    <w:p>
      <w:r>
        <w:t>Thank Jesus for the freedom he has given you. Make a right choice you might otherwise have avoided to please others.</w:t>
      </w:r>
    </w:p>
    <w:p>
      <w:pPr>
        <w:pStyle w:val="Heading2"/>
      </w:pPr>
      <w:r>
        <w:t>Prayer</w:t>
      </w:r>
    </w:p>
    <w:p>
      <w:r>
        <w:t>Jesus, thank you for giving yourself for us. Help me to live in your freedom and act rightly.</w:t>
      </w:r>
    </w:p>
    <w:p>
      <w:pPr>
        <w:pStyle w:val="Heading1"/>
        <w:pageBreakBefore/>
      </w:pPr>
      <w:r>
        <w:t>Lesson 14 Purple and a crown of thorns</w:t>
      </w:r>
    </w:p>
    <w:p>
      <w:r>
        <w:t>Read Mark 15:16–20 in your Bible.</w:t>
      </w:r>
    </w:p>
    <w:p>
      <w:pPr>
        <w:pStyle w:val="Heading2"/>
      </w:pPr>
      <w:r>
        <w:t>Enter the story</w:t>
      </w:r>
    </w:p>
    <w:p>
      <w:r>
        <w:t>The soldiers mock Jesus as king. Read slowly through what they do, and remember who he is.</w:t>
      </w:r>
    </w:p>
    <w:p>
      <w:pPr>
        <w:pStyle w:val="Heading2"/>
      </w:pPr>
      <w:r>
        <w:t>Commentary</w:t>
      </w:r>
    </w:p>
    <w:p>
      <w:r>
        <w:t>The soldiers take him into the courtyard and gather the whole company. They dress him in purple, weave a crown of thorns and put it on his head. Then they greet him: Hail, King of the Jews! They strike his head with a reed staff, spit on him, kneel down and worship him.</w:t>
      </w:r>
    </w:p>
    <w:p>
      <w:r>
        <w:t>I would rather not linger over this. But Mark lingers, and so I do too.</w:t>
      </w:r>
    </w:p>
    <w:p>
      <w:r>
        <w:t>They play at making him king. Everything is wrong: the robe is borrowed, the crown pierces, the sceptre is a reed, the kneeling is mockery. And yet it is true. He is king. They did not know it, but they said it.</w:t>
      </w:r>
    </w:p>
    <w:p>
      <w:r>
        <w:t>It is a strange truth that the only coronation Jesus received in this life was a mock coronation. And that he accepted even that, without saying a word.</w:t>
      </w:r>
    </w:p>
    <w:p>
      <w:r>
        <w:t>Then they take off the purple robe, dress him in his own clothes and lead him out to be crucified.</w:t>
      </w:r>
    </w:p>
    <w:p>
      <w:pPr>
        <w:pStyle w:val="Heading2"/>
      </w:pPr>
      <w:r>
        <w:t>Look closely</w:t>
      </w:r>
    </w:p>
    <w:p>
      <w:r>
        <w:t>What do the soldiers use in their mock coronation, and what do they call Jesus?</w:t>
      </w:r>
    </w:p>
    <w:p>
      <w:pPr>
        <w:pStyle w:val="Heading2"/>
      </w:pPr>
      <w:r>
        <w:t>Reflect</w:t>
      </w:r>
    </w:p>
    <w:p>
      <w:r>
        <w:t>What does it mean to me that my king has endured humiliation?</w:t>
      </w:r>
    </w:p>
    <w:p>
      <w:pPr>
        <w:pStyle w:val="Heading2"/>
      </w:pPr>
      <w:r>
        <w:t>Together</w:t>
      </w:r>
    </w:p>
    <w:p>
      <w:r>
        <w:t>How can we stand alongside people who are mocked or belittled?</w:t>
      </w:r>
    </w:p>
    <w:p>
      <w:pPr>
        <w:pStyle w:val="Heading2"/>
      </w:pPr>
      <w:r>
        <w:t>Live it out</w:t>
      </w:r>
    </w:p>
    <w:p>
      <w:r>
        <w:t>Refuse to take part in an action or conversation that humiliates someone. Show that person respect.</w:t>
      </w:r>
    </w:p>
    <w:p>
      <w:pPr>
        <w:pStyle w:val="Heading2"/>
      </w:pPr>
      <w:r>
        <w:t>Prayer</w:t>
      </w:r>
    </w:p>
    <w:p>
      <w:r>
        <w:t>Jesus, our king, thank you for bearing the mockery. Teach us to honour you and protect people who are humiliated.</w:t>
      </w:r>
    </w:p>
    <w:p>
      <w:pPr>
        <w:pStyle w:val="Heading1"/>
        <w:pageBreakBefore/>
      </w:pPr>
      <w:r>
        <w:t>Lesson 15 Simon of Cyrene</w:t>
      </w:r>
    </w:p>
    <w:p>
      <w:r>
        <w:t>Read Mark 15:21–32 in your Bible.</w:t>
      </w:r>
    </w:p>
    <w:p>
      <w:pPr>
        <w:pStyle w:val="Heading2"/>
      </w:pPr>
      <w:r>
        <w:t>Enter the story</w:t>
      </w:r>
    </w:p>
    <w:p>
      <w:r>
        <w:t>Simon is forced to carry the cross. At Golgotha Jesus is crucified between two robbers.</w:t>
      </w:r>
    </w:p>
    <w:p>
      <w:pPr>
        <w:pStyle w:val="Heading2"/>
      </w:pPr>
      <w:r>
        <w:t>Commentary</w:t>
      </w:r>
    </w:p>
    <w:p>
      <w:r>
        <w:t>They force a man coming in from the fields to carry the cross. Simon of Cyrene, the father of Alexander and Rufus.</w:t>
      </w:r>
    </w:p>
    <w:p>
      <w:r>
        <w:t>I have always been fond of that man. He was on his way home from work, completely unaware. And then he was drawn into the greatest thing that has ever happened. Mark names his sons. That suggests they were known in the church. Perhaps that was the day everything began for that family.</w:t>
      </w:r>
    </w:p>
    <w:p>
      <w:r>
        <w:t>I think of all the times I have been drawn into other people’s burdens without choosing it myself. And I think that perhaps it is precisely there that Jesus meets me.</w:t>
      </w:r>
    </w:p>
    <w:p>
      <w:r>
        <w:t>They lead him to Golgotha. They offer him wine mixed with myrrh, but he does not accept it. They crucify him and divide his clothes by casting lots. Above him is the charge: The King of the Jews. And on either side of him is a robber.</w:t>
      </w:r>
    </w:p>
    <w:p>
      <w:r>
        <w:t>People passing by mock him. He has saved others, but he cannot save himself.</w:t>
      </w:r>
    </w:p>
    <w:p>
      <w:r>
        <w:t>What they say is true, but not in the way they mean it. He could not save himself, because he wanted to save them. He could not do both.</w:t>
      </w:r>
    </w:p>
    <w:p>
      <w:pPr>
        <w:pStyle w:val="Heading2"/>
      </w:pPr>
      <w:r>
        <w:t>Look closely</w:t>
      </w:r>
    </w:p>
    <w:p>
      <w:r>
        <w:t>What does Mark tell us about Simon? What do those who mock Jesus say about what he has done for others?</w:t>
      </w:r>
    </w:p>
    <w:p>
      <w:pPr>
        <w:pStyle w:val="Heading2"/>
      </w:pPr>
      <w:r>
        <w:t>Reflect</w:t>
      </w:r>
    </w:p>
    <w:p>
      <w:r>
        <w:t>What burden can I help someone else carry?</w:t>
      </w:r>
    </w:p>
    <w:p>
      <w:pPr>
        <w:pStyle w:val="Heading2"/>
      </w:pPr>
      <w:r>
        <w:t>Together</w:t>
      </w:r>
    </w:p>
    <w:p>
      <w:r>
        <w:t>How can we make practical care part of following Jesus?</w:t>
      </w:r>
    </w:p>
    <w:p>
      <w:pPr>
        <w:pStyle w:val="Heading2"/>
      </w:pPr>
      <w:r>
        <w:t>Live it out</w:t>
      </w:r>
    </w:p>
    <w:p>
      <w:r>
        <w:t>Help someone with a particular burden or task this week.</w:t>
      </w:r>
    </w:p>
    <w:p>
      <w:pPr>
        <w:pStyle w:val="Heading2"/>
      </w:pPr>
      <w:r>
        <w:t>Prayer</w:t>
      </w:r>
    </w:p>
    <w:p>
      <w:r>
        <w:t>Jesus, thank you for giving your life to save us. Open my eyes to the burdens I can help others carry.</w:t>
      </w:r>
    </w:p>
    <w:p>
      <w:pPr>
        <w:pStyle w:val="Heading1"/>
        <w:pageBreakBefore/>
      </w:pPr>
      <w:r>
        <w:t>Lesson 16 Why have you forsaken me</w:t>
      </w:r>
    </w:p>
    <w:p>
      <w:r>
        <w:t>Read Mark 15:33–41 in your Bible.</w:t>
      </w:r>
    </w:p>
    <w:p>
      <w:pPr>
        <w:pStyle w:val="Heading2"/>
      </w:pPr>
      <w:r>
        <w:t>Enter the story</w:t>
      </w:r>
    </w:p>
    <w:p>
      <w:r>
        <w:t>Darkness falls, Jesus cries out to God and breathes his last. Read also about the curtain, the officer and the women.</w:t>
      </w:r>
    </w:p>
    <w:p>
      <w:pPr>
        <w:pStyle w:val="Heading2"/>
      </w:pPr>
      <w:r>
        <w:t>Commentary</w:t>
      </w:r>
    </w:p>
    <w:p>
      <w:r>
        <w:t>From the sixth hour there was darkness over the whole land until the ninth. And at the ninth hour Jesus cried out loudly: Eloí, Eloí, lemá sabaktáni? My God, my God, why have you forsaken me?</w:t>
      </w:r>
    </w:p>
    <w:p>
      <w:r>
        <w:t>I have never been able to read those words without feeling something shake inside me. He who said Abba in the garden now cries My God. He who had always been close to the Father feels forsaken.</w:t>
      </w:r>
    </w:p>
    <w:p>
      <w:r>
        <w:t>I have no final explanation. Nor do I think I am meant to have one. But I believe there is comfort in the fact that he cried out like that. When I have felt forsaken myself, when prayer has gone unanswered and the darkness has been deep, I know he has been there before me. He has cried out the same words. And he still cried them to God: My God.</w:t>
      </w:r>
    </w:p>
    <w:p>
      <w:r>
        <w:t>He cries out loudly and breathes his last.</w:t>
      </w:r>
    </w:p>
    <w:p>
      <w:r>
        <w:t>And the curtain in the temple tears in two, from top to bottom.</w:t>
      </w:r>
    </w:p>
    <w:p>
      <w:r>
        <w:t>The officer standing directly in front of him, who sees how he dies, says: Truly, this man was the Son of God.</w:t>
      </w:r>
    </w:p>
    <w:p>
      <w:r>
        <w:t>It is an outsider, a Roman soldier, who says what none of the disciples said. And he says it after watching him die.</w:t>
      </w:r>
    </w:p>
    <w:p>
      <w:r>
        <w:t>Some women stand watching from a distance. Mary Magdalene, Mary the mother of James the younger and Joses, and Salome. They had followed him in Galilee. They had not fled. They stood there.</w:t>
      </w:r>
    </w:p>
    <w:p>
      <w:pPr>
        <w:pStyle w:val="Heading2"/>
      </w:pPr>
      <w:r>
        <w:t>Look closely</w:t>
      </w:r>
    </w:p>
    <w:p>
      <w:r>
        <w:t>What does Jesus cry out, what happens to the curtain, and what does the officer say? Who stands watching?</w:t>
      </w:r>
    </w:p>
    <w:p>
      <w:pPr>
        <w:pStyle w:val="Heading2"/>
      </w:pPr>
      <w:r>
        <w:t>Reflect</w:t>
      </w:r>
    </w:p>
    <w:p>
      <w:r>
        <w:t>What comfort is there in knowing that Jesus has cried out to God from the darkness?</w:t>
      </w:r>
    </w:p>
    <w:p>
      <w:pPr>
        <w:pStyle w:val="Heading2"/>
      </w:pPr>
      <w:r>
        <w:t>Together</w:t>
      </w:r>
    </w:p>
    <w:p>
      <w:r>
        <w:t>How can we be present with people who feel forsaken, without rushing to offer explanations?</w:t>
      </w:r>
    </w:p>
    <w:p>
      <w:pPr>
        <w:pStyle w:val="Heading2"/>
      </w:pPr>
      <w:r>
        <w:t>Live it out</w:t>
      </w:r>
    </w:p>
    <w:p>
      <w:r>
        <w:t>Listen to someone carrying grief or pain. Pray a simple prayer together if they would like you to.</w:t>
      </w:r>
    </w:p>
    <w:p>
      <w:pPr>
        <w:pStyle w:val="Heading2"/>
      </w:pPr>
      <w:r>
        <w:t>Prayer</w:t>
      </w:r>
    </w:p>
    <w:p>
      <w:r>
        <w:t>My God, thank you that Jesus has been in the darkness before us. Carry those who feel forsaken, and help us stay close.</w:t>
      </w:r>
    </w:p>
    <w:p>
      <w:pPr>
        <w:pStyle w:val="Heading1"/>
        <w:pageBreakBefore/>
      </w:pPr>
      <w:r>
        <w:t>Lesson 17 Joseph of Arimathea</w:t>
      </w:r>
    </w:p>
    <w:p>
      <w:r>
        <w:t>Read Mark 15:42–47 in your Bible.</w:t>
      </w:r>
    </w:p>
    <w:p>
      <w:pPr>
        <w:pStyle w:val="Heading2"/>
      </w:pPr>
      <w:r>
        <w:t>Enter the story</w:t>
      </w:r>
    </w:p>
    <w:p>
      <w:r>
        <w:t>Joseph dares to ask for Jesus’ body and sees to his burial. The women watch where Jesus is laid.</w:t>
      </w:r>
    </w:p>
    <w:p>
      <w:pPr>
        <w:pStyle w:val="Heading2"/>
      </w:pPr>
      <w:r>
        <w:t>Commentary</w:t>
      </w:r>
    </w:p>
    <w:p>
      <w:r>
        <w:t>It was the day of preparation, the day before the Sabbath. Joseph of Arimathea, a highly respected member of the council, dared to approach Pilate and ask for the body.</w:t>
      </w:r>
    </w:p>
    <w:p>
      <w:r>
        <w:t>I notice the word dared. It cost him something. He was one of those who held power. And now he came forward and attached his name to a crucified man.</w:t>
      </w:r>
    </w:p>
    <w:p>
      <w:r>
        <w:t>Pilate is surprised that Jesus is already dead. He calls the officer and has it confirmed. Then he gives Joseph the body.</w:t>
      </w:r>
    </w:p>
    <w:p>
      <w:r>
        <w:t>Joseph buys linen, takes him down, wraps him in it and lays him in a tomb cut into the rock. Then he rolls a stone across the entrance.</w:t>
      </w:r>
    </w:p>
    <w:p>
      <w:r>
        <w:t>Mary Magdalene and Mary the mother of Joses see where he is laid.</w:t>
      </w:r>
    </w:p>
    <w:p>
      <w:r>
        <w:t>It is a quiet story. No words. Just hands doing what needs to be done. I think of all the funerals I have attended. The quiet care for a dead body. Laying someone to rest. It is one of the last acts of love we can offer.</w:t>
      </w:r>
    </w:p>
    <w:p>
      <w:r>
        <w:t>And the women watch. They note the place. They will return.</w:t>
      </w:r>
    </w:p>
    <w:p>
      <w:pPr>
        <w:pStyle w:val="Heading2"/>
      </w:pPr>
      <w:r>
        <w:t>Look closely</w:t>
      </w:r>
    </w:p>
    <w:p>
      <w:r>
        <w:t>What does Joseph do, and how is Jesus’ death confirmed? What do the women note?</w:t>
      </w:r>
    </w:p>
    <w:p>
      <w:pPr>
        <w:pStyle w:val="Heading2"/>
      </w:pPr>
      <w:r>
        <w:t>Reflect</w:t>
      </w:r>
    </w:p>
    <w:p>
      <w:r>
        <w:t>What quiet care can I offer when words are not enough?</w:t>
      </w:r>
    </w:p>
    <w:p>
      <w:pPr>
        <w:pStyle w:val="Heading2"/>
      </w:pPr>
      <w:r>
        <w:t>Together</w:t>
      </w:r>
    </w:p>
    <w:p>
      <w:r>
        <w:t>How can we support people after a death and in the practical tasks that follow?</w:t>
      </w:r>
    </w:p>
    <w:p>
      <w:pPr>
        <w:pStyle w:val="Heading2"/>
      </w:pPr>
      <w:r>
        <w:t>Live it out</w:t>
      </w:r>
    </w:p>
    <w:p>
      <w:r>
        <w:t>Offer practical help or quiet encouragement to someone who is grieving.</w:t>
      </w:r>
    </w:p>
    <w:p>
      <w:pPr>
        <w:pStyle w:val="Heading2"/>
      </w:pPr>
      <w:r>
        <w:t>Prayer</w:t>
      </w:r>
    </w:p>
    <w:p>
      <w:r>
        <w:t>Father, thank you for people who show care in grief. Help us be faithful and do what is needed.</w:t>
      </w:r>
    </w:p>
    <w:p>
      <w:pPr>
        <w:pStyle w:val="Heading1"/>
        <w:pageBreakBefore/>
      </w:pPr>
      <w:r>
        <w:t>Lesson 18 He is not here</w:t>
      </w:r>
    </w:p>
    <w:p>
      <w:r>
        <w:t>Read Mark 16:1–8 in your Bible.</w:t>
      </w:r>
    </w:p>
    <w:p>
      <w:pPr>
        <w:pStyle w:val="Heading2"/>
      </w:pPr>
      <w:r>
        <w:t>Enter the story</w:t>
      </w:r>
    </w:p>
    <w:p>
      <w:r>
        <w:t>The women go to the tomb with oils and an unresolved practical question. Read the message they receive, especially the words about Peter.</w:t>
      </w:r>
    </w:p>
    <w:p>
      <w:pPr>
        <w:pStyle w:val="Heading2"/>
      </w:pPr>
      <w:r>
        <w:t>Commentary</w:t>
      </w:r>
    </w:p>
    <w:p>
      <w:r>
        <w:t>When the Sabbath was over, the women bought fragrant oils to anoint him. And early on the first day of the week, as the sun rose, they went to the tomb.</w:t>
      </w:r>
    </w:p>
    <w:p>
      <w:r>
        <w:t>They ask one another: Who will roll the stone away from the entrance for us? It is such a practical question. They had not worked out how they would do it. They went anyway.</w:t>
      </w:r>
    </w:p>
    <w:p>
      <w:r>
        <w:t>I like that. How often have I gone towards something without knowing how it would work out? And found that the stone had already been rolled away.</w:t>
      </w:r>
    </w:p>
    <w:p>
      <w:r>
        <w:t>For it has. The stone is gone. They enter and see a young man dressed in white, and they are alarmed. He says: Do not be alarmed. You are looking for Jesus of Nazareth, who was crucified. He has risen; he is not here. Look, there is the place where they laid him.</w:t>
      </w:r>
    </w:p>
    <w:p>
      <w:r>
        <w:t>And then: But go and tell his disciples and Peter: He is going ahead of you to Galilee. You will see him there, just as he told you.</w:t>
      </w:r>
    </w:p>
    <w:p>
      <w:r>
        <w:t>And Peter. I read these two words as some of the most beautiful in the whole Gospel. The one who denied him is mentioned by name. He has not been written off. He has not been forgotten. He is called to come.</w:t>
      </w:r>
    </w:p>
    <w:p>
      <w:r>
        <w:t>The women leave and flee from the tomb. They are trembling and beside themselves. And they say nothing to anyone, because they are afraid.</w:t>
      </w:r>
    </w:p>
    <w:p>
      <w:r>
        <w:t>I have long wondered why the passage ends like this. With fear and silence. But I think I understand it better now. Mark leaves it open, like an invitation. The women were silent. But we, who have read the whole story, cannot remain silent. We are the ones who must tell it on.</w:t>
      </w:r>
    </w:p>
    <w:p>
      <w:r>
        <w:t>And he still goes ahead, to Galilee, to everyday life, to where it all began.</w:t>
      </w:r>
    </w:p>
    <w:p>
      <w:pPr>
        <w:pStyle w:val="Heading2"/>
      </w:pPr>
      <w:r>
        <w:t>Look closely</w:t>
      </w:r>
    </w:p>
    <w:p>
      <w:r>
        <w:t>What do the women hear about Jesus, and what are they to tell the disciples and Peter?</w:t>
      </w:r>
    </w:p>
    <w:p>
      <w:pPr>
        <w:pStyle w:val="Heading2"/>
      </w:pPr>
      <w:r>
        <w:t>Reflect</w:t>
      </w:r>
    </w:p>
    <w:p>
      <w:r>
        <w:t>What does it mean that the one who failed is mentioned by name and called to come?</w:t>
      </w:r>
    </w:p>
    <w:p>
      <w:pPr>
        <w:pStyle w:val="Heading2"/>
      </w:pPr>
      <w:r>
        <w:t>Together</w:t>
      </w:r>
    </w:p>
    <w:p>
      <w:r>
        <w:t>How can we help people hear that they have not been written off?</w:t>
      </w:r>
    </w:p>
    <w:p>
      <w:pPr>
        <w:pStyle w:val="Heading2"/>
      </w:pPr>
      <w:r>
        <w:t>Live it out</w:t>
      </w:r>
    </w:p>
    <w:p>
      <w:r>
        <w:t>Share an encouragement about Jesus’ grace with someone who needs a new start.</w:t>
      </w:r>
    </w:p>
    <w:p>
      <w:pPr>
        <w:pStyle w:val="Heading2"/>
      </w:pPr>
      <w:r>
        <w:t>Prayer</w:t>
      </w:r>
    </w:p>
    <w:p>
      <w:r>
        <w:t>Risen Jesus, thank you for going ahead of us. Help us receive your grace and pass on the good news.</w:t>
      </w:r>
    </w:p>
    <w:p>
      <w:pPr>
        <w:pStyle w:val="Heading1"/>
        <w:pageBreakBefore/>
      </w:pPr>
      <w:r>
        <w:t>Lesson 19 He is with us</w:t>
      </w:r>
    </w:p>
    <w:p>
      <w:r>
        <w:t>Read Mark 16:9–20 in your Bible.</w:t>
      </w:r>
    </w:p>
    <w:p>
      <w:pPr>
        <w:pStyle w:val="Heading2"/>
      </w:pPr>
      <w:r>
        <w:t>Enter the story</w:t>
      </w:r>
    </w:p>
    <w:p>
      <w:r>
        <w:t>Read about the risen Jesus meeting the disciples, sending them out and working with them. Let this ending carry your reading into the mission.</w:t>
      </w:r>
    </w:p>
    <w:p>
      <w:pPr>
        <w:pStyle w:val="Heading2"/>
      </w:pPr>
      <w:r>
        <w:t>Commentary</w:t>
      </w:r>
    </w:p>
    <w:p>
      <w:r>
        <w:t>In newer Bibles this longer ending appears either in brackets or as a footnote. That is because some of the oldest manuscripts do not contain these verses. Some biblical scholars believe that this longer ending was written later. Since the passage is part of the Textus Receptus and has substantial support, I regard it as God’s Word.</w:t>
      </w:r>
    </w:p>
    <w:p>
      <w:r>
        <w:t>This ending shows that Jesus was with the disciples as he had promised. It includes several more accounts: Jesus appearing to Mary Magdalene, to two on the road and to the eleven at the table. He sends them into the whole world. And he is taken up into heaven. This agrees with the other Gospels.</w:t>
      </w:r>
    </w:p>
    <w:p>
      <w:r>
        <w:t>But I am glad that both the short and the long ending have been allowed to stand. The short one lets me see the women at the tomb, trembling and silent. The long one lets me see what happened afterwards: those who did not believe were allowed to see, and they went out.</w:t>
      </w:r>
    </w:p>
    <w:p>
      <w:r>
        <w:t>I notice that in the long ending Jesus rebukes the eleven for their unbelief. And then he sends them anyway. It is the same pattern as throughout the Gospel. He calls those who do not understand. He goes ahead of those who have failed. And he sends out those who were afraid.</w:t>
      </w:r>
    </w:p>
    <w:p>
      <w:r>
        <w:t>The last sentence says that they went out and preached everywhere, and the Lord worked with them.</w:t>
      </w:r>
    </w:p>
    <w:p>
      <w:r>
        <w:t>I have gone out myself, many times, to many places. I have not always understood. I have failed. I have been afraid. But I have known him working with me.</w:t>
      </w:r>
    </w:p>
    <w:p>
      <w:r>
        <w:t>And perhaps this is what I want to say at the end, after walking through the whole of Mark: He went ahead. He still goes ahead. And he still confirms his Word with the signs he promised would follow those who believed and took the mission seriously.</w:t>
      </w:r>
    </w:p>
    <w:p>
      <w:pPr>
        <w:pStyle w:val="Heading2"/>
      </w:pPr>
      <w:r>
        <w:t>Look closely</w:t>
      </w:r>
    </w:p>
    <w:p>
      <w:r>
        <w:t>Whom does Jesus meet, what mission does he give them, and what does the last verse say about the Lord’s work?</w:t>
      </w:r>
    </w:p>
    <w:p>
      <w:pPr>
        <w:pStyle w:val="Heading2"/>
      </w:pPr>
      <w:r>
        <w:t>Reflect</w:t>
      </w:r>
    </w:p>
    <w:p>
      <w:r>
        <w:t>What courage does it give me that Jesus sends people who have been afraid and have not understood?</w:t>
      </w:r>
    </w:p>
    <w:p>
      <w:pPr>
        <w:pStyle w:val="Heading2"/>
      </w:pPr>
      <w:r>
        <w:t>Together</w:t>
      </w:r>
    </w:p>
    <w:p>
      <w:r>
        <w:t>Which people and places are we called to reach with the gospel? How can we pray and go together?</w:t>
      </w:r>
    </w:p>
    <w:p>
      <w:pPr>
        <w:pStyle w:val="Heading2"/>
      </w:pPr>
      <w:r>
        <w:t>Live it out</w:t>
      </w:r>
    </w:p>
    <w:p>
      <w:r>
        <w:t>Take a practical step to share the gospel. Pray for those you meet, including for healing and God’s help, trusting that the Lord works with you.</w:t>
      </w:r>
    </w:p>
    <w:p>
      <w:pPr>
        <w:pStyle w:val="Heading2"/>
      </w:pPr>
      <w:r>
        <w:t>Prayer</w:t>
      </w:r>
    </w:p>
    <w:p>
      <w:r>
        <w:t>Lord Jesus, thank you for being with us. Give us courage to preach the gospel, and confirm your word as we go in the mission you have given us.</w:t>
      </w:r>
    </w:p>
    <w:p>
      <w:pPr>
        <w:pStyle w:val="Heading1"/>
        <w:pageBreakBefore/>
      </w:pPr>
      <w:r>
        <w:t>Pause and look back at module 6</w:t>
      </w:r>
    </w:p>
    <w:p>
      <w:r>
        <w:t>Read Mark 14:22–25, Mark 15:39 and Mark 16:6–7. What have you discovered about Jesus through his gift, his death and his resurrection? Follow Peter too, from his promises through his failure to his name being mentioned at the tomb. What does this teach us about grace?</w:t>
      </w:r>
    </w:p>
    <w:p>
      <w:r>
        <w:t>Share what has moved you most, and pray for one another. Then read Mark 16:15–20 and talk about how you will continue in Jesus’ mission, trusting that the Lord works with you.</w:t>
      </w:r>
    </w:p>
    <w:p>
      <w:pPr>
        <w:pStyle w:val="Heading1"/>
        <w:pageBreakBefore/>
      </w:pPr>
      <w:r>
        <w:t>Keep following Jesus</w:t>
      </w:r>
    </w:p>
    <w:p>
      <w:r>
        <w:t>We have followed Jesus from the Jordan to the empty tomb and the sending out into the whole world. We have heard his call, seen his care and encountered the words that challenge us. The disciples did not understand everything, and they failed. Yet Jesus went ahead of them and sent them out. He still goes ahead.</w:t>
      </w:r>
    </w:p>
    <w:p>
      <w:r>
        <w:t>Look back over what you have written and shared during the course. What have you learned about Jesus, and where has your life begun to be shaped by his words? Choose one practical step you want to continue taking. Share it with someone you can pray with and follow Jesus with.</w:t>
      </w:r>
    </w:p>
    <w:p>
      <w:r>
        <w:t>Ask for help to see the people around you, listen to Jesus and do what he teaches you. Take part in the community, and be open to whom he wants to send you. The course ends, but the journey and the mission continue.</w:t>
      </w:r>
    </w:p>
    <w:p>
      <w:pPr>
        <w:pStyle w:val="Heading2"/>
      </w:pPr>
      <w:r>
        <w:t>Prayer</w:t>
      </w:r>
    </w:p>
    <w:p>
      <w:r>
        <w:t>Lord Jesus, thank you for all you have shown us through Mark. Thank you for the cross, the resurrection and your grace. Help us follow you in everyday life, serve people with love and carry the gospel onwards. Be with us and confirm your word as you have promised.</w:t>
      </w:r>
    </w:p>
    <w:sectPr w:rsidR="00FC693F" w:rsidRPr="0006063C" w:rsidSect="00034616">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Walking with Jesus through Mark</dc:title>
  <dc:subject>Complete English course manuscript with six modules and 86 lessons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