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Å følgja Jesus gjennom Markus</w:t>
      </w:r>
    </w:p>
    <w:p>
      <w:r>
        <w:t>Erling Thu Academy for Discipleship</w:t>
      </w:r>
    </w:p>
    <w:p>
      <w:r>
        <w:t>Komplett kursmanus med seks modular og 86 leksjonar</w:t>
      </w:r>
    </w:p>
    <w:p>
      <w:r>
        <w:t>Kva kan vi oppdaga dersom vi sluttar å skunda oss gjennom Bibelen og i staden vandrar sakte saman med Jesus gjennom Markusevangeliet? Dette kurset inviterer deg til å lesa, lytta og følgja. Vi skal sjå kva Jesus seier og gjer, og la møtet med han forma livet vårt.</w:t>
      </w:r>
    </w:p>
    <w:p>
      <w:r>
        <w:t>Eg plar ofte råda nye kristne til å begynna med Markusevangeliet når dei skal ta til med bibellesinga si. Markus er ein god plass å starta, tykkjer eg. Det er det kortaste evangeliet. Det er mange korte avsnitt, og det skjer mykje heile tida. Det er mykje handling og lite teori. Jesu liv og gjerning er det sentrale. Det er ein fortetta, rett på forteljarstil og ikkje mykje utanomsnakk. Det er ein god plass å starta vandringa med Jesus.</w:t>
      </w:r>
    </w:p>
    <w:p>
      <w:pPr>
        <w:pStyle w:val="Heading1"/>
      </w:pPr>
      <w:r>
        <w:t>Slik bruker du kurset</w:t>
      </w:r>
    </w:p>
    <w:p>
      <w:r>
        <w:t>Les bibelavsnittet før du les kommentaren. Stans ved eit ord, ei handling eller eit spørsmål som grip deg. Les så undervisninga og gå tilbake til bibelteksten. Kva står det faktisk, og kva hjelper kommentaren deg til å oppdaga? Avslutt med bøn og eit konkret steg i kvardagen. Du kan arbeida åleine, men del gjerne det du oppdagar med nokon du følgjer Jesus saman med.</w:t>
      </w:r>
    </w:p>
    <w:p>
      <w:r>
        <w:t>Vi brukar Bibelselskapet si nynorske omsetjing frå 2024 og kan samanlikna med New Living Translation der kommentarane viser til denne. Les heile avsnittet i Bibelen din. Ei samanlikning mellom omsetjingar skal hjelpa oss til å sjå teksten tydelegare. Eit ord må alltid lesast i samanhengen det står i.</w:t>
      </w:r>
    </w:p>
    <w:p>
      <w:r>
        <w:t>Set gjerne av 10–15 minutt, og meir når eit avsnitt kallar på ettertanke. Etter seks lesingar kan du bruka ein dag til å lesa om att, be og dela. Dette er ein rytme du kan tilpassa, ikkje eit krav om å skunda deg vidare.</w:t>
      </w:r>
    </w:p>
    <w:p>
      <w:pPr>
        <w:pStyle w:val="Heading1"/>
      </w:pPr>
      <w:r>
        <w:t>Dei seks modulane</w:t>
      </w:r>
    </w:p>
    <w:p>
      <w:pPr>
        <w:pStyle w:val="Heading2"/>
      </w:pPr>
      <w:r>
        <w:t>Modul 1 Jesus kallar oss til å følgja</w:t>
      </w:r>
    </w:p>
    <w:p>
      <w:r>
        <w:t>Mark 1,1–3,6. Jesu dåp, Guds rike, kallet og Jesu fullmakt.</w:t>
      </w:r>
    </w:p>
    <w:p>
      <w:pPr>
        <w:pStyle w:val="Heading2"/>
      </w:pPr>
      <w:r>
        <w:t>Modul 2 Vera med Jesus og høyra ordet hans</w:t>
      </w:r>
    </w:p>
    <w:p>
      <w:r>
        <w:t>Mark 3,7–6,6. Dei tolv, Jesu familie, likningane, tru og motstand.</w:t>
      </w:r>
    </w:p>
    <w:p>
      <w:pPr>
        <w:pStyle w:val="Heading2"/>
      </w:pPr>
      <w:r>
        <w:t>Modul 3 Sendte av Jesus og opne for å sjå</w:t>
      </w:r>
    </w:p>
    <w:p>
      <w:r>
        <w:t>Mark 6,7–8,30. Utsending, brød, reine hjarta og vedkjenninga av Jesus som Messias.</w:t>
      </w:r>
    </w:p>
    <w:p>
      <w:pPr>
        <w:pStyle w:val="Heading2"/>
      </w:pPr>
      <w:r>
        <w:t>Modul 4 Følgja Jesus på vegen til krossen</w:t>
      </w:r>
    </w:p>
    <w:p>
      <w:r>
        <w:t>Mark 8,31–10,52. Krossen, bøn, teneste, born, eigedom og opne auge.</w:t>
      </w:r>
    </w:p>
    <w:p>
      <w:pPr>
        <w:pStyle w:val="Heading2"/>
      </w:pPr>
      <w:r>
        <w:t>Modul 5 Jesus i Jerusalem</w:t>
      </w:r>
    </w:p>
    <w:p>
      <w:r>
        <w:t>Mark 11,1–13,37. Kongen, tempelet, kjærleiksbodet og kallet til å vaka.</w:t>
      </w:r>
    </w:p>
    <w:p>
      <w:pPr>
        <w:pStyle w:val="Heading2"/>
      </w:pPr>
      <w:r>
        <w:t>Modul 6 Krossen og oppstoda</w:t>
      </w:r>
    </w:p>
    <w:p>
      <w:r>
        <w:t>Mark 14,1–16,20. Den siste natta, Jesu død, den tomme grava og utsendinga.</w:t>
      </w:r>
    </w:p>
    <w:p>
      <w:pPr>
        <w:pStyle w:val="Heading1"/>
      </w:pPr>
      <w:r>
        <w:t>Forma på leksjonane</w:t>
      </w:r>
    </w:p>
    <w:p>
      <w:r>
        <w:t>Kvar leksjon tek til med bibelavsnittet og ei kort hjelp til å gå inn i forteljinga. Kommentarane ber undervisninga. Spørsmåla hjelper oss til å sjå nøye etter og oppdaga kven Jesus er, kva Guds rike inneber og korleis vi kan følgja han. Til ettertanke, Saman og Lev det ut fører lesinga over i livet. Vi avsluttar med ei kort bøn.</w:t>
      </w:r>
    </w:p>
    <w:p>
      <w:r>
        <w:t>Kurset omfattar heile Markusevangeliet i seks modular med 86 leksjonar. Kommentarane dine ber undervisninga. Innleiingar, spørsmål, praktiske steg og avsluttande bøner er lagde til for kursbruken. Kommentaren til mettinga av dei fem tusen og dei reviderte tekstane til Markus 16 er innarbeidde.</w:t>
      </w:r>
    </w:p>
    <w:p>
      <w:pPr>
        <w:pStyle w:val="Heading1"/>
        <w:pageBreakBefore/>
      </w:pPr>
      <w:r>
        <w:t>Leksjonsoversikt</w:t>
      </w:r>
    </w:p>
    <w:p>
      <w:pPr>
        <w:pStyle w:val="Heading2"/>
      </w:pPr>
      <w:r>
        <w:t>Modul 1 Jesus kallar oss til å følgja</w:t>
      </w:r>
    </w:p>
    <w:p>
      <w:pPr>
        <w:spacing w:after="60" w:line="240" w:lineRule="auto"/>
      </w:pPr>
      <w:r>
        <w:rPr>
          <w:sz w:val="21"/>
        </w:rPr>
        <w:t>Leksjon 1 Døyparen Johannes ryddar veg</w:t>
      </w:r>
    </w:p>
    <w:p>
      <w:pPr>
        <w:spacing w:after="60" w:line="240" w:lineRule="auto"/>
      </w:pPr>
      <w:r>
        <w:rPr>
          <w:sz w:val="21"/>
        </w:rPr>
        <w:t>Leksjon 2 Jesu dåp og freisting</w:t>
      </w:r>
    </w:p>
    <w:p>
      <w:pPr>
        <w:spacing w:after="60" w:line="240" w:lineRule="auto"/>
      </w:pPr>
      <w:r>
        <w:rPr>
          <w:sz w:val="21"/>
        </w:rPr>
        <w:t>Leksjon 3 Tida er inne</w:t>
      </w:r>
    </w:p>
    <w:p>
      <w:pPr>
        <w:spacing w:after="60" w:line="240" w:lineRule="auto"/>
      </w:pPr>
      <w:r>
        <w:rPr>
          <w:sz w:val="21"/>
        </w:rPr>
        <w:t>Leksjon 4 Kom og følg meg</w:t>
      </w:r>
    </w:p>
    <w:p>
      <w:pPr>
        <w:spacing w:after="60" w:line="240" w:lineRule="auto"/>
      </w:pPr>
      <w:r>
        <w:rPr>
          <w:sz w:val="21"/>
        </w:rPr>
        <w:t>Leksjon 5 Jesu ord har fullmakt</w:t>
      </w:r>
    </w:p>
    <w:p>
      <w:pPr>
        <w:spacing w:after="60" w:line="240" w:lineRule="auto"/>
      </w:pPr>
      <w:r>
        <w:rPr>
          <w:sz w:val="21"/>
        </w:rPr>
        <w:t>Leksjon 6 Bøn og oppdrag</w:t>
      </w:r>
    </w:p>
    <w:p>
      <w:pPr>
        <w:spacing w:after="60" w:line="240" w:lineRule="auto"/>
      </w:pPr>
      <w:r>
        <w:rPr>
          <w:sz w:val="21"/>
        </w:rPr>
        <w:t>Leksjon 7 Jesus rører ved den spedalske</w:t>
      </w:r>
    </w:p>
    <w:p>
      <w:pPr>
        <w:spacing w:after="60" w:line="240" w:lineRule="auto"/>
      </w:pPr>
      <w:r>
        <w:rPr>
          <w:sz w:val="21"/>
        </w:rPr>
        <w:t>Leksjon 8 Jesus lækjer ein lam mann</w:t>
      </w:r>
    </w:p>
    <w:p>
      <w:pPr>
        <w:spacing w:after="60" w:line="240" w:lineRule="auto"/>
      </w:pPr>
      <w:r>
        <w:rPr>
          <w:sz w:val="21"/>
        </w:rPr>
        <w:t>Leksjon 9 Jesus kallar Levi</w:t>
      </w:r>
    </w:p>
    <w:p>
      <w:pPr>
        <w:spacing w:after="60" w:line="240" w:lineRule="auto"/>
      </w:pPr>
      <w:r>
        <w:rPr>
          <w:sz w:val="21"/>
        </w:rPr>
        <w:t>Leksjon 10 Fest og faste</w:t>
      </w:r>
    </w:p>
    <w:p>
      <w:pPr>
        <w:spacing w:after="60" w:line="240" w:lineRule="auto"/>
      </w:pPr>
      <w:r>
        <w:rPr>
          <w:sz w:val="21"/>
        </w:rPr>
        <w:t>Leksjon 11 Jesus og sabbaten</w:t>
      </w:r>
    </w:p>
    <w:p>
      <w:pPr>
        <w:spacing w:after="60" w:line="240" w:lineRule="auto"/>
      </w:pPr>
      <w:r>
        <w:rPr>
          <w:sz w:val="21"/>
        </w:rPr>
        <w:t>Leksjon 12 Jesus lækjer på sabbaten</w:t>
      </w:r>
    </w:p>
    <w:p>
      <w:pPr>
        <w:pStyle w:val="Heading2"/>
      </w:pPr>
      <w:r>
        <w:t>Modul 2 Vera med Jesus og høyra ordet hans</w:t>
      </w:r>
    </w:p>
    <w:p>
      <w:pPr>
        <w:spacing w:after="60" w:line="240" w:lineRule="auto"/>
      </w:pPr>
      <w:r>
        <w:rPr>
          <w:sz w:val="21"/>
        </w:rPr>
        <w:t>Leksjon 1 Folket flokkar seg kring Jesus</w:t>
      </w:r>
    </w:p>
    <w:p>
      <w:pPr>
        <w:spacing w:after="60" w:line="240" w:lineRule="auto"/>
      </w:pPr>
      <w:r>
        <w:rPr>
          <w:sz w:val="21"/>
        </w:rPr>
        <w:t>Leksjon 2 Dei skulle vera med han</w:t>
      </w:r>
    </w:p>
    <w:p>
      <w:pPr>
        <w:spacing w:after="60" w:line="240" w:lineRule="auto"/>
      </w:pPr>
      <w:r>
        <w:rPr>
          <w:sz w:val="21"/>
        </w:rPr>
        <w:t>Leksjon 3 Kven er Jesu familie</w:t>
      </w:r>
    </w:p>
    <w:p>
      <w:pPr>
        <w:spacing w:after="60" w:line="240" w:lineRule="auto"/>
      </w:pPr>
      <w:r>
        <w:rPr>
          <w:sz w:val="21"/>
        </w:rPr>
        <w:t>Leksjon 4 Ordet og jorda</w:t>
      </w:r>
    </w:p>
    <w:p>
      <w:pPr>
        <w:spacing w:after="60" w:line="240" w:lineRule="auto"/>
      </w:pPr>
      <w:r>
        <w:rPr>
          <w:sz w:val="21"/>
        </w:rPr>
        <w:t>Leksjon 5 Å forstå forteljingane</w:t>
      </w:r>
    </w:p>
    <w:p>
      <w:pPr>
        <w:spacing w:after="60" w:line="240" w:lineRule="auto"/>
      </w:pPr>
      <w:r>
        <w:rPr>
          <w:sz w:val="21"/>
        </w:rPr>
        <w:t>Leksjon 6 Pass på korleis du lyttar</w:t>
      </w:r>
    </w:p>
    <w:p>
      <w:pPr>
        <w:spacing w:after="60" w:line="240" w:lineRule="auto"/>
      </w:pPr>
      <w:r>
        <w:rPr>
          <w:sz w:val="21"/>
        </w:rPr>
        <w:t>Leksjon 7 Såkornet som veks</w:t>
      </w:r>
    </w:p>
    <w:p>
      <w:pPr>
        <w:spacing w:after="60" w:line="240" w:lineRule="auto"/>
      </w:pPr>
      <w:r>
        <w:rPr>
          <w:sz w:val="21"/>
        </w:rPr>
        <w:t>Leksjon 8 Det vesle sennepsfrøet</w:t>
      </w:r>
    </w:p>
    <w:p>
      <w:pPr>
        <w:spacing w:after="60" w:line="240" w:lineRule="auto"/>
      </w:pPr>
      <w:r>
        <w:rPr>
          <w:sz w:val="21"/>
        </w:rPr>
        <w:t>Leksjon 9 Kven er dette</w:t>
      </w:r>
    </w:p>
    <w:p>
      <w:pPr>
        <w:spacing w:after="60" w:line="240" w:lineRule="auto"/>
      </w:pPr>
      <w:r>
        <w:rPr>
          <w:sz w:val="21"/>
        </w:rPr>
        <w:t>Leksjon 10 Mannen som vart send heim</w:t>
      </w:r>
    </w:p>
    <w:p>
      <w:pPr>
        <w:spacing w:after="60" w:line="240" w:lineRule="auto"/>
      </w:pPr>
      <w:r>
        <w:rPr>
          <w:sz w:val="21"/>
        </w:rPr>
        <w:t>Leksjon 11 To døtrer</w:t>
      </w:r>
    </w:p>
    <w:p>
      <w:pPr>
        <w:spacing w:after="60" w:line="240" w:lineRule="auto"/>
      </w:pPr>
      <w:r>
        <w:rPr>
          <w:sz w:val="21"/>
        </w:rPr>
        <w:t>Leksjon 12 Snikkaren</w:t>
      </w:r>
    </w:p>
    <w:p>
      <w:pPr>
        <w:pStyle w:val="Heading2"/>
      </w:pPr>
      <w:r>
        <w:t>Modul 3 Sendte av Jesus og opne for å sjå</w:t>
      </w:r>
    </w:p>
    <w:p>
      <w:pPr>
        <w:spacing w:after="60" w:line="240" w:lineRule="auto"/>
      </w:pPr>
      <w:r>
        <w:rPr>
          <w:sz w:val="21"/>
        </w:rPr>
        <w:t>Leksjon 1 Berre ein stav</w:t>
      </w:r>
    </w:p>
    <w:p>
      <w:pPr>
        <w:spacing w:after="60" w:line="240" w:lineRule="auto"/>
      </w:pPr>
      <w:r>
        <w:rPr>
          <w:sz w:val="21"/>
        </w:rPr>
        <w:t>Leksjon 2 Herodes lydde gjerne</w:t>
      </w:r>
    </w:p>
    <w:p>
      <w:pPr>
        <w:spacing w:after="60" w:line="240" w:lineRule="auto"/>
      </w:pPr>
      <w:r>
        <w:rPr>
          <w:sz w:val="21"/>
        </w:rPr>
        <w:t>Leksjon 3 Gjev de dei mat</w:t>
      </w:r>
    </w:p>
    <w:p>
      <w:pPr>
        <w:spacing w:after="60" w:line="240" w:lineRule="auto"/>
      </w:pPr>
      <w:r>
        <w:rPr>
          <w:sz w:val="21"/>
        </w:rPr>
        <w:t>Leksjon 4 Nattevakt på sjøen</w:t>
      </w:r>
    </w:p>
    <w:p>
      <w:pPr>
        <w:spacing w:after="60" w:line="240" w:lineRule="auto"/>
      </w:pPr>
      <w:r>
        <w:rPr>
          <w:sz w:val="21"/>
        </w:rPr>
        <w:t>Leksjon 5 Reine hender</w:t>
      </w:r>
    </w:p>
    <w:p>
      <w:pPr>
        <w:spacing w:after="60" w:line="240" w:lineRule="auto"/>
      </w:pPr>
      <w:r>
        <w:rPr>
          <w:sz w:val="21"/>
        </w:rPr>
        <w:t>Leksjon 6 Smulene under bordet</w:t>
      </w:r>
    </w:p>
    <w:p>
      <w:pPr>
        <w:spacing w:after="60" w:line="240" w:lineRule="auto"/>
      </w:pPr>
      <w:r>
        <w:rPr>
          <w:sz w:val="21"/>
        </w:rPr>
        <w:t>Leksjon 7 Effata</w:t>
      </w:r>
    </w:p>
    <w:p>
      <w:pPr>
        <w:spacing w:after="60" w:line="240" w:lineRule="auto"/>
      </w:pPr>
      <w:r>
        <w:rPr>
          <w:sz w:val="21"/>
        </w:rPr>
        <w:t>Leksjon 8 Eg har vondt av folket</w:t>
      </w:r>
    </w:p>
    <w:p>
      <w:pPr>
        <w:spacing w:after="60" w:line="240" w:lineRule="auto"/>
      </w:pPr>
      <w:r>
        <w:rPr>
          <w:sz w:val="21"/>
        </w:rPr>
        <w:t>Leksjon 9 Inga teikn</w:t>
      </w:r>
    </w:p>
    <w:p>
      <w:pPr>
        <w:spacing w:after="60" w:line="240" w:lineRule="auto"/>
      </w:pPr>
      <w:r>
        <w:rPr>
          <w:sz w:val="21"/>
        </w:rPr>
        <w:t>Leksjon 10 Berre eitt brød i båten</w:t>
      </w:r>
    </w:p>
    <w:p>
      <w:pPr>
        <w:spacing w:after="60" w:line="240" w:lineRule="auto"/>
      </w:pPr>
      <w:r>
        <w:rPr>
          <w:sz w:val="21"/>
        </w:rPr>
        <w:t>Leksjon 11 Menneske som ser ut som tre</w:t>
      </w:r>
    </w:p>
    <w:p>
      <w:pPr>
        <w:spacing w:after="60" w:line="240" w:lineRule="auto"/>
      </w:pPr>
      <w:r>
        <w:rPr>
          <w:sz w:val="21"/>
        </w:rPr>
        <w:t>Leksjon 12 Kven seier de at eg er</w:t>
      </w:r>
    </w:p>
    <w:p>
      <w:pPr>
        <w:pStyle w:val="Heading2"/>
      </w:pPr>
      <w:r>
        <w:t>Modul 4 Følgja Jesus på vegen til krossen</w:t>
      </w:r>
    </w:p>
    <w:p>
      <w:pPr>
        <w:spacing w:after="60" w:line="240" w:lineRule="auto"/>
      </w:pPr>
      <w:r>
        <w:rPr>
          <w:sz w:val="21"/>
        </w:rPr>
        <w:t>Leksjon 1 Vik bak meg</w:t>
      </w:r>
    </w:p>
    <w:p>
      <w:pPr>
        <w:spacing w:after="60" w:line="240" w:lineRule="auto"/>
      </w:pPr>
      <w:r>
        <w:rPr>
          <w:sz w:val="21"/>
        </w:rPr>
        <w:t>Leksjon 2 Om nokon vil</w:t>
      </w:r>
    </w:p>
    <w:p>
      <w:pPr>
        <w:spacing w:after="60" w:line="240" w:lineRule="auto"/>
      </w:pPr>
      <w:r>
        <w:rPr>
          <w:sz w:val="21"/>
        </w:rPr>
        <w:t>Leksjon 3 Berre Jesus</w:t>
      </w:r>
    </w:p>
    <w:p>
      <w:pPr>
        <w:spacing w:after="60" w:line="240" w:lineRule="auto"/>
      </w:pPr>
      <w:r>
        <w:rPr>
          <w:sz w:val="21"/>
        </w:rPr>
        <w:t>Leksjon 4 Hjelp meg i vantrua mi</w:t>
      </w:r>
    </w:p>
    <w:p>
      <w:pPr>
        <w:spacing w:after="60" w:line="240" w:lineRule="auto"/>
      </w:pPr>
      <w:r>
        <w:rPr>
          <w:sz w:val="21"/>
        </w:rPr>
        <w:t>Leksjon 5 Gjeven over i menneskehender</w:t>
      </w:r>
    </w:p>
    <w:p>
      <w:pPr>
        <w:spacing w:after="60" w:line="240" w:lineRule="auto"/>
      </w:pPr>
      <w:r>
        <w:rPr>
          <w:sz w:val="21"/>
        </w:rPr>
        <w:t>Leksjon 6 Kva snakka de om på vegen</w:t>
      </w:r>
    </w:p>
    <w:p>
      <w:pPr>
        <w:spacing w:after="60" w:line="240" w:lineRule="auto"/>
      </w:pPr>
      <w:r>
        <w:rPr>
          <w:sz w:val="21"/>
        </w:rPr>
        <w:t>Leksjon 7 Hindra han ikkje</w:t>
      </w:r>
    </w:p>
    <w:p>
      <w:pPr>
        <w:spacing w:after="60" w:line="240" w:lineRule="auto"/>
      </w:pPr>
      <w:r>
        <w:rPr>
          <w:sz w:val="21"/>
        </w:rPr>
        <w:t>Leksjon 8 Salt og fred</w:t>
      </w:r>
    </w:p>
    <w:p>
      <w:pPr>
        <w:spacing w:after="60" w:line="240" w:lineRule="auto"/>
      </w:pPr>
      <w:r>
        <w:rPr>
          <w:sz w:val="21"/>
        </w:rPr>
        <w:t>Leksjon 9 Frå byrjinga</w:t>
      </w:r>
    </w:p>
    <w:p>
      <w:pPr>
        <w:spacing w:after="60" w:line="240" w:lineRule="auto"/>
      </w:pPr>
      <w:r>
        <w:rPr>
          <w:sz w:val="21"/>
        </w:rPr>
        <w:t>Leksjon 10 La borna koma til meg</w:t>
      </w:r>
    </w:p>
    <w:p>
      <w:pPr>
        <w:spacing w:after="60" w:line="240" w:lineRule="auto"/>
      </w:pPr>
      <w:r>
        <w:rPr>
          <w:sz w:val="21"/>
        </w:rPr>
        <w:t>Leksjon 11 Jesus såg på han og fekk han kjær</w:t>
      </w:r>
    </w:p>
    <w:p>
      <w:pPr>
        <w:spacing w:after="60" w:line="240" w:lineRule="auto"/>
      </w:pPr>
      <w:r>
        <w:rPr>
          <w:sz w:val="21"/>
        </w:rPr>
        <w:t>Leksjon 12 Den tredje gongen</w:t>
      </w:r>
    </w:p>
    <w:p>
      <w:pPr>
        <w:spacing w:after="60" w:line="240" w:lineRule="auto"/>
      </w:pPr>
      <w:r>
        <w:rPr>
          <w:sz w:val="21"/>
        </w:rPr>
        <w:t>Leksjon 13 Kva vil de eg skal gjera for dykk</w:t>
      </w:r>
    </w:p>
    <w:p>
      <w:pPr>
        <w:spacing w:after="60" w:line="240" w:lineRule="auto"/>
      </w:pPr>
      <w:r>
        <w:rPr>
          <w:sz w:val="21"/>
        </w:rPr>
        <w:t>Leksjon 14 Bartimeus ved vegen</w:t>
      </w:r>
    </w:p>
    <w:p>
      <w:pPr>
        <w:pStyle w:val="Heading2"/>
      </w:pPr>
      <w:r>
        <w:t>Modul 5 Jesus i Jerusalem</w:t>
      </w:r>
    </w:p>
    <w:p>
      <w:pPr>
        <w:spacing w:after="60" w:line="240" w:lineRule="auto"/>
      </w:pPr>
      <w:r>
        <w:rPr>
          <w:sz w:val="21"/>
        </w:rPr>
        <w:t>Leksjon 1 Eit fole som ingen hadde ride på</w:t>
      </w:r>
    </w:p>
    <w:p>
      <w:pPr>
        <w:spacing w:after="60" w:line="240" w:lineRule="auto"/>
      </w:pPr>
      <w:r>
        <w:rPr>
          <w:sz w:val="21"/>
        </w:rPr>
        <w:t>Leksjon 2 Berre blad</w:t>
      </w:r>
    </w:p>
    <w:p>
      <w:pPr>
        <w:spacing w:after="60" w:line="240" w:lineRule="auto"/>
      </w:pPr>
      <w:r>
        <w:rPr>
          <w:sz w:val="21"/>
        </w:rPr>
        <w:t>Leksjon 3 Eit bøns hus for alle folk</w:t>
      </w:r>
    </w:p>
    <w:p>
      <w:pPr>
        <w:spacing w:after="60" w:line="240" w:lineRule="auto"/>
      </w:pPr>
      <w:r>
        <w:rPr>
          <w:sz w:val="21"/>
        </w:rPr>
        <w:t>Leksjon 4 Ha tru på Gud</w:t>
      </w:r>
    </w:p>
    <w:p>
      <w:pPr>
        <w:spacing w:after="60" w:line="240" w:lineRule="auto"/>
      </w:pPr>
      <w:r>
        <w:rPr>
          <w:sz w:val="21"/>
        </w:rPr>
        <w:t>Leksjon 5 Kven gav deg lov</w:t>
      </w:r>
    </w:p>
    <w:p>
      <w:pPr>
        <w:spacing w:after="60" w:line="240" w:lineRule="auto"/>
      </w:pPr>
      <w:r>
        <w:rPr>
          <w:sz w:val="21"/>
        </w:rPr>
        <w:t>Leksjon 6 Dei vil vel ha vørdnad for son min</w:t>
      </w:r>
    </w:p>
    <w:p>
      <w:pPr>
        <w:spacing w:after="60" w:line="240" w:lineRule="auto"/>
      </w:pPr>
      <w:r>
        <w:rPr>
          <w:sz w:val="21"/>
        </w:rPr>
        <w:t>Leksjon 7 Kven sitt bilete</w:t>
      </w:r>
    </w:p>
    <w:p>
      <w:pPr>
        <w:spacing w:after="60" w:line="240" w:lineRule="auto"/>
      </w:pPr>
      <w:r>
        <w:rPr>
          <w:sz w:val="21"/>
        </w:rPr>
        <w:t>Leksjon 8 Ein Gud for dei levande</w:t>
      </w:r>
    </w:p>
    <w:p>
      <w:pPr>
        <w:spacing w:after="60" w:line="240" w:lineRule="auto"/>
      </w:pPr>
      <w:r>
        <w:rPr>
          <w:sz w:val="21"/>
        </w:rPr>
        <w:t>Leksjon 9 Ikkje langt frå Guds rike</w:t>
      </w:r>
    </w:p>
    <w:p>
      <w:pPr>
        <w:spacing w:after="60" w:line="240" w:lineRule="auto"/>
      </w:pPr>
      <w:r>
        <w:rPr>
          <w:sz w:val="21"/>
        </w:rPr>
        <w:t>Leksjon 10 Lange kappar og fremste plassar</w:t>
      </w:r>
    </w:p>
    <w:p>
      <w:pPr>
        <w:spacing w:after="60" w:line="240" w:lineRule="auto"/>
      </w:pPr>
      <w:r>
        <w:rPr>
          <w:sz w:val="21"/>
        </w:rPr>
        <w:t>Leksjon 11 To små koparmyntar</w:t>
      </w:r>
    </w:p>
    <w:p>
      <w:pPr>
        <w:spacing w:after="60" w:line="240" w:lineRule="auto"/>
      </w:pPr>
      <w:r>
        <w:rPr>
          <w:sz w:val="21"/>
        </w:rPr>
        <w:t>Leksjon 12 Steinane</w:t>
      </w:r>
    </w:p>
    <w:p>
      <w:pPr>
        <w:spacing w:after="60" w:line="240" w:lineRule="auto"/>
      </w:pPr>
      <w:r>
        <w:rPr>
          <w:sz w:val="21"/>
        </w:rPr>
        <w:t>Leksjon 13 Sjå til at ingen fører dykk vill</w:t>
      </w:r>
    </w:p>
    <w:p>
      <w:pPr>
        <w:spacing w:after="60" w:line="240" w:lineRule="auto"/>
      </w:pPr>
      <w:r>
        <w:rPr>
          <w:sz w:val="21"/>
        </w:rPr>
        <w:t>Leksjon 14 Be om at det ikkje skal skje om vinteren</w:t>
      </w:r>
    </w:p>
    <w:p>
      <w:pPr>
        <w:spacing w:after="60" w:line="240" w:lineRule="auto"/>
      </w:pPr>
      <w:r>
        <w:rPr>
          <w:sz w:val="21"/>
        </w:rPr>
        <w:t>Leksjon 15 Frå dei fire vindane</w:t>
      </w:r>
    </w:p>
    <w:p>
      <w:pPr>
        <w:spacing w:after="60" w:line="240" w:lineRule="auto"/>
      </w:pPr>
      <w:r>
        <w:rPr>
          <w:sz w:val="21"/>
        </w:rPr>
        <w:t>Leksjon 16 Lær av fikentreet</w:t>
      </w:r>
    </w:p>
    <w:p>
      <w:pPr>
        <w:spacing w:after="60" w:line="240" w:lineRule="auto"/>
      </w:pPr>
      <w:r>
        <w:rPr>
          <w:sz w:val="21"/>
        </w:rPr>
        <w:t>Leksjon 17 Vak</w:t>
      </w:r>
    </w:p>
    <w:p>
      <w:pPr>
        <w:pStyle w:val="Heading2"/>
      </w:pPr>
      <w:r>
        <w:t>Modul 6 Krossen og oppstoda</w:t>
      </w:r>
    </w:p>
    <w:p>
      <w:pPr>
        <w:spacing w:after="60" w:line="240" w:lineRule="auto"/>
      </w:pPr>
      <w:r>
        <w:rPr>
          <w:sz w:val="21"/>
        </w:rPr>
        <w:t>Leksjon 1 Ikkje under høgtida</w:t>
      </w:r>
    </w:p>
    <w:p>
      <w:pPr>
        <w:spacing w:after="60" w:line="240" w:lineRule="auto"/>
      </w:pPr>
      <w:r>
        <w:rPr>
          <w:sz w:val="21"/>
        </w:rPr>
        <w:t>Leksjon 2 Ho gjorde det ho kunne</w:t>
      </w:r>
    </w:p>
    <w:p>
      <w:pPr>
        <w:spacing w:after="60" w:line="240" w:lineRule="auto"/>
      </w:pPr>
      <w:r>
        <w:rPr>
          <w:sz w:val="21"/>
        </w:rPr>
        <w:t>Leksjon 3 Ein av dei tolv</w:t>
      </w:r>
    </w:p>
    <w:p>
      <w:pPr>
        <w:spacing w:after="60" w:line="240" w:lineRule="auto"/>
      </w:pPr>
      <w:r>
        <w:rPr>
          <w:sz w:val="21"/>
        </w:rPr>
        <w:t>Leksjon 4 Ein mann med ei vasskrukke</w:t>
      </w:r>
    </w:p>
    <w:p>
      <w:pPr>
        <w:spacing w:after="60" w:line="240" w:lineRule="auto"/>
      </w:pPr>
      <w:r>
        <w:rPr>
          <w:sz w:val="21"/>
        </w:rPr>
        <w:t>Leksjon 5 Det er vel ikkje eg</w:t>
      </w:r>
    </w:p>
    <w:p>
      <w:pPr>
        <w:spacing w:after="60" w:line="240" w:lineRule="auto"/>
      </w:pPr>
      <w:r>
        <w:rPr>
          <w:sz w:val="21"/>
        </w:rPr>
        <w:t>Leksjon 6 Dette er kroppen min</w:t>
      </w:r>
    </w:p>
    <w:p>
      <w:pPr>
        <w:spacing w:after="60" w:line="240" w:lineRule="auto"/>
      </w:pPr>
      <w:r>
        <w:rPr>
          <w:sz w:val="21"/>
        </w:rPr>
        <w:t>Leksjon 7 Om så alle andre</w:t>
      </w:r>
    </w:p>
    <w:p>
      <w:pPr>
        <w:spacing w:after="60" w:line="240" w:lineRule="auto"/>
      </w:pPr>
      <w:r>
        <w:rPr>
          <w:sz w:val="21"/>
        </w:rPr>
        <w:t>Leksjon 8 Abba</w:t>
      </w:r>
    </w:p>
    <w:p>
      <w:pPr>
        <w:spacing w:after="60" w:line="240" w:lineRule="auto"/>
      </w:pPr>
      <w:r>
        <w:rPr>
          <w:sz w:val="21"/>
        </w:rPr>
        <w:t>Leksjon 9 Dei gjekk alle frå han</w:t>
      </w:r>
    </w:p>
    <w:p>
      <w:pPr>
        <w:spacing w:after="60" w:line="240" w:lineRule="auto"/>
      </w:pPr>
      <w:r>
        <w:rPr>
          <w:sz w:val="21"/>
        </w:rPr>
        <w:t>Leksjon 10 Eg er det</w:t>
      </w:r>
    </w:p>
    <w:p>
      <w:pPr>
        <w:spacing w:after="60" w:line="240" w:lineRule="auto"/>
      </w:pPr>
      <w:r>
        <w:rPr>
          <w:sz w:val="21"/>
        </w:rPr>
        <w:t>Leksjon 11 Hanen gol</w:t>
      </w:r>
    </w:p>
    <w:p>
      <w:pPr>
        <w:spacing w:after="60" w:line="240" w:lineRule="auto"/>
      </w:pPr>
      <w:r>
        <w:rPr>
          <w:sz w:val="21"/>
        </w:rPr>
        <w:t>Leksjon 12 Du seier det</w:t>
      </w:r>
    </w:p>
    <w:p>
      <w:pPr>
        <w:spacing w:after="60" w:line="240" w:lineRule="auto"/>
      </w:pPr>
      <w:r>
        <w:rPr>
          <w:sz w:val="21"/>
        </w:rPr>
        <w:t>Leksjon 13 Barabbas</w:t>
      </w:r>
    </w:p>
    <w:p>
      <w:pPr>
        <w:spacing w:after="60" w:line="240" w:lineRule="auto"/>
      </w:pPr>
      <w:r>
        <w:rPr>
          <w:sz w:val="21"/>
        </w:rPr>
        <w:t>Leksjon 14 Purpur og tornekrone</w:t>
      </w:r>
    </w:p>
    <w:p>
      <w:pPr>
        <w:spacing w:after="60" w:line="240" w:lineRule="auto"/>
      </w:pPr>
      <w:r>
        <w:rPr>
          <w:sz w:val="21"/>
        </w:rPr>
        <w:t>Leksjon 15 Simon frå Kyréne</w:t>
      </w:r>
    </w:p>
    <w:p>
      <w:pPr>
        <w:spacing w:after="60" w:line="240" w:lineRule="auto"/>
      </w:pPr>
      <w:r>
        <w:rPr>
          <w:sz w:val="21"/>
        </w:rPr>
        <w:t>Leksjon 16 Kvifor har du forlate meg</w:t>
      </w:r>
    </w:p>
    <w:p>
      <w:pPr>
        <w:spacing w:after="60" w:line="240" w:lineRule="auto"/>
      </w:pPr>
      <w:r>
        <w:rPr>
          <w:sz w:val="21"/>
        </w:rPr>
        <w:t>Leksjon 17 Josef frå Arimatea</w:t>
      </w:r>
    </w:p>
    <w:p>
      <w:pPr>
        <w:spacing w:after="60" w:line="240" w:lineRule="auto"/>
      </w:pPr>
      <w:r>
        <w:rPr>
          <w:sz w:val="21"/>
        </w:rPr>
        <w:t>Leksjon 18 Han er ikkje her</w:t>
      </w:r>
    </w:p>
    <w:p>
      <w:pPr>
        <w:spacing w:after="60" w:line="240" w:lineRule="auto"/>
      </w:pPr>
      <w:r>
        <w:rPr>
          <w:sz w:val="21"/>
        </w:rPr>
        <w:t>Leksjon 19 Han er med oss</w:t>
      </w:r>
    </w:p>
    <w:p>
      <w:pPr>
        <w:pStyle w:val="Heading1"/>
        <w:pageBreakBefore/>
      </w:pPr>
      <w:r>
        <w:t>Modul 1 Jesus kallar oss til å følgja</w:t>
      </w:r>
    </w:p>
    <w:p>
      <w:r>
        <w:t>Mark 1,1–3,6</w:t>
      </w:r>
    </w:p>
    <w:p>
      <w:r>
        <w:t>Vi møter Johannes som ryddar veg, Jesus som blir døypt og forkynner Guds rike, og menneska han kallar til å følgja. Orda hans har fullmakt: Han set fri, lækjer og tilgjev. Samstundes veks motstanden. Gjennom tolv leksjonar lærer vi å sjå kven Jesus er og svara på kallet hans.</w:t>
      </w:r>
    </w:p>
    <w:p>
      <w:r>
        <w:t>Les bibelavsnittet før kommentaren. Etter seks leksjonar kan du bruka ein dag til å sjå tilbake, dela og be. Hald så fram med resten av modulen.</w:t>
      </w:r>
    </w:p>
    <w:p>
      <w:pPr>
        <w:pStyle w:val="Heading1"/>
        <w:pageBreakBefore/>
      </w:pPr>
      <w:r>
        <w:t>Leksjon 1 Døyparen Johannes ryddar veg</w:t>
      </w:r>
    </w:p>
    <w:p>
      <w:r>
        <w:t>Les Mark 1,1–8 i Bibelen din.</w:t>
      </w:r>
    </w:p>
    <w:p>
      <w:pPr>
        <w:pStyle w:val="Heading2"/>
      </w:pPr>
      <w:r>
        <w:t>Gå inn i forteljinga</w:t>
      </w:r>
    </w:p>
    <w:p>
      <w:r>
        <w:t>Vi møter Jesus først gjennom ein som ryddar veg for han. Les avsnittet og legg merke til kva Johannes seier om seg sjølv og om han som kjem etter.</w:t>
      </w:r>
    </w:p>
    <w:p>
      <w:pPr>
        <w:pStyle w:val="Heading2"/>
      </w:pPr>
      <w:r>
        <w:t>Kommentar</w:t>
      </w:r>
    </w:p>
    <w:p>
      <w:r>
        <w:t>Den første setninga fangar meg:</w:t>
      </w:r>
    </w:p>
    <w:p>
      <w:r>
        <w:t>Markus startar med å seia: Dette er godt nytt om Jesus Messias, Guds Son. Det begynte akkurat slik som profeten Jesaja hadde skrive. Evangeliet begynte i samsvar med profetordet, slik Gud frå æva av hadde planlagd. Alt Gud tidlegare hadde gjort og sagt, peika fram mot dette: Godt nytt om Jesus Kristus. Profetane har profetert om Kristus og no har det vorte godt nytt, for han som skulle koma har kome. Guds plan har lange linjer tilbake til opphavet for verda, men det er ikkje berre gode ønskje, men noko som har vorte røyndom.</w:t>
      </w:r>
    </w:p>
    <w:p>
      <w:r>
        <w:t>Jesaja profeterte om ein bodberar som skulle gå føre Messias. Han skulle rydda veg for han.</w:t>
      </w:r>
    </w:p>
    <w:p>
      <w:r>
        <w:t>Slik stod døyparen Johannes fram, som ei oppfylling av profetordet. NLT seier at denne bodberaren var døyparen Johannes. Han var i øydemarka. Ein underleg stad å starta ei så viktig teneste. Han forkynte at folk skulle bli døypt for å visa at dei hadde vendt om frå syndene sine og vendt seg til Gud så dei kunne få tilgjeving.</w:t>
      </w:r>
    </w:p>
    <w:p>
      <w:r>
        <w:t>Eg legg merke til at Johannes døypte folk i Jordanelva og ikkje med vatn frå elva. Å døypa i vatn inneber å bli dukka heilt under i vatnet. Det er stor skilnad på å døypa i eller døypa med.</w:t>
      </w:r>
    </w:p>
    <w:p>
      <w:r>
        <w:t>Eg legg også merke til at Johannes skilde seg ut i måten han kledde seg på og i måten han åt. Ei grov kamelkappe med belte og grashopper og villhonning som mat. Ei spesiell framtoning og diet, men ikkje til hinder for gjerninga si.</w:t>
      </w:r>
    </w:p>
    <w:p>
      <w:r>
        <w:t>Matteus fortel at døyparen Johannes forkynte at Himmelriket hadde kome nær, men Markus seier at han forkynte at det skulle koma ein etter han, som var sterkare eller større enn han. Johannes sa at han ikkje ein gong var verdig til å bøya seg ned som ein slave for å løysa sandalreima hans. Så liten og uverdig kjende han seg i forhold til han som skulle koma etter han og som Johannes skulle rydda veg for.</w:t>
      </w:r>
    </w:p>
    <w:p>
      <w:r>
        <w:t>Eg legg merke til at det som gjorde Jesus sterkare og større enn døyparen Johannes var at Johannes berre døypte folk i vatn, men Jesus skulle døypa i Den Heilage Ande. Johannes forklarar ikkje kva denne dåpen i Den Heilage Ande som Jesus kjem med inneber, det er denne dåpen i Anden som er den store skilnaden mellom Jesus og Johannes, og kanskje det også er den store skilnaden mellom den gamle og nye pakt? Dette får vi kanskje læra meir om seinare i Markus evangeliet?</w:t>
      </w:r>
    </w:p>
    <w:p>
      <w:r>
        <w:t>Så legg eg merke til at NLT i 1,5 seier at døypte dei i Jordanelva, medan han i 1,8 seier han døyper med vatn og at Jesus skal døypa med Den Heilage Ande. Men her gjer NLT noko som ikkje norske biblar gjer. Han har ei stjerne bak med og ei fotnote som seier: eller i. Den greske preposisjonen kan jo omsetjast med både med og i, alt etter om det handlar om middelet eller lokasjonen. Samanhengen er jo tydeleg på at Jordanelva er lokasjonen folk blir døypte og dukka under i. Då tyder det på at dei som seier “med” tenkjer på barnedåp, der vatnet er middelet, for barnet får vatn aust over hovudet sitt.</w:t>
      </w:r>
    </w:p>
    <w:p>
      <w:r>
        <w:t>Men profetien til Jesaja om å rydda veg for Herren, vil ikkje sleppa meg. Kanskje det er slik at vi også er kalla til å rydda veg for Herren? Å vera ei røyst som roper? Å skapa rørsle mot Jesus og gjera det lett for folk å finna han?</w:t>
      </w:r>
    </w:p>
    <w:p>
      <w:pPr>
        <w:pStyle w:val="Heading2"/>
      </w:pPr>
      <w:r>
        <w:t>Sjå nøye etter</w:t>
      </w:r>
    </w:p>
    <w:p>
      <w:r>
        <w:t>Kva skil Johannes sin dåp frå den dåpen Jesus skal gje? Kva fortel dette om kven Jesus er?</w:t>
      </w:r>
    </w:p>
    <w:p>
      <w:pPr>
        <w:pStyle w:val="Heading2"/>
      </w:pPr>
      <w:r>
        <w:t>Til ettertanke</w:t>
      </w:r>
    </w:p>
    <w:p>
      <w:r>
        <w:t>Kva treng eg å venda meg frå, og kva vil det seia å venda meg til Gud?</w:t>
      </w:r>
    </w:p>
    <w:p>
      <w:pPr>
        <w:pStyle w:val="Heading2"/>
      </w:pPr>
      <w:r>
        <w:t>Saman</w:t>
      </w:r>
    </w:p>
    <w:p>
      <w:r>
        <w:t>Korleis kan vi gjera det lettare for menneske rundt oss å møta Jesus?</w:t>
      </w:r>
    </w:p>
    <w:p>
      <w:pPr>
        <w:pStyle w:val="Heading2"/>
      </w:pPr>
      <w:r>
        <w:t>Lev det ut</w:t>
      </w:r>
    </w:p>
    <w:p>
      <w:r>
        <w:t>Be for ein person du ønskjer skal møta Jesus. Ta eit enkelt steg for å opna ein samtale eller visa omsorg.</w:t>
      </w:r>
    </w:p>
    <w:p>
      <w:pPr>
        <w:pStyle w:val="Heading2"/>
      </w:pPr>
      <w:r>
        <w:t>Bøn</w:t>
      </w:r>
    </w:p>
    <w:p>
      <w:r>
        <w:t>Herre Jesus, takk for at du er komen. Hjelp meg å venda meg til deg og rydda veg for deg i livet mitt og mellom menneska eg møter.</w:t>
      </w:r>
    </w:p>
    <w:p>
      <w:pPr>
        <w:pStyle w:val="Heading1"/>
        <w:pageBreakBefore/>
      </w:pPr>
      <w:r>
        <w:t>Leksjon 2 Jesu dåp og freisting</w:t>
      </w:r>
    </w:p>
    <w:p>
      <w:r>
        <w:t>Les Mark 1,9–13 i Bibelen din.</w:t>
      </w:r>
    </w:p>
    <w:p>
      <w:pPr>
        <w:pStyle w:val="Heading2"/>
      </w:pPr>
      <w:r>
        <w:t>Gå inn i forteljinga</w:t>
      </w:r>
    </w:p>
    <w:p>
      <w:r>
        <w:t>Ved Jordan høyrer vi Far si røyst og ser Anden koma over Jesus. Så fører Anden han ut i øydemarka. Les begge hendingane som delar av den same forteljinga.</w:t>
      </w:r>
    </w:p>
    <w:p>
      <w:pPr>
        <w:pStyle w:val="Heading2"/>
      </w:pPr>
      <w:r>
        <w:t>Kommentar</w:t>
      </w:r>
    </w:p>
    <w:p>
      <w:r>
        <w:t>Ein dag kom Jesus til Johannes og vart døypt av han i Jordanelva. Jesus kom til Johannes og Johannes døypte han, enkelt og greitt. Her får vi ingen av detaljane som dei andre evangelia gjer oss. Markus fokuserer på det viktigaste: Jesus vart døypt og då han steig opp av vatnet såg han himmelen opna seg og Den Heilage Ande koma over han, Anden dala ned som ei due. Då kom det ei røyst frå himmelen: “Du er Son min, som eg elskar, i deg har eg mi glede.”</w:t>
      </w:r>
    </w:p>
    <w:p>
      <w:r>
        <w:t>Før Sonen hadde starta si teneste, før han hadde gått inn i den gjerninga han var etla til, før han hadde fått gjort noko som helst, gjev Far hans ære og herlegdom til han. Far gav han si anerkjenning før han hadde teke til med tenesta si. Vi menneske er heller trege til å gje ære, sjølv til folk som i eit langt liv i trufast teneste har vist at dei fortener ære. Far gav ære til Sonen sin fordi han hadde tillit til han og såg kva som budde i han. Gud æra det Jesus var, før gjerningane viste kven han var.</w:t>
      </w:r>
    </w:p>
    <w:p>
      <w:r>
        <w:t>Kjære Gud, hjelp meg å sjå menneske eg møter i dag slik dei er, for det dei er, skapte i ditt bilete, jamvel om eg ikkje kjenner livet og gjerningane deira. Er dei “eit godt tre” vil dei før eller seinare bera god frukt! Lat meg få sjå det gode i menneska før dei får sjansen til å visa ved gjerningane sine kor gode dei er.</w:t>
      </w:r>
    </w:p>
    <w:p>
      <w:r>
        <w:t>I 1,12 la eg merke til dette litle ordet “straks”. Med ein gong Anden hadde kome over han, straks dreiv Anden han ut i øydemarka der han i førti dagar vart freista av Satan. Straks etter at han hadde fått ære og herlegdom og Anden var komen ned over han, møtte han freistinga. Ikkje berre møtte han Freistaren, det var Anden som dreiv han ut i øydemarka for å møta Freistinga. Det er underleg å tenkja på. Han hadde vorte døypt i vatn, Anden hadde kome over han, han hadde fått ære og anerkjenning frå sin himmelske Far, og straks vart han ført ut i øydemarka der han heldt til mellom dei ville dyra og vart freista av Satan. Men etter freistinga eller var det medan freistinga pågjekk at englane tente han? Markus forklarer ikkje dette, men det gjer Matteus.</w:t>
      </w:r>
    </w:p>
    <w:p>
      <w:pPr>
        <w:pStyle w:val="Heading2"/>
      </w:pPr>
      <w:r>
        <w:t>Sjå nøye etter</w:t>
      </w:r>
    </w:p>
    <w:p>
      <w:r>
        <w:t>Kva seier Far til Jesus før den offentlege tenesta hans tek til? Kva fortel teksten om Anden si gjerning?</w:t>
      </w:r>
    </w:p>
    <w:p>
      <w:pPr>
        <w:pStyle w:val="Heading2"/>
      </w:pPr>
      <w:r>
        <w:t>Til ettertanke</w:t>
      </w:r>
    </w:p>
    <w:p>
      <w:r>
        <w:t>Korleis kan eg kvila i Guds kjærleik når eg møter freisting eller ei vanskeleg tid?</w:t>
      </w:r>
    </w:p>
    <w:p>
      <w:pPr>
        <w:pStyle w:val="Heading2"/>
      </w:pPr>
      <w:r>
        <w:t>Saman</w:t>
      </w:r>
    </w:p>
    <w:p>
      <w:r>
        <w:t>Kva betyr det å sjå og æra eit menneske før det har prestert noko for oss?</w:t>
      </w:r>
    </w:p>
    <w:p>
      <w:pPr>
        <w:pStyle w:val="Heading2"/>
      </w:pPr>
      <w:r>
        <w:t>Lev det ut</w:t>
      </w:r>
    </w:p>
    <w:p>
      <w:r>
        <w:t>Gje eit menneske ei konkret og sann oppmuntring om noko godt du ser i det.</w:t>
      </w:r>
    </w:p>
    <w:p>
      <w:pPr>
        <w:pStyle w:val="Heading2"/>
      </w:pPr>
      <w:r>
        <w:t>Bøn</w:t>
      </w:r>
    </w:p>
    <w:p>
      <w:r>
        <w:t>Far, hjelp meg å ta imot kjærleiken din og møta andre med den same omsorga. Heilage Ande, styrk meg til å vera trufast når eg blir freista.</w:t>
      </w:r>
    </w:p>
    <w:p>
      <w:pPr>
        <w:pStyle w:val="Heading1"/>
        <w:pageBreakBefore/>
      </w:pPr>
      <w:r>
        <w:t>Leksjon 3 Tida er inne</w:t>
      </w:r>
    </w:p>
    <w:p>
      <w:r>
        <w:t>Les Mark 1,14–15 i Bibelen din.</w:t>
      </w:r>
    </w:p>
    <w:p>
      <w:pPr>
        <w:pStyle w:val="Heading2"/>
      </w:pPr>
      <w:r>
        <w:t>Gå inn i forteljinga</w:t>
      </w:r>
    </w:p>
    <w:p>
      <w:r>
        <w:t>Les desse to versa sakte. Her høyrer vi Jesu forkynning og innbydinga til å svara på det gode bodskapet.</w:t>
      </w:r>
    </w:p>
    <w:p>
      <w:pPr>
        <w:pStyle w:val="Heading2"/>
      </w:pPr>
      <w:r>
        <w:t>Kommentar</w:t>
      </w:r>
    </w:p>
    <w:p>
      <w:r>
        <w:t>Desse to versa inneheld mykje dynamitt, tykkjer eg. Med ein gong Johannes var sett i fengsel, kom Jesus til Galilea.</w:t>
      </w:r>
    </w:p>
    <w:p>
      <w:r>
        <w:t>Han starta si teneste med å forkynna Guds evangelium, Godt Nytt frå Gud. Det er to sentrale ting i det evangeliet Jesus forkynte og det er to ting vi må gjera når vi får kunngjort dette Godt Nytt frå Gud.</w:t>
      </w:r>
    </w:p>
    <w:p>
      <w:r>
        <w:t>Det første er: Tida er inne! Den tida Gud har lova skulle koma, har no endeleg kome. Ventetida er over. No er tida for oppfylling her. Desse orda må verkeleg ha vore godt nytt for dei som høyrde Jesus forkynna dette. Dei kjende dei profetiske skriftene. Dei bar på ein draum og ein lengt om at den lova tida som profetane skildra skulle koma.</w:t>
      </w:r>
    </w:p>
    <w:p>
      <w:r>
        <w:t>Dei profetiske skriftene til Israelsfolket hadde gjeve dette folket eit håp, ein draum om ei tid som skulle vera heilt annleis enn den vanskelege stoda dei gjekk gjennom. På Jesu tid var jo landet okkupert av Romarane. Folket venta på ein bergingsmann som skulle setja dei fri frå okkupasjonsmakta og gjera dei frie og sjølvstendige.</w:t>
      </w:r>
    </w:p>
    <w:p>
      <w:r>
        <w:t>Så kjem Jesus med godt nytt! Dokker treng ikkje venta lenger. No er tida komen. Idag er dagen då lovnader skal oppfyllast.</w:t>
      </w:r>
    </w:p>
    <w:p>
      <w:r>
        <w:t>Tida er inne for meg og. Eg må gripa augneblinken. Eg treng ikkje gå å venta på noko som ligg i framtida. Tida er inne!</w:t>
      </w:r>
    </w:p>
    <w:p>
      <w:r>
        <w:t>Det andre Jesus understreker at at Guds rike er kome nær. Då han bruker orda om Guds rike, må jo tilhøyrane fått mange assosiasjonar til orda frå profetane, om kongen og frigjeraren som skulle koma. Om tida då Gud skulle gripa inn og vera Konge. At hans gode vilje skulle råda på jorda.  Om riket som skulle gjera ende på alle andre riker og fylla heile jorda. Tankane deira må ha gått til Daniel som profeterte, eller heller kom med ei profetisk tyding på draumen til kong Nebukanesar om den store biletstøtta som representerte dei store verdensrika som skulle koma, men bli knuste av ein liten stein, ikkje kasta av ei menneskehand, men ein liten stein som råka den staselege statuen og sjølv veksa til eit stort fjell som fylte heile jorda. Tenk, tida er inne, og dette riket har kome!</w:t>
      </w:r>
    </w:p>
    <w:p>
      <w:pPr>
        <w:pStyle w:val="Heading2"/>
      </w:pPr>
      <w:r>
        <w:t>Sjå nøye etter</w:t>
      </w:r>
    </w:p>
    <w:p>
      <w:r>
        <w:t>Kva kunngjer Jesus, og kva bed han menneska gjera? Finn både omvendinga og trua i bibelteksten.</w:t>
      </w:r>
    </w:p>
    <w:p>
      <w:pPr>
        <w:pStyle w:val="Heading2"/>
      </w:pPr>
      <w:r>
        <w:t>Til ettertanke</w:t>
      </w:r>
    </w:p>
    <w:p>
      <w:r>
        <w:t>Kvar ventar eg på ei framtid som hindrar meg i å svara Jesus i dag?</w:t>
      </w:r>
    </w:p>
    <w:p>
      <w:pPr>
        <w:pStyle w:val="Heading2"/>
      </w:pPr>
      <w:r>
        <w:t>Saman</w:t>
      </w:r>
    </w:p>
    <w:p>
      <w:r>
        <w:t>Korleis kan Jesu bodskap om Guds rike forma det vi seier og gjer denne veka?</w:t>
      </w:r>
    </w:p>
    <w:p>
      <w:pPr>
        <w:pStyle w:val="Heading2"/>
      </w:pPr>
      <w:r>
        <w:t>Lev det ut</w:t>
      </w:r>
    </w:p>
    <w:p>
      <w:r>
        <w:t>Vel eit område der du veit Jesus kallar deg til omvending. Svar med eit konkret steg i dag.</w:t>
      </w:r>
    </w:p>
    <w:p>
      <w:pPr>
        <w:pStyle w:val="Heading2"/>
      </w:pPr>
      <w:r>
        <w:t>Bøn</w:t>
      </w:r>
    </w:p>
    <w:p>
      <w:r>
        <w:t>Jesus, eg trur det gode bodskapet ditt. Hjelp meg å venda om og leva under ditt gode herredøme i dag.</w:t>
      </w:r>
    </w:p>
    <w:p>
      <w:pPr>
        <w:pStyle w:val="Heading1"/>
        <w:pageBreakBefore/>
      </w:pPr>
      <w:r>
        <w:t>Leksjon 4 Kom og følg meg</w:t>
      </w:r>
    </w:p>
    <w:p>
      <w:r>
        <w:t>Les Mark 1,16–20 i Bibelen din.</w:t>
      </w:r>
    </w:p>
    <w:p>
      <w:pPr>
        <w:pStyle w:val="Heading2"/>
      </w:pPr>
      <w:r>
        <w:t>Gå inn i forteljinga</w:t>
      </w:r>
    </w:p>
    <w:p>
      <w:r>
        <w:t>Sjå fiskarane i arbeidet sitt. Jesus møter dei der dei er, kallar dei til seg og gjev ein lovnad om kva han vil gjera dei til.</w:t>
      </w:r>
    </w:p>
    <w:p>
      <w:pPr>
        <w:pStyle w:val="Heading2"/>
      </w:pPr>
      <w:r>
        <w:t>Kommentar</w:t>
      </w:r>
    </w:p>
    <w:p>
      <w:r>
        <w:t>Ein gong Jesus gjekk langs sjøen, fekk han sjå brørne Simon og Andreas. Eg stanste for dette uttrykket, han fekk sjå, for det fortel meg noko viktig om Jesus. Han såg, var vaken, følgde med. Han gjekk ikkje hovudlaus eller tankelaus gjennom livet. Han såg. Han la merke til ting. Herre, lat meg få vera vaken og sjå alt det du vil eg skal sjå i min kvardag.</w:t>
      </w:r>
    </w:p>
    <w:p>
      <w:r>
        <w:t>Jesus såg dei. Han såg at dei var fiskarar. Han såg at dei kasta not i sjøen. Då snakka han til dei og sa: Kom og følg meg! Så skal eg gjera dokker til menneskefiskarar! På desse enkle orda gjekk dei frå alt dei hadde og følgde Jesus.</w:t>
      </w:r>
    </w:p>
    <w:p>
      <w:r>
        <w:t>Då Jesus gjekk vidare fekk han på ny sjå nokre andre brør: Jakob og Johannes. Han kalla dei, og dei frå far sin og levebrødet sitt.</w:t>
      </w:r>
    </w:p>
    <w:p>
      <w:r>
        <w:t>Dette gjer inntrykk på meg. Fire sterke arbeidsfolk går frå jobb og eit trygt liv for å følgja ein mann dei nett har møtt! Kva er det som skjer? Kva er det med Jesu ord og veremåte som får folk til å handla så radikalt?</w:t>
      </w:r>
    </w:p>
    <w:p>
      <w:r>
        <w:t>Han sa berre: kom og følg meg! Korleis kunne dei følgja ein ukjend mann? Kva forstod dei av lovnaden hans at han ville gjera dei til menneskefiskarar?</w:t>
      </w:r>
    </w:p>
    <w:p>
      <w:r>
        <w:t>Eg la også merke til at dei gjekk frå alt, dei forlet far og jobb, for å følgja Jesus. Skal vi følgja nokon inneber det kanskje alltid at vi må forlata nokon?</w:t>
      </w:r>
    </w:p>
    <w:p>
      <w:pPr>
        <w:pStyle w:val="Heading2"/>
      </w:pPr>
      <w:r>
        <w:t>Sjå nøye etter</w:t>
      </w:r>
    </w:p>
    <w:p>
      <w:r>
        <w:t>Kva gjer Jesus, og kva gjer fiskarane? Kven har ansvaret for å gjera dei til menneskefiskarar?</w:t>
      </w:r>
    </w:p>
    <w:p>
      <w:pPr>
        <w:pStyle w:val="Heading2"/>
      </w:pPr>
      <w:r>
        <w:t>Til ettertanke</w:t>
      </w:r>
    </w:p>
    <w:p>
      <w:r>
        <w:t>Kva grip meg ved lovnaden om at Jesus sjølv vil forma dei som følgjer han?</w:t>
      </w:r>
    </w:p>
    <w:p>
      <w:pPr>
        <w:pStyle w:val="Heading2"/>
      </w:pPr>
      <w:r>
        <w:t>Saman</w:t>
      </w:r>
    </w:p>
    <w:p>
      <w:r>
        <w:t>Kva kan det kosta å følgja Jesus i vår kvardag, og korleis kan vi støtta kvarandre?</w:t>
      </w:r>
    </w:p>
    <w:p>
      <w:pPr>
        <w:pStyle w:val="Heading2"/>
      </w:pPr>
      <w:r>
        <w:t>Lev det ut</w:t>
      </w:r>
    </w:p>
    <w:p>
      <w:r>
        <w:t>Stans opp før ei avgjerd i dag og spør: Korleis kan eg følgja Jesus i dette? Handla etter det du veit han har lært deg.</w:t>
      </w:r>
    </w:p>
    <w:p>
      <w:pPr>
        <w:pStyle w:val="Heading2"/>
      </w:pPr>
      <w:r>
        <w:t>Bøn</w:t>
      </w:r>
    </w:p>
    <w:p>
      <w:r>
        <w:t>Jesus, takk for at du ser meg og kallar meg. Eg vil følgja deg. Form livet mitt og lær meg å sjå dei menneska du ønskjer å nå.</w:t>
      </w:r>
    </w:p>
    <w:p>
      <w:pPr>
        <w:pStyle w:val="Heading1"/>
        <w:pageBreakBefore/>
      </w:pPr>
      <w:r>
        <w:t>Leksjon 5 Jesu ord har fullmakt</w:t>
      </w:r>
    </w:p>
    <w:p>
      <w:r>
        <w:t>Les Mark 1,21–34 i Bibelen din.</w:t>
      </w:r>
    </w:p>
    <w:p>
      <w:pPr>
        <w:pStyle w:val="Heading2"/>
      </w:pPr>
      <w:r>
        <w:t>Gå inn i forteljinga</w:t>
      </w:r>
    </w:p>
    <w:p>
      <w:r>
        <w:t>Jesus underviser, set fri og lækjer. Les heile avsnittet, også hendinga i huset til Simon og Andreas og møtet med dei sjuke om kvelden.</w:t>
      </w:r>
    </w:p>
    <w:p>
      <w:pPr>
        <w:pStyle w:val="Heading2"/>
      </w:pPr>
      <w:r>
        <w:t>Kommentar</w:t>
      </w:r>
    </w:p>
    <w:p>
      <w:r>
        <w:t>Jesus og læresveinane kom til Kapernaum, ein av dei større byane ved Genesaretsjøen. Då sabatten kom, gjekk dei til samlinga i synagogen. Der tok Jesus til å undervisa.</w:t>
      </w:r>
    </w:p>
    <w:p>
      <w:r>
        <w:t>Folk var forundra over undervisninga hans. Ho var annleis enn det dei var vande med frå dei skriftlærde. Han lærte dei med autoritet i orda sine, det gjorde ikkje dei andre. Eg undrast på kvifor? Kanskje dei berre gav vidare teoriar eller kunnskap det hadde høyrt av andre, meden Jesus talte med autoritet fordi han talte ord frå Guds munn?</w:t>
      </w:r>
    </w:p>
    <w:p>
      <w:r>
        <w:t>I synagogen var det ein mann med urein ånd. Eg får inntrykk av at han høyrde til i synagogen, han brukte å gå på møta i synagogen kvar einaste sabatt, så slik sett var han ein av dei trufaste møtegjengarane. I møte med dei myndige orda frå Jesus kunne han ikkje halda seg, sette i å ropa: “Kva vil du med oss, Jesus frå Nasaret? Er du komen for å øydeleggja oss? Eg veit kven du er: Guds heilage!” Jesus truga ånda, baud ho å teia stilt og fara ut av mannen. Ånda reiv og sleit i han før ho fór ut med eit høgt skrik. Folk vart gripne av redsle og undring, men forstod ikkje skikkeleg kva som hendte. Men dei forstod at Jesus hadde ei makt som var større enn den ureine ånda, ho måtte lyda han og gjera som han sa. Det skremde dei at eit menneske kunne ha slik makt. Ryktet om Jesus spreidde seg over heile området.</w:t>
      </w:r>
    </w:p>
    <w:p>
      <w:r>
        <w:t>Eg merka meg at teksten seier at mannen hadde éi ånd i seg, men då ho snakka gjennom mannen, snakka ho i fleirtal, som om dei var mange, men Jesus truga ånda og ho fór ut av han. Ånda laug og gav inntrykk av å vera fleire og sterkare enn ho var. Eg merka meg også at Jesus ikkje gjekk i dialog med ånda og baud ho teia stilt. Han gjorde ikkje det som nokre folk gjer idag, å gå i dialog med den ureine ånda og godta det ho sa.</w:t>
      </w:r>
    </w:p>
    <w:p>
      <w:r>
        <w:t>Etter samlinga i synagogen gjekk Jesus heim til Simon og Andreas. Svigermor til Simon låg til sengs. Ho var sjuk med feber. Dette fortalde dei straks til Jesus som med ein gong gjekk rett bort til henne, tok henne i handa og reiste ho opp. Feberen sleppte henne, og ho stelte for dei. Eg merka meg at Iesus var kvikk til å møta behov, og at ho som vart frisk var kvikk til å tena!</w:t>
      </w:r>
    </w:p>
    <w:p>
      <w:r>
        <w:t>Seinare på kvelden kom mange sjuke og folk som hadde vonde ånder til han. Heile byen samla seg. For eit oppstyr det må ha vore! Jesus lækte mange som leid av ulike sjukdomar, og dreiv ut mange vonde ånder. På ny merka eg meg at han ikkje let dei vonde åndene få tala.</w:t>
      </w:r>
    </w:p>
    <w:p>
      <w:pPr>
        <w:pStyle w:val="Heading2"/>
      </w:pPr>
      <w:r>
        <w:t>Sjå nøye etter</w:t>
      </w:r>
    </w:p>
    <w:p>
      <w:r>
        <w:t>Korleis reagerer folket på Jesu undervisning? Kva skjer når han talar til den ureine ånda, og kva gjer Simon si svigermor etter at han har reist henne opp?</w:t>
      </w:r>
    </w:p>
    <w:p>
      <w:pPr>
        <w:pStyle w:val="Heading2"/>
      </w:pPr>
      <w:r>
        <w:t>Til ettertanke</w:t>
      </w:r>
    </w:p>
    <w:p>
      <w:r>
        <w:t>Kva hjelper denne forteljinga meg til å oppdaga om Jesu fullmakt og omsorg?</w:t>
      </w:r>
    </w:p>
    <w:p>
      <w:pPr>
        <w:pStyle w:val="Heading2"/>
      </w:pPr>
      <w:r>
        <w:t>Saman</w:t>
      </w:r>
    </w:p>
    <w:p>
      <w:r>
        <w:t>Korleis kan vi bera menneske med behov fram for Jesus i bøn og praktisk omsorg?</w:t>
      </w:r>
    </w:p>
    <w:p>
      <w:pPr>
        <w:pStyle w:val="Heading2"/>
      </w:pPr>
      <w:r>
        <w:t>Lev det ut</w:t>
      </w:r>
    </w:p>
    <w:p>
      <w:r>
        <w:t>Be for nokon som er sjuk eller har det vondt. Ta kontakt og spør kva praktisk hjelp vedkomande treng.</w:t>
      </w:r>
    </w:p>
    <w:p>
      <w:pPr>
        <w:pStyle w:val="Heading2"/>
      </w:pPr>
      <w:r>
        <w:t>Bøn</w:t>
      </w:r>
    </w:p>
    <w:p>
      <w:r>
        <w:t>Herre Jesus, du ser menneska og har makt til å hjelpa. Vi ber deg om læking og fridom. Lær oss å møta menneska med omsorg og tru.</w:t>
      </w:r>
    </w:p>
    <w:p>
      <w:pPr>
        <w:pStyle w:val="Heading1"/>
        <w:pageBreakBefore/>
      </w:pPr>
      <w:r>
        <w:t>Leksjon 6 Bøn og oppdrag</w:t>
      </w:r>
    </w:p>
    <w:p>
      <w:r>
        <w:t>Les Mark 1,35–39 i Bibelen din.</w:t>
      </w:r>
    </w:p>
    <w:p>
      <w:pPr>
        <w:pStyle w:val="Heading2"/>
      </w:pPr>
      <w:r>
        <w:t>Gå inn i forteljinga</w:t>
      </w:r>
    </w:p>
    <w:p>
      <w:r>
        <w:t>Etter ein travel dag går Jesus til ein einsam stad for å be. Læresveinane leitar etter han, men han veit at han skal vidare.</w:t>
      </w:r>
    </w:p>
    <w:p>
      <w:pPr>
        <w:pStyle w:val="Heading2"/>
      </w:pPr>
      <w:r>
        <w:t>Kommentar</w:t>
      </w:r>
    </w:p>
    <w:p>
      <w:r>
        <w:t>Dagen etterpå var Jesus tidleg oppe. Medan det enno var mørkt gjekk han ut til ein aude stad for å vera åleine i bønn. Eg merka meg at han stod veldig tidleg opp, før vanleg tid, før vanlege folk stod opp. Han gjekk for å vera åleine og be. Dette er noko svært viktig, tenkjer eg, det å vera åleine med Gud. Å stengja verden ute på ein måte, vera på ein aud plass det det ikkje skjer noko rundt deg heile tida, men du kan berre vera åleine med Gud. Vi treng alle saman ein slik plass å gå til, det kan jo vera kor som helst, men det må vera ein stad der vi kan be utan å bli forstyrra.</w:t>
      </w:r>
    </w:p>
    <w:p>
      <w:r>
        <w:t>Så la eg merke til at Simon og dei andre læresveinane leita etter han og fann han. Dei sa at folk leita etter han og ville møta han. Jesus kunne jo hatt ei stor teneste og bygd ei stor forsamling der i byen, men Jesus hadde ein annan prioritering. Han visste kvifor han var komen, og kunne ikkje la seg styra av folk sine ønskje. Han hadde jo skikkeleg suksess i Kapernaum, denne viktige byen. Men Jesus visste kvifor han var komen. Han var sent på eit oppdrag. Han måtte prioritera. Difor sa han: Lat oss fara vidare. Vi må ikkje slå oss til ro på ein plass. Det får ikkje hjelpa at det er ein stor og viktig by. Småbyane må også få høyra.</w:t>
      </w:r>
    </w:p>
    <w:p>
      <w:r>
        <w:t>Eg liker dette uttrykket, småbyane, det minner meg om alle dei små bygdene, grendene og fiskeværa langs kysten i landet vårt. Dei små plassane treng også evangeliet. Eg blir oppmuntra og utfordra av dette. Dei små plassane rundt om i mitt eige fylke treng også å få besøk av Jesus. Prioriterer er slik Jesus gjorde? Går eg frå det store og synlege, til det små og uunsjåelege med evangeliet?</w:t>
      </w:r>
    </w:p>
    <w:p>
      <w:r>
        <w:t>Kanskje eg treng å bli meir medviten om kvifor eg er her? Meir medviten kva eg er sendt for å gjera og kven eg er sendt til?</w:t>
      </w:r>
    </w:p>
    <w:p>
      <w:pPr>
        <w:pStyle w:val="Heading2"/>
      </w:pPr>
      <w:r>
        <w:t>Sjå nøye etter</w:t>
      </w:r>
    </w:p>
    <w:p>
      <w:r>
        <w:t>Kva gjer Jesus før dei andre finn han? Kva seier han om kvifor han vil gå til andre stader?</w:t>
      </w:r>
    </w:p>
    <w:p>
      <w:pPr>
        <w:pStyle w:val="Heading2"/>
      </w:pPr>
      <w:r>
        <w:t>Til ettertanke</w:t>
      </w:r>
    </w:p>
    <w:p>
      <w:r>
        <w:t>Kva er det som styrer dagen min: forventningane frå andre eller det eg har fått frå Gud?</w:t>
      </w:r>
    </w:p>
    <w:p>
      <w:pPr>
        <w:pStyle w:val="Heading2"/>
      </w:pPr>
      <w:r>
        <w:t>Saman</w:t>
      </w:r>
    </w:p>
    <w:p>
      <w:r>
        <w:t>Korleis kan vi hjelpa kvarandre til å gje både bøna og oppdraget rom?</w:t>
      </w:r>
    </w:p>
    <w:p>
      <w:pPr>
        <w:pStyle w:val="Heading2"/>
      </w:pPr>
      <w:r>
        <w:t>Lev det ut</w:t>
      </w:r>
    </w:p>
    <w:p>
      <w:r>
        <w:t>Set av ei roleg stund til bøn. Nemn menneska og stadene Gud har lagt deg på hjartet, og lytt før du planlegg resten av dagen.</w:t>
      </w:r>
    </w:p>
    <w:p>
      <w:pPr>
        <w:pStyle w:val="Heading2"/>
      </w:pPr>
      <w:r>
        <w:t>Bøn</w:t>
      </w:r>
    </w:p>
    <w:p>
      <w:r>
        <w:t>Far, hjelp meg å søkja deg og lytta til deg. Vis meg kvar eg skal gå og kven eg skal tena i dag.</w:t>
      </w:r>
    </w:p>
    <w:p>
      <w:pPr>
        <w:pStyle w:val="Heading1"/>
        <w:pageBreakBefore/>
      </w:pPr>
      <w:r>
        <w:t>Leksjon 7 Jesus rører ved den spedalske</w:t>
      </w:r>
    </w:p>
    <w:p>
      <w:r>
        <w:t>Les Mark 1,40–45 i Bibelen din.</w:t>
      </w:r>
    </w:p>
    <w:p>
      <w:pPr>
        <w:pStyle w:val="Heading2"/>
      </w:pPr>
      <w:r>
        <w:t>Gå inn i forteljinga</w:t>
      </w:r>
    </w:p>
    <w:p>
      <w:r>
        <w:t>Ein mann kjem til Jesus med eit spørsmål om viljen hans til å hjelpa. Jesus svarar med både ord og handling.</w:t>
      </w:r>
    </w:p>
    <w:p>
      <w:pPr>
        <w:pStyle w:val="Heading2"/>
      </w:pPr>
      <w:r>
        <w:t>Kommentar</w:t>
      </w:r>
    </w:p>
    <w:p>
      <w:r>
        <w:t>Ein spedalsk mann knelte for Jesus og tigga han om å gjera han frisk: Dersom du vil, kan du gjera meg rein! Eg merka meg at han trudde at Jesus kunne, men var ikje sikker på om han ville gjera han frisk.</w:t>
      </w:r>
    </w:p>
    <w:p>
      <w:r>
        <w:t>Eg liker reaksjonen til Jesus. Han vart fylt av inderleg medkjensle. Det er noko eg treng meir av. Det å høyra og sjå folk rundt meg og ha medkjensle med dei i deira stode. Ja, ha inderleg medkjensle.</w:t>
      </w:r>
    </w:p>
    <w:p>
      <w:r>
        <w:t>Eg liker også at det var kort veg frå å ha medkjensle til handling. Med ein gong sa Jesus: Eg vil! Bli rein! Straks vart sjukdomen borte og mannen vart rein. For eit svar han fekk! Eg vil! Tenk, slik møter Jesus oss, til og med når vi ikkje er sikker på at han vil.</w:t>
      </w:r>
    </w:p>
    <w:p>
      <w:r>
        <w:t>Etterpå formana Jesus mannen til ikkje å fortelja om dette underet til andre, men berre gå til prestane og få det stadfesta at han er rein og frå spedalsksjukdomen. Det slår meg at Jesus ikkje ville ha publisitet. Eg merka meg også at Jesus ville  at miraklet skulle prøvast av ekspertane og at han som hadde vorte frisk skulle få ein skikkeleg legeattest!</w:t>
      </w:r>
    </w:p>
    <w:p>
      <w:r>
        <w:t>Mannen greidde ikkje halda underet for seg sjølv, men fortalde alle om det Jesus hadde gjort for han. Det gjorde det vanskeleg for Jesus for han vart gjenkjend alle stader og folk kom til han frå alle kantar.</w:t>
      </w:r>
    </w:p>
    <w:p>
      <w:r>
        <w:t>Eg veit ikkje om det er noko som heiter delvis lydnad, eller om at alt som ikkje er full lydnad, er eigentleg ulydnad? Men det som slo meg er at om vi ikkje er nøye med å gjera det Jesus seier, gjer vi ting vanskeleg for han. Herre, miskunna deg over meg!</w:t>
      </w:r>
    </w:p>
    <w:p>
      <w:pPr>
        <w:pStyle w:val="Heading2"/>
      </w:pPr>
      <w:r>
        <w:t>Sjå nøye etter</w:t>
      </w:r>
    </w:p>
    <w:p>
      <w:r>
        <w:t>Kva seier mannen, og kva svarar Jesus? Legg merke til berøringa og til det Jesus bed mannen gjera etterpå.</w:t>
      </w:r>
    </w:p>
    <w:p>
      <w:pPr>
        <w:pStyle w:val="Heading2"/>
      </w:pPr>
      <w:r>
        <w:t>Til ettertanke</w:t>
      </w:r>
    </w:p>
    <w:p>
      <w:r>
        <w:t>Kven har eg lett for å halda på avstand, og kva lærer eg av måten Jesus møter mannen på?</w:t>
      </w:r>
    </w:p>
    <w:p>
      <w:pPr>
        <w:pStyle w:val="Heading2"/>
      </w:pPr>
      <w:r>
        <w:t>Saman</w:t>
      </w:r>
    </w:p>
    <w:p>
      <w:r>
        <w:t>Korleis kan fellesskapet vårt ta imot menneske som kjenner seg utanfor?</w:t>
      </w:r>
    </w:p>
    <w:p>
      <w:pPr>
        <w:pStyle w:val="Heading2"/>
      </w:pPr>
      <w:r>
        <w:t>Lev det ut</w:t>
      </w:r>
    </w:p>
    <w:p>
      <w:r>
        <w:t>Vis omsorg for ein person som ofte blir oversett. Ta eit steg som gjev rom for vedkomande i fellesskapet.</w:t>
      </w:r>
    </w:p>
    <w:p>
      <w:pPr>
        <w:pStyle w:val="Heading2"/>
      </w:pPr>
      <w:r>
        <w:t>Bøn</w:t>
      </w:r>
    </w:p>
    <w:p>
      <w:r>
        <w:t>Jesus, takk for at du møter menneske med omsorg. Gje meg eit ope hjarte, og lær meg å lytta til orda dine også når eg er glad og ivrig.</w:t>
      </w:r>
    </w:p>
    <w:p>
      <w:pPr>
        <w:pStyle w:val="Heading1"/>
        <w:pageBreakBefore/>
      </w:pPr>
      <w:r>
        <w:t>Leksjon 8 Jesus lækjer ein lam mann</w:t>
      </w:r>
    </w:p>
    <w:p>
      <w:r>
        <w:t>Les Mark 2,1–12 i Bibelen din.</w:t>
      </w:r>
    </w:p>
    <w:p>
      <w:pPr>
        <w:pStyle w:val="Heading2"/>
      </w:pPr>
      <w:r>
        <w:t>Gå inn i forteljinga</w:t>
      </w:r>
    </w:p>
    <w:p>
      <w:r>
        <w:t>Fire menn fører ein ven til Jesus, men huset er fullt. Les kva dei gjer, og kva Jesus seier og viser gjennom møtet.</w:t>
      </w:r>
    </w:p>
    <w:p>
      <w:pPr>
        <w:pStyle w:val="Heading2"/>
      </w:pPr>
      <w:r>
        <w:t>Kommentar</w:t>
      </w:r>
    </w:p>
    <w:p>
      <w:r>
        <w:t>Nokre dagar seinare vendte Jesus tilbake til Kapernaum og det vart kjend at han var heime. Her oppdagar eg at Jesus hadde ein slags heim i Kapernaum og at dette var ein stad han ofte kom tilbake til. Det er alltid godt å ha ein heim, ein stad å venda tilbake til for å finna kvile og nye krefter til nye reiser og oppdrag.</w:t>
      </w:r>
    </w:p>
    <w:p>
      <w:r>
        <w:t>Men denne gongen verkar det ikkje som om Jesus fekk noka kvile, for det vart kjent at han var heime og mange folk samla seg. Huset vart overfylt og mange måtte stå utanføre, slik som fire menn som kom berande med ein venn som var lam. Men dei vart ikkje ståande utanføre. Dei gjekk opp på taket og laga ei opning, NLT seier at “they dug a hole” og då undrast eg på slags tak det er snakk om. Det må ha vore andre byggjeskikkar der enn i Noreg, så eg har vanskeleg for å førestilla meg korleis dette gjekk til.</w:t>
      </w:r>
    </w:p>
    <w:p>
      <w:r>
        <w:t>Men dei firte båra med den lamme mannen ned framføre Jesus. Då står det at Jesus såg trua deira. Trua vår eller vår mangel på tru er alltid synleg, for trua viser seg alltid i gjerningar. Tru utan gjerningar er død, seier Jakob. Trua vår kan alltid sjåast gjennom det livet vi lever, der det vi seier og gjer heng saman.</w:t>
      </w:r>
    </w:p>
    <w:p>
      <w:r>
        <w:t>Då Jesus såg trua deira, sa han til den lamme: “Son, syndene dine er tilgjevne!” Eg har ofte lurt på kvifor Jesus sa dette til den lamme mannen. Han trong lækjedom. Vennene hadde teke han til Jesus for at han skulle gjera han frisk, men seier berre at syndene hans var tilgjevne? Kvifor sa han dette først? Var det fordi han ville understreka at tilgjeving var det viktigaste og større enn fysisk helse. Eller var det samanheng mellom syndene hans og den sjukdommen som hadde råka han?</w:t>
      </w:r>
    </w:p>
    <w:p>
      <w:r>
        <w:t>Dei skriftlærde reagerte på Jesu ord om tilgjeving, for i deira hovud var det berre Gud som kunne tilgje synd. Straks visste Jesus korleis dei tenkte og spurde dei om kva som var lettast å seia, at syndene var tilgjevne eller at mannen skulle ta båra si og gå. Dei fekk ikkje tid å svar før Jesus sa til den lamme: Stå opp, ta båra di og gå! Dette gjorde han for å bevisa at han hadde makt på jorda til å tilgje synder.</w:t>
      </w:r>
    </w:p>
    <w:p>
      <w:r>
        <w:t>Då den lamme mannen straks hoppa opp, tok båra si og gjekk ut framføre auga til alle, vart dei alle reint frå seg av undring. Dei lova Gud og sa, “Noko slikt har vi aldri sett!”</w:t>
      </w:r>
    </w:p>
    <w:p>
      <w:r>
        <w:t>Dei såg ein mann gjera det som berre Gud kunne gjera! Å tilgje synder var større enn å lækja ein lam mann. Men å gjera eit slikt mirakelteikn synte at Jesus var meir enn berre eit menneske.</w:t>
      </w:r>
    </w:p>
    <w:p>
      <w:pPr>
        <w:pStyle w:val="Heading2"/>
      </w:pPr>
      <w:r>
        <w:t>Sjå nøye etter</w:t>
      </w:r>
    </w:p>
    <w:p>
      <w:r>
        <w:t>Kva ser Jesus, og kva seier han først til mannen? Kva skal lækinga visa om Menneskesonen si fullmakt?</w:t>
      </w:r>
    </w:p>
    <w:p>
      <w:pPr>
        <w:pStyle w:val="Heading2"/>
      </w:pPr>
      <w:r>
        <w:t>Til ettertanke</w:t>
      </w:r>
    </w:p>
    <w:p>
      <w:r>
        <w:t>Kva betyr det for meg at Jesus både tilgjev og lækjer? Kven kan eg vera med og bera fram til han?</w:t>
      </w:r>
    </w:p>
    <w:p>
      <w:pPr>
        <w:pStyle w:val="Heading2"/>
      </w:pPr>
      <w:r>
        <w:t>Saman</w:t>
      </w:r>
    </w:p>
    <w:p>
      <w:r>
        <w:t>Korleis kan vi hjelpa menneske som ikkje klarer å koma fram på eiga hand?</w:t>
      </w:r>
    </w:p>
    <w:p>
      <w:pPr>
        <w:pStyle w:val="Heading2"/>
      </w:pPr>
      <w:r>
        <w:t>Lev det ut</w:t>
      </w:r>
    </w:p>
    <w:p>
      <w:r>
        <w:t>Ta kontakt med ein som treng hjelp, og be saman. Gje også praktisk støtte om du kan.</w:t>
      </w:r>
    </w:p>
    <w:p>
      <w:pPr>
        <w:pStyle w:val="Heading2"/>
      </w:pPr>
      <w:r>
        <w:t>Bøn</w:t>
      </w:r>
    </w:p>
    <w:p>
      <w:r>
        <w:t>Jesus, takk for at du har makt til å tilgje og lækja. Hjelp oss å bera kvarandre fram til deg i tru og omsorg.</w:t>
      </w:r>
    </w:p>
    <w:p>
      <w:pPr>
        <w:pStyle w:val="Heading1"/>
        <w:pageBreakBefore/>
      </w:pPr>
      <w:r>
        <w:t>Leksjon 9 Jesus kallar Levi</w:t>
      </w:r>
    </w:p>
    <w:p>
      <w:r>
        <w:t>Les Mark 2,13–17 i Bibelen din.</w:t>
      </w:r>
    </w:p>
    <w:p>
      <w:pPr>
        <w:pStyle w:val="Heading2"/>
      </w:pPr>
      <w:r>
        <w:t>Gå inn i forteljinga</w:t>
      </w:r>
    </w:p>
    <w:p>
      <w:r>
        <w:t>Jesus ser Levi ved tollbua og kallar han. Etterpå sit han til bords med menneske dei religiøse leiarane held avstand til.</w:t>
      </w:r>
    </w:p>
    <w:p>
      <w:pPr>
        <w:pStyle w:val="Heading2"/>
      </w:pPr>
      <w:r>
        <w:t>Kommentar</w:t>
      </w:r>
    </w:p>
    <w:p>
      <w:r>
        <w:t>På ny er Jesus ute og går langs sjøen. Mykje folk samla seg rundt han og han underviste dei. Det teiknar seg tidleg eit mønster, Jesus forkynte og underviste i møte med folk. Men eg legg også merke til at han ser folk. Han ser den eine. Han let seg ikkje blenda av store folkemengder. Han såg den enkelte, slik som Markus fortel oss i teksten vår. Då han gjekk vidare frå stranda fekk han sjå Levi, som sat på tollbua. Jesus sa då: “Følg meg!” Tenk, Levi reiste seg og følgde han. To ord var nok til å få han til å forlata det trygge levebrødet sitt for å følgja denne mannen inn i ei uviss framtid.</w:t>
      </w:r>
    </w:p>
    <w:p>
      <w:r>
        <w:t>Sidan var Jesus gjest i huset hans. Mange tollarar og syndarar var samla til fest og Jesus åt i lag med dei. Ikkje ein stor sak for oss, men for dei religiøse leiarane. Det var uhøyrt at ein heilag mann skulle eta, drikka og festa ilag med slike folk. Tollarane var svikarar som jobba for okkupasjonsmakta og syndarane var folk som levde umoralske liv på ulike måtar. Å eta ilag med dei var jo å assosierast med dei, ja det var på linje med å gjera pakt med dei. I dei skriftlærde sine auge var dette noko uhøyrt og usømmeleg.</w:t>
      </w:r>
    </w:p>
    <w:p>
      <w:r>
        <w:t>Jesus høyrde kva dei skriftlærde sa seg imellom. Det stadfestar det mønsteret eg legg merke til. Jesus ser, høyrer og legg merke til folk og det dei tenkjer og seier. Han er skikkeleg vaken. Han følgjer med i det som skjer rundt han. Han levde ikkje i si eiga boble. Han såg og høyrde, han engasjerte seg i folk og kvardagen deira.</w:t>
      </w:r>
    </w:p>
    <w:p>
      <w:r>
        <w:t>Det var ei enkel men djup sanning Jesus openberra med det han sa til dei religiøse leiarane, dei bibeltru teologane på den tida: Dei friske treng ikkje lege, men det gjer dei sjuke! Eg er komen for dei som har det vondt, dei som slit med synd, skam og utanførskap! Desse enkle orda rommar heile evangeliet. Dette er godt nytt for alle som på ein eller annan måte har det vondt og vanskeleg. Jesus bryr seg om oss som strevar og ikkje meistrar livet! Det var for oss han kom. Oss som er fattige i oss sjølv og ser at vi treng Guds nåde og hjelp.</w:t>
      </w:r>
    </w:p>
    <w:p>
      <w:r>
        <w:t>På ein måte kastar ikkje Jesus bort tida på dei vellukka og sjølvgode, men han viser dei nok respekt til å svara på motførestillingane deira. Det gjer inntrykk på meg å sjå korleis han møter folk.</w:t>
      </w:r>
    </w:p>
    <w:p>
      <w:pPr>
        <w:pStyle w:val="Heading2"/>
      </w:pPr>
      <w:r>
        <w:t>Sjå nøye etter</w:t>
      </w:r>
    </w:p>
    <w:p>
      <w:r>
        <w:t>Kva gjer Levi når Jesus kallar? Kva seier Jesus om kvifor han et saman med tollarar og syndarar?</w:t>
      </w:r>
    </w:p>
    <w:p>
      <w:pPr>
        <w:pStyle w:val="Heading2"/>
      </w:pPr>
      <w:r>
        <w:t>Til ettertanke</w:t>
      </w:r>
    </w:p>
    <w:p>
      <w:r>
        <w:t>Kven har eg lett for å halda på avstand? Korleis møter Jesus menneske som ikkje meistrar livet?</w:t>
      </w:r>
    </w:p>
    <w:p>
      <w:pPr>
        <w:pStyle w:val="Heading2"/>
      </w:pPr>
      <w:r>
        <w:t>Saman</w:t>
      </w:r>
    </w:p>
    <w:p>
      <w:r>
        <w:t>Korleis kan måltid og gjestfridom opna rom for menneske som kjenner seg utanfor?</w:t>
      </w:r>
    </w:p>
    <w:p>
      <w:pPr>
        <w:pStyle w:val="Heading2"/>
      </w:pPr>
      <w:r>
        <w:t>Lev det ut</w:t>
      </w:r>
    </w:p>
    <w:p>
      <w:r>
        <w:t>Inviter nokon til ein samtale eller eit måltid, særleg ein du ikkje vanlegvis er saman med.</w:t>
      </w:r>
    </w:p>
    <w:p>
      <w:pPr>
        <w:pStyle w:val="Heading2"/>
      </w:pPr>
      <w:r>
        <w:t>Bøn</w:t>
      </w:r>
    </w:p>
    <w:p>
      <w:r>
        <w:t>Jesus, takk for at du kom for oss som treng hjelp. Lær oss å sjå menneska og ta imot dei slik du gjer.</w:t>
      </w:r>
    </w:p>
    <w:p>
      <w:pPr>
        <w:pStyle w:val="Heading1"/>
        <w:pageBreakBefore/>
      </w:pPr>
      <w:r>
        <w:t>Leksjon 10 Fest og faste</w:t>
      </w:r>
    </w:p>
    <w:p>
      <w:r>
        <w:t>Les Mark 2,18–22 i Bibelen din.</w:t>
      </w:r>
    </w:p>
    <w:p>
      <w:pPr>
        <w:pStyle w:val="Heading2"/>
      </w:pPr>
      <w:r>
        <w:t>Gå inn i forteljinga</w:t>
      </w:r>
    </w:p>
    <w:p>
      <w:r>
        <w:t>Folk spør kvifor læresveinane til Jesus ikkje fastar. Han svarar med bilete av bryllaup, tøy og vinsekker.</w:t>
      </w:r>
    </w:p>
    <w:p>
      <w:pPr>
        <w:pStyle w:val="Heading2"/>
      </w:pPr>
      <w:r>
        <w:t>Kommentar</w:t>
      </w:r>
    </w:p>
    <w:p>
      <w:r>
        <w:t>Faste var vanleg i jødedommen. Opphavleg var fasta eit uttrykk for sorg, anten over eit dødsfall eller over synd, men vart også knytta til inderleg bønn. Den einaste obligatoriske fastedagen for jødane var soningsdagen. Nokre jødar praktiserte likevel faste to gonger i veka (Luk 18,12). Alle dei heilage menn og kvinner i Bibelen fasta. Å fasta er ein av dei gamle klassiske øvingane som har vore praktisert i uminnelege tider. Når vi fastar, avstår vi frå mat eller andre ting, for å kunna bruka meir tid med Gud i bønn. Fasta understreker alvoret, børa og nøden vi ber på når vi kjem fram for Guds andlet for å ausa ut hjartet vårt for han.</w:t>
      </w:r>
    </w:p>
    <w:p>
      <w:r>
        <w:t>Men både farisearane og læresveinane til Johannes heldt faste. Faste var ein naturleg del av deira religiøse praksis. Dei levde nøkterne liv og fasta regelmessig. Dette var noko folk la merke til, for det var eit kjenneteikn på eit fromt og gudfryktig liv. Dei hadde også merka seg at dette ikkje var noko som kjennemerka læresveinane til Jesus. Dei undra seg over dette, for braut med forventingane deira til fromt og religiøst liv. Difor kom dei til Jesus og spør om dette. Eg legg merke til at folk var ikkje redde for å stilla spørsmål ved det Jesus sa og gjorde. Eg legg også merke til at Jesus svarte både vennleg og respektfullt, samstundes som han var klar og tydeleg.</w:t>
      </w:r>
    </w:p>
    <w:p>
      <w:r>
        <w:t>Ofte svarte han med eit motspørsmål som hjelpte folk å sjå med nye auge, nytt perspektiv, nye synsvinklar. Då vart svaret innlysande klart. Kan vel bryllupsgjestene fasta når dei feirar saman med brudgommen? Sjølvsagt ikkje, men når han var borte skulle dei fasta. Legg merke til at Jesus ikkje fordømmer fasta deira. Han lærer berre at det ikkje er rett for læresveinane hans å fasta på dette tidspunktet.</w:t>
      </w:r>
    </w:p>
    <w:p>
      <w:r>
        <w:t>Jesus svarer på spørsmålet om faste ved å fortelja tre likningar. Han bruker heilt vanlege hendingar og forhold til å formidla sanninga si. Den første likninga tek til med eit retorisk spørsmål som føreset eit negativt svar. Det er heilt upassande å fasta – og sørgja – i eit bryllaup. Då skal ein gleda seg og halda fest, ikkje fasta og sørgja. Brudgomen viser til Jesus, og brura hans er kyrkja. Ei ny tid har teke til.</w:t>
      </w:r>
    </w:p>
    <w:p>
      <w:r>
        <w:t>Orda om det ukrympa tøystykket og dei nye vinsekkene er ikkje like lette å forstå, i alle fall ikkje når det gjeld korleis dei svarer på spørsmålet om faste. Difor bør vi forstå desse to bileta i lys av den tydelege tilvisinga til brudgomen. Det dei har felles, ser ut til å handla om kva som passar seg. Det sømmer seg ikkje å sørgja i eit bryllaup. Det høver ikkje å setja eit stykke nytt tøy på eit gammalt plagg. Det høver heller ikkje å fylla ny vin i gamle vinsekker.</w:t>
      </w:r>
    </w:p>
    <w:p>
      <w:r>
        <w:t>Alt har si meining og sitt føremål, også fasta. Føremålet med fasta blir ikkje oppfylt i eit bryllaup. Nytt tøy tener ikkje føremålet sitt dersom det blir sett på eit gammalt plagg. Det ville tvert imot øydeleggja både det gamle og det nye. Ny vin tener heller ikkje føremålet sitt dersom han blir fylt i gamle vinsekker. Også då ville både det gamle og det nye gå til spille.</w:t>
      </w:r>
    </w:p>
    <w:p>
      <w:r>
        <w:t>Ingenting skal stillast ved sida av Jesus. Dette gjeld tradisjonell jødedom, læresveinane til døyparen Johannes, nasjonalisme og alt anna som dei eller vi måtte ønskja å leggja til. Jesus er det nye elementet; det er ikkje rom for religionsblanding. Jesus gjer spørsmålet større enn berre å handla om faste. Kristendommen har på ein måte sine røter jødedommen, men representerer likevel noko heilt nytt. Når brudgomen er komen, har også ei ny tid teke til. Då er mange delar av det gamle ikkje lenger tenlege eller i stand til å oppfylla føremålet sitt.</w:t>
      </w:r>
    </w:p>
    <w:p>
      <w:pPr>
        <w:pStyle w:val="Heading2"/>
      </w:pPr>
      <w:r>
        <w:t>Sjå nøye etter</w:t>
      </w:r>
    </w:p>
    <w:p>
      <w:r>
        <w:t>Kva seier Jesus om brudgomen og tidspunktet for faste? Korleis hjelper dei tre bileta oss til å forstå kva som passar til den nye tida?</w:t>
      </w:r>
    </w:p>
    <w:p>
      <w:pPr>
        <w:pStyle w:val="Heading2"/>
      </w:pPr>
      <w:r>
        <w:t>Til ettertanke</w:t>
      </w:r>
    </w:p>
    <w:p>
      <w:r>
        <w:t>Korleis kan dei åndelege øvingane mine tena samværet med Jesus og føremålet han har gjeve dei?</w:t>
      </w:r>
    </w:p>
    <w:p>
      <w:pPr>
        <w:pStyle w:val="Heading2"/>
      </w:pPr>
      <w:r>
        <w:t>Saman</w:t>
      </w:r>
    </w:p>
    <w:p>
      <w:r>
        <w:t>Korleis kan vi gje rom for både glede, bøn og faste utan å gjera vår eigen praksis til målestokken for andre?</w:t>
      </w:r>
    </w:p>
    <w:p>
      <w:pPr>
        <w:pStyle w:val="Heading2"/>
      </w:pPr>
      <w:r>
        <w:t>Lev det ut</w:t>
      </w:r>
    </w:p>
    <w:p>
      <w:r>
        <w:t>Set av tid til bøn og spør kva som hjelper deg å søkja Gud no. Lat ei konkret øving tena det føremålet.</w:t>
      </w:r>
    </w:p>
    <w:p>
      <w:pPr>
        <w:pStyle w:val="Heading2"/>
      </w:pPr>
      <w:r>
        <w:t>Bøn</w:t>
      </w:r>
    </w:p>
    <w:p>
      <w:r>
        <w:t>Jesus, takk for det nye livet du kjem med. Lær oss å gleda oss hos deg og søkja deg i bøn og faste.</w:t>
      </w:r>
    </w:p>
    <w:p>
      <w:pPr>
        <w:pStyle w:val="Heading1"/>
        <w:pageBreakBefore/>
      </w:pPr>
      <w:r>
        <w:t>Leksjon 11 Jesus og sabbaten</w:t>
      </w:r>
    </w:p>
    <w:p>
      <w:r>
        <w:t>Les Mark 2,23–28 i Bibelen din.</w:t>
      </w:r>
    </w:p>
    <w:p>
      <w:pPr>
        <w:pStyle w:val="Heading2"/>
      </w:pPr>
      <w:r>
        <w:t>Gå inn i forteljinga</w:t>
      </w:r>
    </w:p>
    <w:p>
      <w:r>
        <w:t>Læresveinane plukkar aks medan dei går gjennom åkeren. Farisearane spør kvifor dei gjer det dei meiner er forbode.</w:t>
      </w:r>
    </w:p>
    <w:p>
      <w:pPr>
        <w:pStyle w:val="Heading2"/>
      </w:pPr>
      <w:r>
        <w:t>Kommentar</w:t>
      </w:r>
    </w:p>
    <w:p>
      <w:r>
        <w:t>Jesus sit sjeldan stille, han er oftast på vandring. No går han langs ein åker på ein sabbat. Farisearane hadde mange reglar knytt til sabbaten, kva folk kunne gjera eller ikkje gjera, kor langt dei kunne gå eller kva dei skulle eta. Denne gongen har han sikkert ikkje gått for langt, for farisearane er til stades og ser at læresveinane riv av aks og et medan dei går. Det provoserer farisearane og dei spør Jesus kvifor læresveinane gjer slikt som dei ikkje har lov til på sabbaten.</w:t>
      </w:r>
    </w:p>
    <w:p>
      <w:r>
        <w:t>Jesus svarer på farisearane sitt spørsmål om å bryta sabbatsbodet med tre argument. For det første svarer Jesus dei med å stilla med eit spørsmål: “Har dokker ikkje lese kva David gjorde?” Han hadde ete noko han ikkje hadde lov å eta, men øvstepresten hadde likevel gjeve han lov til det fordi han og mennene hans trong denne maten! Det kan verka som om han vil påpeika at farisearane ikkje er konsekvente. Dei fordømmer ikkje David for det han gjorde, men dei fordømmer læresveinane som gjer eit mykje mindre brot. Sabbatsbodet handla om å ikkje arbeida på sabbaten, men det gjorde ikkje læresveinane, dei var berre svoltne og åt litt av grøda i åkeren dei gjekk forbi. Jesus tek utgangspunkt i det som var den opphavlege meininga med lova og ville ikkje vera bunden av fariserane sine tradisjonelle reglar og tolkingar.</w:t>
      </w:r>
    </w:p>
    <w:p>
      <w:r>
        <w:t>Det andre argumentet til Jesus handla nettopp om dette: den opphavlege meininga med lova. Sabbaten vart til for menneske, for å møta eit behov folk hadde. Sabbaten var meint å vera ei velsigning for folk og ikkje ei tung bør. Folk er viktigare enn religiøse skikkar eller bygningar. Heile lova vart til for det beste for folk.</w:t>
      </w:r>
    </w:p>
    <w:p>
      <w:r>
        <w:t>Når reglar og føresegner viser seg å verka mot menneska, bør dei opphevast. Mennesket er det fremste målet for Guds kjærleik. Gud elskar menneskeverda, meir enn sabbaten, søndagen, den fysiske verda eller tempelet. Gud elskar verda og søkjer ikkje sitt eige beste. Difor handlar han til gagn for verda, ikkje for seg sjølv.</w:t>
      </w:r>
    </w:p>
    <w:p>
      <w:r>
        <w:t>Vi skal også arbeida til gagn for andre, ikkje berre for oss sjølve. Vi skal elska menneske og bruka ting til beste for menneska, i staden for å elska ting og bruka menneske for å skaffa oss endå meir. Er dei reglane og føresegnene vi praktiserer, til gagn for verda eller berre for oss sjølve? Kyrkja skal vera til for verda, det vil seia for å leita etter og frelsa dei som har gått seg vill. Reglane skal tena menneska, ikkje bli band som avgrensar den personlege fridomen.</w:t>
      </w:r>
    </w:p>
    <w:p>
      <w:r>
        <w:t>Det tredje argumentet Jesus bruker mot farisearane, er at Menneskesonen, Jesus, også er herre over sabbaten. Læresveinane til Jesus kan gjera det han som er herren over sabbaten tillèt. Difor tillèt Jesus at læresveinane plukkar aks og et kornet. Det vesle ordet også viser at Jesu autoritet, som allereie har kome til uttrykk gjennom lækingar, utdriving av vonde ånder og tilgjeving av synd, også omfattar lova.</w:t>
      </w:r>
    </w:p>
    <w:p>
      <w:pPr>
        <w:pStyle w:val="Heading2"/>
      </w:pPr>
      <w:r>
        <w:t>Sjå nøye etter</w:t>
      </w:r>
    </w:p>
    <w:p>
      <w:r>
        <w:t>Kva tre svar gjev Jesus? Kva seier han om kven sabbaten er til for, og kven Menneskesonen er?</w:t>
      </w:r>
    </w:p>
    <w:p>
      <w:pPr>
        <w:pStyle w:val="Heading2"/>
      </w:pPr>
      <w:r>
        <w:t>Til ettertanke</w:t>
      </w:r>
    </w:p>
    <w:p>
      <w:r>
        <w:t>Kva regel eller vane har eg late bli viktigare enn mennesket han skulle tena?</w:t>
      </w:r>
    </w:p>
    <w:p>
      <w:pPr>
        <w:pStyle w:val="Heading2"/>
      </w:pPr>
      <w:r>
        <w:t>Saman</w:t>
      </w:r>
    </w:p>
    <w:p>
      <w:r>
        <w:t>Korleis kan ordningane i fellesskapet vårt vera til gagn for menneske og gje rom for kvile?</w:t>
      </w:r>
    </w:p>
    <w:p>
      <w:pPr>
        <w:pStyle w:val="Heading2"/>
      </w:pPr>
      <w:r>
        <w:t>Lev det ut</w:t>
      </w:r>
    </w:p>
    <w:p>
      <w:r>
        <w:t>Sjå på ei forventning du legg på deg sjølv eller andre. Spør korleis ho kan tena menneska betre.</w:t>
      </w:r>
    </w:p>
    <w:p>
      <w:pPr>
        <w:pStyle w:val="Heading2"/>
      </w:pPr>
      <w:r>
        <w:t>Bøn</w:t>
      </w:r>
    </w:p>
    <w:p>
      <w:r>
        <w:t>Jesus, du er herre over sabbaten. Lær oss å ta imot kvila og bruka ordningane våre til beste for menneska.</w:t>
      </w:r>
    </w:p>
    <w:p>
      <w:pPr>
        <w:pStyle w:val="Heading1"/>
        <w:pageBreakBefore/>
      </w:pPr>
      <w:r>
        <w:t>Leksjon 12 Jesus lækjer på sabbaten</w:t>
      </w:r>
    </w:p>
    <w:p>
      <w:r>
        <w:t>Les Mark 3,1–6 i Bibelen din.</w:t>
      </w:r>
    </w:p>
    <w:p>
      <w:pPr>
        <w:pStyle w:val="Heading2"/>
      </w:pPr>
      <w:r>
        <w:t>Gå inn i forteljinga</w:t>
      </w:r>
    </w:p>
    <w:p>
      <w:r>
        <w:t>Ein mann med ei visna hand står i synagogen. Jesus set han fram og stiller eit spørsmål dei andre ikkje vil svara på.</w:t>
      </w:r>
    </w:p>
    <w:p>
      <w:pPr>
        <w:pStyle w:val="Heading2"/>
      </w:pPr>
      <w:r>
        <w:t>Kommentar</w:t>
      </w:r>
    </w:p>
    <w:p>
      <w:r>
        <w:t>Markus gjev oss denne forteljinga som ei oppfølging av påstanden til Jesus i førre avsnitt om at han er herre over sabbaten. På ny gjekk Jesus inn i synagogen. Der var det ein mann med ei visna og lam hand. Farisearane heldt auge med han for å sjå om dei kunne klaga han for brot på moselova ved å arbeida på sabbaten.</w:t>
      </w:r>
    </w:p>
    <w:p>
      <w:r>
        <w:t>Jesus veit korleis dei tenkjer og han går rett i strupen på dei. Han bed mannen reisa seg og koma fram midt i rommet. Jesus kjem med ei offentleg og direkte utfordring til farisearane. Han vender seg ein augeblikk bort frå mannen og stiller farisearane spørsmålet: «Er det tillate på sabbaten å gjera godt eller å gjera vondt, å berga eit liv eller å drepa?»</w:t>
      </w:r>
    </w:p>
    <w:p>
      <w:r>
        <w:t>Sagt på ein annan måte: «Er det tillate å lækja eit menneske (gjera godt), eller å la vera å lækja (gjera vondt)?» I si eiga lovtolking tillét farisearane at ein bonde kunne hjelpa eit dyr som var i naud på sabbaten. Men farisearane, forblinda av sin motstand, tagde likevel, trass i det deira eiga tolking lærte. Dei ville ikkje vera samde med Jesus i at det er rett å gjera godt og ikkje vondt. Og dei kunne ikkje seia seg usamde i at det er rett å gjera vondt og ikkje godt. Difor svarte dei ikkje, men var stille og heldt sinnet sitt inne.</w:t>
      </w:r>
    </w:p>
    <w:p>
      <w:r>
        <w:t>Jesus var tydeleg harm og sorgfull. Då han såg seg rundt, vart han sint, fordi hjarta deira var så forherda. Å teia er ikkje alltid gull. Hjarta til farisearane var så harde at dei ikkje var i stand til å gje eit fornuftig svar. Jesu neste ord er retta til den sjuke mannen; han bed han retta ut handa. Mannen gjer det, og handa hans blir heilt frisk att.</w:t>
      </w:r>
    </w:p>
    <w:p>
      <w:r>
        <w:t>Markus fortel ikkje korleis folkemengda reagerte, men han fortel korleis farisearane reagerte. Dei går straks bort og legg planar saman med herodianarane om å drepa Jesus, ikkje på grunn av sjølve underet at mannen vart frisk, men fordi Jesus har undergrave makta deira gjennom den direkte utfordringa si. Det som var sant for Jesu tilhøyrarar, er sant også for Markus sine og for oss. Det gode bodskapet om Jesus, om det han lærer og gjer, mjukar opp mange, slik som folkemengdene som fylte av undring bringar fleire menneske til han. Men det gode bodskapet forherdar også somme, slik som farisearane og herodianarane, som har øyre men ikkje høyrer, og auge men ikkje ser.</w:t>
      </w:r>
    </w:p>
    <w:p>
      <w:r>
        <w:t>Ein annan verdifull bruk av denne teksten, kanskje ikkje tilsikta av Markus, gjeld når ein ikkje bør teia stilt eller unnlata å svara. Å teia stilt om det vonde er ikkje rett reaksjon. Om vi ventar at det gode skal sigra, bør vi fremja det på alle måtar vi kan. Om vi ventar at det vonde skal bli overvunne, må vi kjempa mot det på alle måtar vi kan.</w:t>
      </w:r>
    </w:p>
    <w:p>
      <w:pPr>
        <w:pStyle w:val="Heading2"/>
      </w:pPr>
      <w:r>
        <w:t>Sjå nøye etter</w:t>
      </w:r>
    </w:p>
    <w:p>
      <w:r>
        <w:t>Kva spør Jesus om, og korleis reagerer han på stilla? Kva skjer med mannen, og kva gjer motstandarane etterpå?</w:t>
      </w:r>
    </w:p>
    <w:p>
      <w:pPr>
        <w:pStyle w:val="Heading2"/>
      </w:pPr>
      <w:r>
        <w:t>Til ettertanke</w:t>
      </w:r>
    </w:p>
    <w:p>
      <w:r>
        <w:t>Kvar er eg freista til å teia eller la vera å gjera godt fordi eg vil unngå motstand?</w:t>
      </w:r>
    </w:p>
    <w:p>
      <w:pPr>
        <w:pStyle w:val="Heading2"/>
      </w:pPr>
      <w:r>
        <w:t>Saman</w:t>
      </w:r>
    </w:p>
    <w:p>
      <w:r>
        <w:t>Korleis kan vi fremja det gode og verna menneske når reglar eller makt står i vegen?</w:t>
      </w:r>
    </w:p>
    <w:p>
      <w:pPr>
        <w:pStyle w:val="Heading2"/>
      </w:pPr>
      <w:r>
        <w:t>Lev det ut</w:t>
      </w:r>
    </w:p>
    <w:p>
      <w:r>
        <w:t>Gjer ei konkret god handling du har halde tilbake. Stå saman med nokon som treng støtte.</w:t>
      </w:r>
    </w:p>
    <w:p>
      <w:pPr>
        <w:pStyle w:val="Heading2"/>
      </w:pPr>
      <w:r>
        <w:t>Bøn</w:t>
      </w:r>
    </w:p>
    <w:p>
      <w:r>
        <w:t>Jesus, hald hjartet vårt mjukt. Gje oss mot til å gjera godt og møta menneske med omsorg.</w:t>
      </w:r>
    </w:p>
    <w:p>
      <w:pPr>
        <w:pStyle w:val="Heading1"/>
        <w:pageBreakBefore/>
      </w:pPr>
      <w:r>
        <w:t>Stans og sjå tilbake på modul 1</w:t>
      </w:r>
    </w:p>
    <w:p>
      <w:r>
        <w:t>Les Mark 1,14–20, Mark 2,5–12 og Mark 3,1–6 på nytt. Kva har du oppdaga om Jesus, kallet hans og fullmakta hans? Sjå tilbake på møta med dei sjuke, dei utstøytte og dei som stiller spørsmål. Kva har fått tak i deg, og kva har du byrja å leva ut?</w:t>
      </w:r>
    </w:p>
    <w:p>
      <w:r>
        <w:t>Del eitt ord eller éi hending som har gripi deg, med nokon i fellesskapet. Fortel også om eitt steg du har teke. Be saman om hjelp til å halda fram med å følgja Jesus. I modul 2 ser vi vidare på kallet til å vera med han, høyra ordet hans og bera frukt.</w:t>
      </w:r>
    </w:p>
    <w:p>
      <w:pPr>
        <w:pStyle w:val="Heading1"/>
        <w:pageBreakBefore/>
      </w:pPr>
      <w:r>
        <w:t>Modul 2 Vera med Jesus og høyra ordet hans</w:t>
      </w:r>
    </w:p>
    <w:p>
      <w:r>
        <w:t>Mark 3,7–6,6</w:t>
      </w:r>
    </w:p>
    <w:p>
      <w:r>
        <w:t>Jesus kallar menneske til å vera med seg. Vi møter folkemengdene, dei tolv og familien hans, før vi set oss ned og lyttar til likningane om Guds rike. Så følgjer vi han ut på sjøen og inn i møte med menneske som treng fridom, læking og liv. Gjennom heile modulen kjem spørsmålet tilbake: Korleis tek vi imot Jesus og ordet hans?</w:t>
      </w:r>
    </w:p>
    <w:p>
      <w:r>
        <w:t>Modulen har tolv leksjonar. Les gjerne seks avsnitt, bruk ein dag til å sjå tilbake, og hald så fram. Les heile bibelavsnittet før kvar kommentar. Når ei likning og forklaringa hennar står kvar for seg, les dei saman.</w:t>
      </w:r>
    </w:p>
    <w:p>
      <w:pPr>
        <w:pStyle w:val="Heading1"/>
        <w:pageBreakBefore/>
      </w:pPr>
      <w:r>
        <w:t>Leksjon 1 Folket flokkar seg kring Jesus</w:t>
      </w:r>
    </w:p>
    <w:p>
      <w:r>
        <w:t>Les Mark 3,7–12 i Bibelen din.</w:t>
      </w:r>
    </w:p>
    <w:p>
      <w:pPr>
        <w:pStyle w:val="Heading2"/>
      </w:pPr>
      <w:r>
        <w:t>Gå inn i forteljinga</w:t>
      </w:r>
    </w:p>
    <w:p>
      <w:r>
        <w:t>Folket kjem frå mange kantar. Nokre vil bli lækte, og trengselen blir stor. Legg merke til både det Jesus gjer og det han ikkje vil ta imot.</w:t>
      </w:r>
    </w:p>
    <w:p>
      <w:pPr>
        <w:pStyle w:val="Heading2"/>
      </w:pPr>
      <w:r>
        <w:t>Kommentar</w:t>
      </w:r>
    </w:p>
    <w:p>
      <w:r>
        <w:t>Etter denne konfrontasjonen med farisearane og herodianarane som planla å ta livet av Jesus, drog Jesus seg bort frå byområdet saman med læresveinane sine. Likevel følgjer ei stor folkemengd frå heile Galilea etter han til sjøen. Ja, mange menneske kjem til han både frå sør (Judea og Idumea), frå aust (landet på hi sida av Jordan) og frå nordvest (Tyrus og Sidon). Dei kjem fordi dei har høyrt om alt det han hadde gjort.</w:t>
      </w:r>
    </w:p>
    <w:p>
      <w:r>
        <w:t>Trengselen frå folkemengda er så stor at Jesus bed læresveinane gjera klar ein båt han kan flykta i. Alle i mengda strekte seg fram for å røra ved han, i tru på at å røra ved han ville lækja plagene deira. Ordet for plagene her er litt spesielt, for det blir også omsett med «pisk eller piskelag». Somme meinte at sjukdomar var piskeslag frå Gud, men det avviser Jesus ved å gjera dei friske.</w:t>
      </w:r>
    </w:p>
    <w:p>
      <w:r>
        <w:t>Fleire av folka, som flokka seg rundt han, var tydelegvis plaga av ureine ånder. Orda ureine ånder, vonde ånder og demonar er eigentleg synonyme ord. Når desse menneska rørte ved Jesus, kasta dei ureine åndene seg ned og stadfeste at Jesus var Guds Son. Her har vi enda eit døme på at Jesus byd demonane å teia, men først etter at dei har gjeve si vedkjenning om kven han er.</w:t>
      </w:r>
    </w:p>
    <w:p>
      <w:r>
        <w:t>Dette avsnittet hjå Markus gjev rett og slett eit samandrag av Jesu teneste. Markus lærer oss om Jesu mynde, makt og popularitet. Det er underleg at sjølv om Jesus ikkje vil ha vitnemål frå dei vonde åndene, vel Markus likevel å ta med denne hendinga i evangeliet sitt, som endå ein måte å visa fram Jesu makt og mynde på, særleg gjennom bruken av nemninga Guds Son. Men Jesus vil ikkje ha vitnemål frå ein som ikkje følgjer han. Det er ikkje godteke. Dei som seier «Herre, Herre», men ikkje følgjer, blir ikkje tekne imot av Jesus, korkje i tenesta hans eller i forsamlinga hans, verken på Markus si tid eller i vår.</w:t>
      </w:r>
    </w:p>
    <w:p>
      <w:pPr>
        <w:pStyle w:val="Heading2"/>
      </w:pPr>
      <w:r>
        <w:t>Sjå nøye etter</w:t>
      </w:r>
    </w:p>
    <w:p>
      <w:r>
        <w:t>Kvar kjem folket frå, og kvifor kjem dei? Kva seier dei ureine åndene, og korleis svarar Jesus?</w:t>
      </w:r>
    </w:p>
    <w:p>
      <w:pPr>
        <w:pStyle w:val="Heading2"/>
      </w:pPr>
      <w:r>
        <w:t>Til ettertanke</w:t>
      </w:r>
    </w:p>
    <w:p>
      <w:r>
        <w:t>Kva søkjer eg hos Jesus? Kva vil det seia at trua mi får uttrykk i å følgja han?</w:t>
      </w:r>
    </w:p>
    <w:p>
      <w:pPr>
        <w:pStyle w:val="Heading2"/>
      </w:pPr>
      <w:r>
        <w:t>Saman</w:t>
      </w:r>
    </w:p>
    <w:p>
      <w:r>
        <w:t>Korleis kan vi hjelpa menneske til å koma til Jesus og bli kjende med han?</w:t>
      </w:r>
    </w:p>
    <w:p>
      <w:pPr>
        <w:pStyle w:val="Heading2"/>
      </w:pPr>
      <w:r>
        <w:t>Lev det ut</w:t>
      </w:r>
    </w:p>
    <w:p>
      <w:r>
        <w:t>Be for nokon som treng hjelp, og gje vedkomande tid og omsorg.</w:t>
      </w:r>
    </w:p>
    <w:p>
      <w:pPr>
        <w:pStyle w:val="Heading2"/>
      </w:pPr>
      <w:r>
        <w:t>Bøn</w:t>
      </w:r>
    </w:p>
    <w:p>
      <w:r>
        <w:t>Jesus, takk for at menneske med alle slags behov kan koma til deg. Lær meg å kjenna deg og følgja deg.</w:t>
      </w:r>
    </w:p>
    <w:p>
      <w:pPr>
        <w:pStyle w:val="Heading1"/>
        <w:pageBreakBefore/>
      </w:pPr>
      <w:r>
        <w:t>Leksjon 2 Dei skulle vera med han</w:t>
      </w:r>
    </w:p>
    <w:p>
      <w:r>
        <w:t>Les Mark 3,13–19 i Bibelen din.</w:t>
      </w:r>
    </w:p>
    <w:p>
      <w:pPr>
        <w:pStyle w:val="Heading2"/>
      </w:pPr>
      <w:r>
        <w:t>Gå inn i forteljinga</w:t>
      </w:r>
    </w:p>
    <w:p>
      <w:r>
        <w:t>Jesus kallar til seg dei han vil ha. Før vi les om kva dei skal gjera, høyrer vi kvifor dei skal vera hos han.</w:t>
      </w:r>
    </w:p>
    <w:p>
      <w:pPr>
        <w:pStyle w:val="Heading2"/>
      </w:pPr>
      <w:r>
        <w:t>Kommentar</w:t>
      </w:r>
    </w:p>
    <w:p>
      <w:r>
        <w:t>Jesus dreg seg endå lenger bort frå byane og folkemengdene som følgjer han, ved å gå opp i åsane rundt sjøen. Der kallar han til seg dei han sjølv vil ha. Han kallar tolv menn, som han også gjev namnet «apostlar» eller «utsende». Jesus hadde to grunnar til å velja ut desse tolv mennene:</w:t>
      </w:r>
    </w:p>
    <w:p>
      <w:r>
        <w:t>[1] «at dei skulle vera med han», og</w:t>
        <w:br/>
        <w:t xml:space="preserve"> [2] «at han skulle senda dei ut</w:t>
        <w:br/>
        <w:t xml:space="preserve"> [a] for å forkynna godt nytt, evangeliet, og</w:t>
        <w:br/>
        <w:t xml:space="preserve"> [b] for å ha makt til å driva ut vonde ånder</w:t>
      </w:r>
    </w:p>
    <w:p>
      <w:r>
        <w:t>Det er verdt å merka seg at verbet senda ut er same ordet som substantivet apostel. Eit moderne synonym er utsending. Det første føremålet for dei utsende var å vera med Jesus. Det er naudsynt å ha vore med Jesus for at dei utsende skal kunna oppfylla det andre føremålet, nemleg å forkynna evangeliet og driva ut vonde ånder. Desse utsende forkynner gledebodskapen både medan Jesus verka, og etter hans død, gravlegging og oppstode. Det første bodskapet var: «Guds rike er nær»; det siste var: «Ein kjem inn i Guds rike ved å setja si lit til evangeliet om at Jesus vart krossfest for syndene våre og stod opp att på den tredje dagen, så vi kunne ha evig liv.» Tenesta til dei utsende skulle også omfatta makt til å driva ut vonde ånder. Makta til å driva ut demonar var eit teikn på at det nye riket var sterkare enn demonane, og at det nye riket verkeleg var komne i Jesu person og gjennom makta til dei han hadde sendt ut.</w:t>
      </w:r>
    </w:p>
    <w:p>
      <w:r>
        <w:t>Nemninga Dei tolv blir nytta absolutt, som namn på den gruppa Jesus valde ut mellom dei som følgde han. Namna på Dei tolv blir lista opp med nokre interessante tillegg. Simon får namnet «Peter». Jakob og Johannes vert kalla «Toredønns-sønene» eller «dei brennande sønene» (jf. Mark 9,38 og Luk 9,54). Ein annan Simon vert kalla «kananearen», som på arameisk tyder «ivraren», og som i den norske Bibelen 2011 gjerne blir omsett med «seloten». Det er eit namn på den brennande, Roma-fiendtlege gruppa som lett greip til vald. Markus set Judas Iskariot sist på lista, med ei illevarslande skildring som alt tidleg i forteljinga syner at det er Judas som til slutt skal overgje Jesus til styresmaktene.</w:t>
      </w:r>
    </w:p>
    <w:p>
      <w:r>
        <w:t>Dette avsnittet gjev eit godt bilete av dei ulike gruppene som følgde Jesus. Dei store folkemengdene kjem fordi dei har høyrt om Jesus, og mange ønskjer å bli lækte. Så vel Jesus ut Dei tolv til å vera med han. Skildringa av Dei tolv avdekkjer likevel ein indre krins på tre. Dei tre innarste (Peter, Jakob og Johannes) var dei tre første Jesus valde ut.</w:t>
      </w:r>
    </w:p>
    <w:p>
      <w:pPr>
        <w:pStyle w:val="Heading2"/>
      </w:pPr>
      <w:r>
        <w:t>Sjå nøye etter</w:t>
      </w:r>
    </w:p>
    <w:p>
      <w:r>
        <w:t>Finn dei to føremåla med kallet. Korleis heng det å vera med Jesus saman med det å bli send av han?</w:t>
      </w:r>
    </w:p>
    <w:p>
      <w:pPr>
        <w:pStyle w:val="Heading2"/>
      </w:pPr>
      <w:r>
        <w:t>Til ettertanke</w:t>
      </w:r>
    </w:p>
    <w:p>
      <w:r>
        <w:t>Er samværet med Jesus sjølve grunnlaget for tenesta mi?</w:t>
      </w:r>
    </w:p>
    <w:p>
      <w:pPr>
        <w:pStyle w:val="Heading2"/>
      </w:pPr>
      <w:r>
        <w:t>Saman</w:t>
      </w:r>
    </w:p>
    <w:p>
      <w:r>
        <w:t>Korleis kan vi hjelpa kvarandre til å vera med Jesus og ta del i oppdraget hans?</w:t>
      </w:r>
    </w:p>
    <w:p>
      <w:pPr>
        <w:pStyle w:val="Heading2"/>
      </w:pPr>
      <w:r>
        <w:t>Lev det ut</w:t>
      </w:r>
    </w:p>
    <w:p>
      <w:r>
        <w:t>Set av tid til å vera med Jesus utan først å laga ei liste over det du skal prestera. Les, lytt og be.</w:t>
      </w:r>
    </w:p>
    <w:p>
      <w:pPr>
        <w:pStyle w:val="Heading2"/>
      </w:pPr>
      <w:r>
        <w:t>Bøn</w:t>
      </w:r>
    </w:p>
    <w:p>
      <w:r>
        <w:t>Jesus, takk for at du kallar meg til deg. Lat tenesta mi veksa fram frå samværet med deg.</w:t>
      </w:r>
    </w:p>
    <w:p>
      <w:pPr>
        <w:pStyle w:val="Heading1"/>
        <w:pageBreakBefore/>
      </w:pPr>
      <w:r>
        <w:t>Leksjon 3 Kven er Jesu familie</w:t>
      </w:r>
    </w:p>
    <w:p>
      <w:r>
        <w:t>Les Mark 3,20–35 i Bibelen din.</w:t>
      </w:r>
    </w:p>
    <w:p>
      <w:pPr>
        <w:pStyle w:val="Heading2"/>
      </w:pPr>
      <w:r>
        <w:t>Gå inn i forteljinga</w:t>
      </w:r>
    </w:p>
    <w:p>
      <w:r>
        <w:t>Les heile avsnittet før du stansar ved åtvaringa om spott mot Anden. Forteljinga om familien omsluttar møtet med dei skriftlærde. Dei tre delane hjelper oss til å forstå kvarandre.</w:t>
      </w:r>
    </w:p>
    <w:p>
      <w:pPr>
        <w:pStyle w:val="Heading2"/>
      </w:pPr>
      <w:r>
        <w:t>Kommentar</w:t>
      </w:r>
    </w:p>
    <w:p>
      <w:r>
        <w:t>Markus nyttar eit litterært grep i Mark 3,20–35 der han set inn ei hending mellom to fasar av ei anna hending. Avvisinga av Jesus frå familien hans tek til i versa 20 og 21, deretter vert avvisinga frå dei skriftlærde frå Jerusalem fortald (versa 22–30). Fullføringa av avvisinga frå Jesu familie kjem til slutt i versa 31–35. Dette litterære grepet blir nytta fleire gonger av Markus. Markus nyttar hendingar inni hendingar som tolkar kvarandre, slik vi skal sjå i dette avsnittet.</w:t>
      </w:r>
    </w:p>
    <w:p>
      <w:r>
        <w:t>Jesus vender attende frå sjøen og åsane til heimen sin. Dette viser til den staden han vanlegvis heldt til i Kapernaum. Markus held fram med å syna Jesu popularitet mellom folket ved å seia at det var så stor ei folkemengd i og rundt huset at han og læresveinane ikkje eingong fekk eta.</w:t>
      </w:r>
    </w:p>
    <w:p>
      <w:r>
        <w:t>Neste setning er underleg. Han eigne kom for å gripa han, for dei meinte han var heilt frå seg. Kven var desse som blir kalla “hans eigne”? Det var sjølvsagt ikkje læresveinane hans eller dei store folkemengdene som skaper vanskar. Dei skriftlærde ville nok gjerne gripa han, men dei ville aldri bli omtalt som hans eigne. Mange bibelgranskarar meiner at Markus her siktar til Jesu familie. Johannesevangeliet syner at Jesu brør ikkje trudde på han (Joh 7,3–5). Familien var uroa fordi framferda til Jesus drog til seg så store folkemengder at han, i følgje dette verset, ikkje ein gong kunne stella med sine eigne behov. Familien set i veg for å gripa Jesus. Ordet gripa vert nytta seinare i Mark 6,17 om det Herodes gjer når han sender menn for å «arrestera» Johannes døyparen. Jesu familie tenkjer tydelegvis at han er galen, det vil seia, ordrett, «ute av seg sjølv». Dei kjenner at dei må gripa han for hans eiga skuld og ta han med heim.</w:t>
      </w:r>
    </w:p>
    <w:p>
      <w:r>
        <w:t>Dei skriftlærde frå Jerusalem er dei rettslege styresmaktene, eller lovkunnige, som er komne frå hovudstaden ut til landsbygda for å granska denne populære personen og dei ville påstandane som vert framsette om han. At slike lovkunnige frå storbyen kjem hit, er høgst uvanleg. Markus nemner straks dei to skuldingane mot Jesus. Legg merke til at tidlegare (i Mark 3,2) freista nokre av Jesu motstandarar å reisa rettslege klagemål mot han. Den første skuldinga er at Be'elsebul har fare i han. Namnet tyder «Ba'al, fyrsten».</w:t>
      </w:r>
    </w:p>
    <w:p>
      <w:r>
        <w:t>Den andre skuldinga er at han driv ut vonde ånder ved hjelp frå fyrsten over demonane. Uttrykka fyrsten over demonane og Ba'al fyrsten tyder det same. Legg merke til at motstandarane seier at Jesus har ei urein ånd. Jesus var vidkjend for å driva ut demonar.</w:t>
      </w:r>
    </w:p>
    <w:p>
      <w:r>
        <w:t>Jesus svarar på dei to skuldingane på to måtar. Først kallar han til seg dei skriftlærde og stiller dei eit retorisk spørsmål. Jesus svarar på spørsmålet med tre utsegner. Legg merke til at Jesus set likskapsteikn mellom Be'elsebul, fyrsten over demonane, og Satan. Det retoriske spørsmålet kan berre svarast på éin måte: Satan kan ikkje driva ut Satan. Like lite som eit rike eller eit hus som er kløyvd mot seg sjølv kan stå, kunne Satan stå om han kjempa mot seg sjølv. Om han kjempa mot seg sjølv, ville det vera eit sikkert teikn på at han går mot enden sin. Dinest fortel Jesus ei kort likning som dei skriftlærde ikkje kan avvisa. Ein lyt vera sterkare enn den sterke mannen for å koma inn i huset hans og plyndra eigedelane hans.</w:t>
      </w:r>
    </w:p>
    <w:p>
      <w:r>
        <w:t>Jesu svar kan samanfattast i to setningar. Sidan Satan ikkje kan driva ut Satan, og vonde ånder blir drivne ut av Jesus, kan Jesus openbert ikkje vera Satan eller ei vond ånd. Og sidan den som driv ut lyt vera sterkare enn den som blir driven ut, og Jesus driv ut demonar, lyt Jesus vera sterkare enn demonane han driv ut.</w:t>
      </w:r>
    </w:p>
    <w:p>
      <w:r>
        <w:t>Utdrivinga av vonde ånder var eit teikn på Guds makt. I Luk 11,20 seier Jesus: «Om eg driv ut vonde ånder med Guds finger, då har Guds rike kome til dykk.» I Matt 12,28 blir uttrykket Guds Ande nytta i staden for Guds finger, men tydinga er den same. At Guds rike kjem, blir vist gjennom Guds makt til å overvinna det vonde. Det gode sigrar over det vonde. Utdrivinga av demonar var eit teikn på at Guds rike og makt braut inn, særleg slik det kjem til syne i Jesu gjerning, han som driv ut demonane. Skuldingane frå dei skriftlærde mot Jesus er eit forsøk på å kalla Guds rike for Satans rike. Dette er ei forvrenging av gledebodskapen i evangeliet. Det skildrar det gode som vondt. Det kallar lyset for mørker. Markus peikar truleg også for lesarane sine på det underlege i at nett dei som skulle visa vegen, dei rettskunnige uttolkarane av Moselova, er dei som fullstendig vender seg mot og avviser han som oppfyller Moselova.</w:t>
      </w:r>
    </w:p>
    <w:p>
      <w:r>
        <w:t>I samanheng med denne typen forvrenging tek Markus opp spørsmålet om spott mot Den heilage ande. Å spotta tyder å tala imot eller å håna, særleg med tanke på Gud. Alle andre synder kan verta tilgjevne, men å håna Den heilage ande er ei evig synd. Jødane hadde andre uforsonlege synder, som å vanhelga Guds namn, for då tok Gud hemn straks. Likeins vart den som gav falskt vitnemål i ei sak om dødsstraff, rekna som skuldig i ei utilgjeveleg synd. Markus syner kor alvorleg Jesus tek dette spørsmålet ved å bruka «amen»-uttrykket «Sanneleg seier eg dykk», fremst i utsegna hans. Spørsmålet som melder seg i dette avsnittet, er kvifor Jesus særskilt peikar på Anden. Anden er Guds makt. Å avvisa eller håna Anden er å skjera av krafta. Hugs at Matteus fortel om Jesu ord: «Om eg driv ut demonar ved Guds Ande …» (Matt 12,28). Markus sin eigen kommentar stadfestar denne samanhengen, for dei skriftlærde skulda Jesus for å ha ei urein ånd, medan Anden i røynda var Den heilage ande og ikkje ei urein ånd. I botnen tyder dette at den som avviser Den heilage ande som krafta i Jesus og i kristendomen, avviser Gud, og sidan all tilgjeving kjem frå Gud, får denne synda evige følgjer.</w:t>
      </w:r>
    </w:p>
    <w:p>
      <w:r>
        <w:t>Teksten i Mark 3,28–30 seier ikkje at nokon der har gjort seg skuldig i slik spott, men Jesus gjev ei svært alvorleg åtvaring som gjeld både dei skriftlærde, Markus sine lesarar og oss. Her ligg den eigentlege forvrenginga: han som kjem og driv ut Satan ved Guds heilage ande, så menneska skal få evig liv, blir sjølv kalla Satan. Den som gjer dette, har ikkje von, for han er så forvrengd at han seier kvitt er svart og mørker er lys, at Guds verk er Satans verk, at det gode er vondt og det vonde er godt.</w:t>
      </w:r>
    </w:p>
    <w:p>
      <w:r>
        <w:t>Skriftlærde sitt avvisning står i kontrast til korleis folkemengdene tek imot Jesus. I Mark 3,31–35 har mor hans, brørne og systrene hans kome for å henta han heim. Dei bed han koma ut og bli med dei. Dette blir fortalt vidare til Jesus om at mor hans og familien spør etter han. Då kjem Jesus med ei forbløffande utsegn som peikar ut kven som er hans verkelege familie. Jesu verkelege familie er dei som gjer det Gud vil. Den parallelle teksten hjå Lukas seier: «Dei som høyrer Guds ord og gjer det» (Luk 8,21). At Jesu verkelege familie er dei som gjer Guds vilje, eller det Gud «ønskjer», syner at menneska har eit val. Somme som har lytta til han, har valt å gjera det Gud vil. Andre, dei skriftlærde og Jesu eigen familie, har valt å gjera det dei sjølve vil. Ein lyt gjera det Jesus vil for å høyra til hans verkelege familie. Jesu jordiske familie og dei som tolka lova, som skulle ha teke imot han, har eigentleg avvist han. Folkemengda som samlar seg om Jesus, er hans sanne familie, dei som høyrer og gjer Guds ord.</w:t>
      </w:r>
    </w:p>
    <w:p>
      <w:r>
        <w:t>Denne teksten er ei alvorleg åtvaring mot å avvisa Jesus. Men han er også ei forsikring om at dersom vi vel å gjera det Gud ønskjer, når vi høyrer og gjer etter Guds ord, då skal vi vera ein del av Guds sanne familie.</w:t>
      </w:r>
    </w:p>
    <w:p>
      <w:pPr>
        <w:pStyle w:val="Heading2"/>
      </w:pPr>
      <w:r>
        <w:t>Sjå nøye etter</w:t>
      </w:r>
    </w:p>
    <w:p>
      <w:r>
        <w:t>Kva skuldar dei skriftlærde Jesus for? Korleis svarar han? Kva forklaring gjev Markus i vers 30, og kven kallar Jesus sin familie?</w:t>
      </w:r>
    </w:p>
    <w:p>
      <w:pPr>
        <w:pStyle w:val="Heading2"/>
      </w:pPr>
      <w:r>
        <w:t>Til ettertanke</w:t>
      </w:r>
    </w:p>
    <w:p>
      <w:r>
        <w:t>Kva vil det seia å gjera Guds vilje i den stoda eg står i?</w:t>
      </w:r>
    </w:p>
    <w:p>
      <w:pPr>
        <w:pStyle w:val="Heading2"/>
      </w:pPr>
      <w:r>
        <w:t>Saman</w:t>
      </w:r>
    </w:p>
    <w:p>
      <w:r>
        <w:t>Korleis kan fellesskapet vårt leva som Jesu familie og ta imot menneske som ønskjer å følgja han?</w:t>
      </w:r>
    </w:p>
    <w:p>
      <w:pPr>
        <w:pStyle w:val="Heading2"/>
      </w:pPr>
      <w:r>
        <w:t>Lev det ut</w:t>
      </w:r>
    </w:p>
    <w:p>
      <w:r>
        <w:t>Ta eit konkret steg i noko du veit Gud har kalla deg til. Del gjerne avgjerda med ein annan som kan be saman med deg.</w:t>
      </w:r>
    </w:p>
    <w:p>
      <w:pPr>
        <w:pStyle w:val="Heading2"/>
      </w:pPr>
      <w:r>
        <w:t>Bøn</w:t>
      </w:r>
    </w:p>
    <w:p>
      <w:r>
        <w:t>Far, hjelp oss å ta imot Son din og vera opne for Anden di gjerning. Lær oss å høyra ordet ditt og gjera det du vil.</w:t>
      </w:r>
    </w:p>
    <w:p>
      <w:pPr>
        <w:pStyle w:val="Heading1"/>
        <w:pageBreakBefore/>
      </w:pPr>
      <w:r>
        <w:t>Leksjon 4 Ordet og jorda</w:t>
      </w:r>
    </w:p>
    <w:p>
      <w:r>
        <w:t>Les Mark 4,1–9 og 4,14–20 i Bibelen din.</w:t>
      </w:r>
    </w:p>
    <w:p>
      <w:pPr>
        <w:pStyle w:val="Heading2"/>
      </w:pPr>
      <w:r>
        <w:t>Gå inn i forteljinga</w:t>
      </w:r>
    </w:p>
    <w:p>
      <w:r>
        <w:t>Jesus sit i båten og lærer folket med ei forteljing frå kvardagen. Les først likninga, og så forklaringa. Legg merke til kor ofte det å høyra blir nemnt.</w:t>
      </w:r>
    </w:p>
    <w:p>
      <w:pPr>
        <w:pStyle w:val="Heading2"/>
      </w:pPr>
      <w:r>
        <w:t>Kommentar</w:t>
      </w:r>
    </w:p>
    <w:p>
      <w:r>
        <w:t>Det fjerde kapitlet hjå Markus, gjeld ansvaret til Jesu følgjarar, hans verkelege familie. Sagt på ein annan måte: det gjeld dei som høyrer Ordet og gjer Guds vilje, dei som er «innanfor». Scena vert sett i Mark 4,1–2, der ei stor folkemengd trengjer seg så tett innpå Jesus at han, for å kunna undervisa dei frå passe avstand, lyt setja seg i ein båt.</w:t>
      </w:r>
    </w:p>
    <w:p>
      <w:r>
        <w:t>Jesus underviser dei ved å fortelja likningar. Dette er kvardagslege forteljingar med ei åndeleg tyding. Jesu bruk av likningar femner også om det som vert kalla samanlikningar og metaforar. Dette kapitlet inneheld alle desse tre slaga av likningar; difor er det viktig å drøfta kven likningane var meinte for. Likninga om såmannen og kornet får vi i v 3–8, og forklart i versa 14–20. Imellom talar Jesus om løyndommen i likninga og om det å forstå ho.</w:t>
      </w:r>
    </w:p>
    <w:p>
      <w:r>
        <w:t>Likninga handlar eigentleg ikkje om såmannen; elles kunne vi spurt kvifor han sådde kornet på vegen, på steingrunnen eller mellom klunger. Likninga handlar heller ikkje eigentleg om kornet som vert sådd. Kornet er Ordet, Ordet om riket, eller, sagt på ein annan måte, Guds ord. I dette avsnittet tyder kornet Jesu lære. Poenget med likninga gjeld korleis menneske reagerer på bodskapen frå Jesus. Dei ulike reaksjonane heng saman med korleis ein høyrer. Legg merke til at Jesus opnar likninga med bodordet «Høyr!», og avsluttar likninga med omkvedet: «Den som har øyre å høyra med, han høyre!». Legg også merke til at i alle dei fire tilfella høyrer kvar og ein, men etter at dei har høyrt, hender det noko.</w:t>
      </w:r>
    </w:p>
    <w:p>
      <w:r>
        <w:t>Legg merke til at det dei høyrer, er Ordet. Det er mangelen på Ordet som gjer skilnaden mellom veksten i den gode jorda og manglande vekst i dei andre jordslaga. Satan tek bort Ordet frå det som fell på vegen. Trengsle eller forfølging for Ordet si skuld fører til fall i det steinete området. Sut, svik og lyster kveler Ordet i klunger-området, slik at det ikkje ber frukt. Ordet aukar berre i den gode jorda, og det er fordi dei der ikkje berre høyrer Ordet, men tek imot det. Motstanden mot Ordet kjem ikkje berre frå Satan. I det steinete området vert Ordet høyrt og teke imot, men når trengsle eller forfølging kjem, tek folk anstøyt og forlèt Ordet. Suta, uroa, otten eller bekymringane for denne tidsalderen, rikdomens svik, og lystene etter andre ting som trengjer seg inn i livet til dei som høyrer Ordet, skaper vanskar i klunger-området. Alle desse suter og lyster kveler Ordet, slik at livet til dette mennesket blir utan frukt.</w:t>
      </w:r>
    </w:p>
    <w:p>
      <w:r>
        <w:t>Føremålet med alt korn er å bera frukt. Somt korn ber ikkje frukt på grunn av korleis livet til det mennesket som kornet blir sådd i, ser ut. Det mennesket høyrer Ordet, men er ikkje villig til å gjera det. Hugs at Jesu verkelege familie ikkje er dei som berre høyrer, men dei som gjer Guds vilje. Jesus seier til tilhøyrarane sine, og til oss, at det ikkje er nok berre å lytta til Ordet. Ordet, som er Jesu lære, må bli høyrt, teke imot, og fått lov til å bera frukt i oss.</w:t>
      </w:r>
    </w:p>
    <w:p>
      <w:r>
        <w:t>I denne likninga strør såmannen kornet utover. Likninga syner oss at vi veit ikkje på førehand korleis folk vil ta imot evangeliet når det blir forkynt. Men vi må forkynna for alle slags menneske og så ordet i alle samanhengjer.</w:t>
      </w:r>
    </w:p>
    <w:p>
      <w:r>
        <w:t>Ordet blir tolka som Jesu lære. Vi høyrer eller les undervisninga hans ofte. Det er ikkje spørsmål om vi høyrer læra, men om vi gjer noko med det, som er avgjerande. Vi veit at frukt kjem av handlingar som planting, vatning, gjødsling og skjering. Som Jakob, bror til Jesus, sa: «Ver … slike som gjer etter Ordet og ikkje berre høyrer det» (Jak 1,22).</w:t>
      </w:r>
    </w:p>
    <w:p>
      <w:r>
        <w:t>Poenget med likninga er at vi bør høyra Guds ord og så omsetja det vi har høyrt, til handling.</w:t>
      </w:r>
    </w:p>
    <w:p>
      <w:pPr>
        <w:pStyle w:val="Heading2"/>
      </w:pPr>
      <w:r>
        <w:t>Sjå nøye etter</w:t>
      </w:r>
    </w:p>
    <w:p>
      <w:r>
        <w:t>Kva skjer med ordet i dei fire jordslaga? Kva kjenneteiknar den gode jorda?</w:t>
      </w:r>
    </w:p>
    <w:p>
      <w:pPr>
        <w:pStyle w:val="Heading2"/>
      </w:pPr>
      <w:r>
        <w:t>Til ettertanke</w:t>
      </w:r>
    </w:p>
    <w:p>
      <w:r>
        <w:t>Kva uro, ønske eller motstand kan kvela ordet i mitt liv?</w:t>
      </w:r>
    </w:p>
    <w:p>
      <w:pPr>
        <w:pStyle w:val="Heading2"/>
      </w:pPr>
      <w:r>
        <w:t>Saman</w:t>
      </w:r>
    </w:p>
    <w:p>
      <w:r>
        <w:t>Korleis kan vi hjelpa kvarandre til å ta imot ordet og halda fast ved det når det blir vanskeleg?</w:t>
      </w:r>
    </w:p>
    <w:p>
      <w:pPr>
        <w:pStyle w:val="Heading2"/>
      </w:pPr>
      <w:r>
        <w:t>Lev det ut</w:t>
      </w:r>
    </w:p>
    <w:p>
      <w:r>
        <w:t>Vel eitt ord frå Jesus som du vil leva etter denne veka. Gjer plass for det ved å leggja bort noko som tek merksemda di.</w:t>
      </w:r>
    </w:p>
    <w:p>
      <w:pPr>
        <w:pStyle w:val="Heading2"/>
      </w:pPr>
      <w:r>
        <w:t>Bøn</w:t>
      </w:r>
    </w:p>
    <w:p>
      <w:r>
        <w:t>Jesus, gjer hjartet mitt til god jord. Lat ordet ditt få slå rot og bera frukt i livet mitt.</w:t>
      </w:r>
    </w:p>
    <w:p>
      <w:pPr>
        <w:pStyle w:val="Heading1"/>
        <w:pageBreakBefore/>
      </w:pPr>
      <w:r>
        <w:t>Leksjon 5 Å forstå forteljingane</w:t>
      </w:r>
    </w:p>
    <w:p>
      <w:r>
        <w:t>Les Mark 4,10–13 og 4,33–34 i Bibelen din.</w:t>
      </w:r>
    </w:p>
    <w:p>
      <w:pPr>
        <w:pStyle w:val="Heading2"/>
      </w:pPr>
      <w:r>
        <w:t>Gå inn i forteljinga</w:t>
      </w:r>
    </w:p>
    <w:p>
      <w:r>
        <w:t>Dei som er med Jesus, spør om det dei ikkje forstår. Han tek seg tid til å forklara. Les desse versa saman med likninga om såmannen.</w:t>
      </w:r>
    </w:p>
    <w:p>
      <w:pPr>
        <w:pStyle w:val="Heading2"/>
      </w:pPr>
      <w:r>
        <w:t>Kommentar</w:t>
      </w:r>
    </w:p>
    <w:p>
      <w:r>
        <w:t>Desse to avsnitta gjev innsikt i korleis likningane vart oppfatta av dei som høyrde på Jesus. Det første avsnittet er Jesu eigne ord om likningane, og det andre avsnittet er Markus si forståing av korleis Jesus nytta likningar. Det var fleire enn Dei tolv til stades då Jesus vart spurd om kva likningane tydde. Dei som var med han, minner oss om dei som var omkring Jesus då mor hans og brørne kom og leita etter han. Legg merke til at dei også spør om likningar (i fleirtal), ikkje berre den eine likninga Markus nett har fortalt. Jesus svarar dei som er hos han at dei har fått løyndomane om Guds rike. Løyndomen, er ei omsetjing av det greske ordet mysterion, og er eit betre ord å nytta her enn «hemmelegheit». Ordet mysterium blir brukt i breva i Det nye testamentet, men det er eit mysterium Gud vil gjera kjend, nemleg at heidningane skal takast imot. Som i breva, blir mysteriet gjord kjend, men berre for dei som høyrer og gjer. Mysteriet er berre eit mysterium for den som ikkje vil. Som Joh 7,17 seier: «Om nokon vil gjera hans vilje, skal han skjøna”.</w:t>
      </w:r>
    </w:p>
    <w:p>
      <w:r>
        <w:t>Dei som er «utanfor», er dei som har høyrt, men ikkje forstår eller gjer. Uttrykket utanfor blir brukt to gonger på slutten av kapittel 3 om Jesu jordiske familie, i staden for om dei som er samla inne og lyttar til Jesus. Tilvisinga til likningar her er ikkje berre til dei parallelle forteljingane Jesus fortel, men tyder truleg gåter eller løyndomar, ei vidare tyding enn vi vanlegvis legg i ordet.</w:t>
      </w:r>
    </w:p>
    <w:p>
      <w:r>
        <w:t>Når Jesus siterer frå Jes 6,9, syner han det same som likninga om såmannen synte: at berre dei som gjer, verkeleg forstår. Jesaja 6 fortel om Guds kall til Jesaja om å tala på Guds vegne. I den samanhengen fortalde Gud Jesaja kor stivnakka Juda kom til å vera. Juda skulle sjå, men ikkje skjøna; høyra, men ikkje forstå; for dersom dei verkeleg såg og høyrde, ville dei venda om og verta tilgjevne. Dette er eit bilete på Guds røynsle med Israel gjennom heile historia. Gud fører israelittane ut av Egypt, men dei klagar i øydemarka over mangel på mat. Gud gjev dei eit land som fløymer av mjølk og honning; likevel dyrkar dei andre gudar som ikkje har gjeve dei noko. Gong på gong sender Gud profetar for å fortelja dei Guds ord.</w:t>
      </w:r>
    </w:p>
    <w:p>
      <w:r>
        <w:t>Israel høyrer og skjønar stundom, men langt oftare overser dei Ordet. Jesaja kan venta seg ei slik mottaking. Den kristne forkynnaren kan også venta ei liknande mottaking. Dette er også bodskapen i likninga om såmannen. Det som er meint å gje lys, blir eit mysterium. Folk kan høyra likningane, men berre dei som høyrer og tek imot Ordet, vil forstå og så bera frukt. Slik er det også med forkynninga av evangeliet. Folk kan høyra det òg, men det er godt nytt berre for dei som høyrer og tek imot.</w:t>
      </w:r>
    </w:p>
    <w:p>
      <w:r>
        <w:t>Alle vi kan høyra likningane, men vi må ikkje vera som Israel og vera tunghøyrde og treige til å forstå. Vi må høyra og så gjera.</w:t>
      </w:r>
    </w:p>
    <w:p>
      <w:r>
        <w:t>Jesus veit at følgjarane hans ikkje forstår likningane fullt ut; difor følgjer han forteljinga opp med ei forklaring. Markus forklarar at Jesus talte Ordet til folkemengdene i mange likningar, men berre så langt dei var i stand til å forstå. Men i einerom forklarte Jesus likningane meir grundig for læresveinane sine. Sjølv dei næraste læresveinane til Jesus forstod ikkje alltid klårt forklaringane hans.</w:t>
      </w:r>
    </w:p>
    <w:p>
      <w:r>
        <w:t>Vi som les Markus har den fordelen at vi kjenner slutten på forteljinga; difor er mange av likningane klåre for oss. Vi er truande, og likningane og ordet om riket blir klåre for oss som har høyrt og lydt. Vi har ikkje berre likningane, men også Jesu eigne forklaringar. Men kristendomen er framleis eit mysterium for dei som er «utanfor». Mange høyrer orda, men skjønar ikkje kva dei tyder eller kva dei fører til. Vår oppgåve er å halda fram med å forkynna evangeliet, å så Ordets korn, så noko kan falla i god jord og bera frukt.</w:t>
      </w:r>
    </w:p>
    <w:p>
      <w:pPr>
        <w:pStyle w:val="Heading2"/>
      </w:pPr>
      <w:r>
        <w:t>Sjå nøye etter</w:t>
      </w:r>
    </w:p>
    <w:p>
      <w:r>
        <w:t>Kven spør Jesus, og kva får dei? Kva fortel versa 33–34 om korleis han lærer folket og læresveinane?</w:t>
      </w:r>
    </w:p>
    <w:p>
      <w:pPr>
        <w:pStyle w:val="Heading2"/>
      </w:pPr>
      <w:r>
        <w:t>Til ettertanke</w:t>
      </w:r>
    </w:p>
    <w:p>
      <w:r>
        <w:t>Kva treng eg å spørja om i staden for å gå vidare utan å forstå? Er eg villig til å gjera det Gud viser meg?</w:t>
      </w:r>
    </w:p>
    <w:p>
      <w:pPr>
        <w:pStyle w:val="Heading2"/>
      </w:pPr>
      <w:r>
        <w:t>Saman</w:t>
      </w:r>
    </w:p>
    <w:p>
      <w:r>
        <w:t>Del eit spørsmål om bibelteksten. Les samanhengen saman, og undersøk korleis han hjelper dykk til å forstå.</w:t>
      </w:r>
    </w:p>
    <w:p>
      <w:pPr>
        <w:pStyle w:val="Heading2"/>
      </w:pPr>
      <w:r>
        <w:t>Lev det ut</w:t>
      </w:r>
    </w:p>
    <w:p>
      <w:r>
        <w:t>Skriv ned eitt spørsmål frå bibellesinga og ta det med til nokon du kan lesa og be saman med.</w:t>
      </w:r>
    </w:p>
    <w:p>
      <w:pPr>
        <w:pStyle w:val="Heading2"/>
      </w:pPr>
      <w:r>
        <w:t>Bøn</w:t>
      </w:r>
    </w:p>
    <w:p>
      <w:r>
        <w:t>Jesus, takk for at eg kan koma til deg med spørsmåla mine. Hjelp meg å lytta, forstå og gjera det du lærer meg.</w:t>
      </w:r>
    </w:p>
    <w:p>
      <w:pPr>
        <w:pStyle w:val="Heading1"/>
        <w:pageBreakBefore/>
      </w:pPr>
      <w:r>
        <w:t>Leksjon 6 Pass på korleis du lyttar</w:t>
      </w:r>
    </w:p>
    <w:p>
      <w:r>
        <w:t>Les Mark 4,21–25 i Bibelen din.</w:t>
      </w:r>
    </w:p>
    <w:p>
      <w:pPr>
        <w:pStyle w:val="Heading2"/>
      </w:pPr>
      <w:r>
        <w:t>Gå inn i forteljinga</w:t>
      </w:r>
    </w:p>
    <w:p>
      <w:r>
        <w:t>Jesus talar om ei lampe og om målet vi bruker. Høyr oppmodinga hans om å vera merksame på det vi høyrer.</w:t>
      </w:r>
    </w:p>
    <w:p>
      <w:pPr>
        <w:pStyle w:val="Heading2"/>
      </w:pPr>
      <w:r>
        <w:t>Kommentar</w:t>
      </w:r>
    </w:p>
    <w:p>
      <w:r>
        <w:t>I dette avsnittet har Markus sett saman to ordtaksliknande utsegner, med ei forklaring til kvar av dei. Mellom dei to står det oppmuntrande omkvedet: «Om nokon har øyre å høyra med, så høyr!». Heile dette avsnittet handlar også om å høyra, akkurat slik likninga om såmannen handla om å høyra.</w:t>
      </w:r>
    </w:p>
    <w:p>
      <w:r>
        <w:t>Når dei kjem med lampa, er utan tvil ei tilvising til Jesus som lampa eller lyset. Jesu komme og hans lære skal sjåast, ikkje skjulast. Han skal takast imot, ikkje avvisast. Den einaste rette plassen for ei lampe er på ein lampefot, og den einaste rette plassen for verdas lys er der det kan sjåast. Jesus kan ha vore delvis gøymd i det skjulte medan han verka, men gjennom det han gjekk gjennom på krossen, har Jesu sanne vesen og sending kome for dagen. Vi bør vera endå meir nøye med å lytta til orda hans, nettopp fordi dette er sant. Hugs igjen at det ikkje er nok berre å høyra Ordet; vi må også gjera det Ordet seier.</w:t>
      </w:r>
    </w:p>
    <w:p>
      <w:r>
        <w:t>Akta vel på det dokker høyrer frå meg, er ei oppmuntring frå Jesus om å vera svært varsam og nøye med korleis vi høyrer, for di meir vi høyrer og gjer, di meir skal vi få, og halda fram med å høyra og gjera. Om du har teke til med å høyra og gjera, skal du få endå meir. Om du ikkje høyrer, skal du mista sjølv det du måtte ha hatt.</w:t>
      </w:r>
    </w:p>
    <w:p>
      <w:r>
        <w:t>Dette avsnittet kallar oss til å høyra med ansvar. Om vi lèt Ordet gå «inn det eine øyret og ut det andre», har vi korkje forstått føremålet med ei lampe, eller vore varsame nok med korleis vi lyttar.</w:t>
      </w:r>
    </w:p>
    <w:p>
      <w:pPr>
        <w:pStyle w:val="Heading2"/>
      </w:pPr>
      <w:r>
        <w:t>Sjå nøye etter</w:t>
      </w:r>
    </w:p>
    <w:p>
      <w:r>
        <w:t>Kvar skal lampa stå? Kva seier Jesus om å høyra og om å få meir?</w:t>
      </w:r>
    </w:p>
    <w:p>
      <w:pPr>
        <w:pStyle w:val="Heading2"/>
      </w:pPr>
      <w:r>
        <w:t>Til ettertanke</w:t>
      </w:r>
    </w:p>
    <w:p>
      <w:r>
        <w:t>Kva skjer med det eg høyrer frå Jesus når eg går tilbake til kvardagen?</w:t>
      </w:r>
    </w:p>
    <w:p>
      <w:pPr>
        <w:pStyle w:val="Heading2"/>
      </w:pPr>
      <w:r>
        <w:t>Saman</w:t>
      </w:r>
    </w:p>
    <w:p>
      <w:r>
        <w:t>Fortel om noko de har lært av Jesus og byrja å leva ut. Kva har de oppdaga gjennom å gjera det?</w:t>
      </w:r>
    </w:p>
    <w:p>
      <w:pPr>
        <w:pStyle w:val="Heading2"/>
      </w:pPr>
      <w:r>
        <w:t>Lev det ut</w:t>
      </w:r>
    </w:p>
    <w:p>
      <w:r>
        <w:t>Gå tilbake til eit ord du nyleg las frå Jesus. La det få eit konkret uttrykk i ei handling i dag.</w:t>
      </w:r>
    </w:p>
    <w:p>
      <w:pPr>
        <w:pStyle w:val="Heading2"/>
      </w:pPr>
      <w:r>
        <w:t>Bøn</w:t>
      </w:r>
    </w:p>
    <w:p>
      <w:r>
        <w:t>Jesus, opna øyra mine. Hjelp meg å ta vare på ordet ditt og la lyset ditt bli synleg gjennom livet mitt.</w:t>
      </w:r>
    </w:p>
    <w:p>
      <w:pPr>
        <w:pStyle w:val="Heading1"/>
        <w:pageBreakBefore/>
      </w:pPr>
      <w:r>
        <w:t>Leksjon 7 Såkornet som veks</w:t>
      </w:r>
    </w:p>
    <w:p>
      <w:r>
        <w:t>Les Mark 4,26–29 i Bibelen din.</w:t>
      </w:r>
    </w:p>
    <w:p>
      <w:pPr>
        <w:pStyle w:val="Heading2"/>
      </w:pPr>
      <w:r>
        <w:t>Gå inn i forteljinga</w:t>
      </w:r>
    </w:p>
    <w:p>
      <w:r>
        <w:t>Bonden sår, søv og står opp. Kornet veks utan at han veit korleis. Legg merke til både det bonden gjer og det han ikkje kan styra.</w:t>
      </w:r>
    </w:p>
    <w:p>
      <w:pPr>
        <w:pStyle w:val="Heading2"/>
      </w:pPr>
      <w:r>
        <w:t>Kommentar</w:t>
      </w:r>
    </w:p>
    <w:p>
      <w:r>
        <w:t>Guds rike er som eit frø. Oppdraget vårt er å så Gudsrikefrøet i nærmiljøet, på arbeidsplassen og i samfunnet. Bodskapen i denne likninga er veldig oppmuntrande. Det forklarar kva som skjer når vi sår ordet, evangeliet om Guds rike. Vi har tidlegare sett at jorda kornet blir sådd i er viktig for resultatet. I denne likninga er det eit anna fokus. Det er tydeleg at Jesus vil formidla eit viktig poeng.</w:t>
      </w:r>
    </w:p>
    <w:p>
      <w:r>
        <w:t>Uttrykket, av seg sjølv, eller automatisk, er nøkkelen til å forstå poenget Jesus vil formidla. Guds rike omfattar heile prosessen: å så, kornet, jorda, strået, akset, fulle korn i akset og innhaustinga. Når Guds rike frøet først er sådd, vil det veksa av seg sjølv. Dette tykkjer eg er fantastisk godt å vita. Ordet om Guds rike har spirekraft i seg. Vi skal berre så evangeliet om Guds rike, så vil det automatisk spira, veksa og bera frukt. Men vi ser det ikkje med ein gong. Faktisk har vi inga kontroll eller oversikt over veksten. Kornet gror av seg sjølv når bonden søv eller gjer andre ting.</w:t>
      </w:r>
    </w:p>
    <w:p>
      <w:r>
        <w:t>Av seg sjølv spirer ordet om Guds rike i menneskehjarta. Vi veit ikkje korleis eller når det hender, det ligg i Guds hender, men vi kan kvila i dette at Guds ord ber frukt og vender aldri tomt tilbake. Av seg sjølv ber jorda grøde, når evangeliet om Guds rike er sådd.</w:t>
      </w:r>
    </w:p>
    <w:p>
      <w:pPr>
        <w:pStyle w:val="Heading2"/>
      </w:pPr>
      <w:r>
        <w:t>Sjå nøye etter</w:t>
      </w:r>
    </w:p>
    <w:p>
      <w:r>
        <w:t>Kva steg i veksten nemner Jesus? Kva betyr uttrykket av seg sjølv i denne forteljinga?</w:t>
      </w:r>
    </w:p>
    <w:p>
      <w:pPr>
        <w:pStyle w:val="Heading2"/>
      </w:pPr>
      <w:r>
        <w:t>Til ettertanke</w:t>
      </w:r>
    </w:p>
    <w:p>
      <w:r>
        <w:t>Kvar treng eg å kvila i at Gud verkar sjølv om eg ikkje ser resultat enno?</w:t>
      </w:r>
    </w:p>
    <w:p>
      <w:pPr>
        <w:pStyle w:val="Heading2"/>
      </w:pPr>
      <w:r>
        <w:t>Saman</w:t>
      </w:r>
    </w:p>
    <w:p>
      <w:r>
        <w:t>Korleis kan vi halda fram med å så ordet utan å prøva å kontrollera menneska eller veksten?</w:t>
      </w:r>
    </w:p>
    <w:p>
      <w:pPr>
        <w:pStyle w:val="Heading2"/>
      </w:pPr>
      <w:r>
        <w:t>Lev det ut</w:t>
      </w:r>
    </w:p>
    <w:p>
      <w:r>
        <w:t>Del eit ord om Jesus med nokon på ein naturleg måte. Be for vedkomande og overlat veksten til Gud.</w:t>
      </w:r>
    </w:p>
    <w:p>
      <w:pPr>
        <w:pStyle w:val="Heading2"/>
      </w:pPr>
      <w:r>
        <w:t>Bøn</w:t>
      </w:r>
    </w:p>
    <w:p>
      <w:r>
        <w:t>Far, takk for spirekrafta i ordet ditt. Hjelp oss å så trufast og kvila i at du gjev vekst.</w:t>
      </w:r>
    </w:p>
    <w:p>
      <w:pPr>
        <w:pStyle w:val="Heading1"/>
        <w:pageBreakBefore/>
      </w:pPr>
      <w:r>
        <w:t>Leksjon 8 Det vesle sennepsfrøet</w:t>
      </w:r>
    </w:p>
    <w:p>
      <w:r>
        <w:t>Les Mark 4,30–34 i Bibelen din.</w:t>
      </w:r>
    </w:p>
    <w:p>
      <w:pPr>
        <w:pStyle w:val="Heading2"/>
      </w:pPr>
      <w:r>
        <w:t>Gå inn i forteljinga</w:t>
      </w:r>
    </w:p>
    <w:p>
      <w:r>
        <w:t>Jesus samanliknar Guds rike med eit lite frø. Les om byrjinga og om det som veks fram.</w:t>
      </w:r>
    </w:p>
    <w:p>
      <w:pPr>
        <w:pStyle w:val="Heading2"/>
      </w:pPr>
      <w:r>
        <w:t>Kommentar</w:t>
      </w:r>
    </w:p>
    <w:p>
      <w:r>
        <w:t>Det verkar som Jesus leitar etter noko han kan samanlikna Guds rike med. Så kjem han på sennepsfrøet. Det er svært lite, ja, det minste av alle frø, men det har stor spirekraft. Det skyt opp og blir større enn alle hagevokstrar. Eg liker uttrykket, skyt opp, for det viser til noko med kraft og fart i seg. På ny vil Jesus understreka at Guds rike tek til som eit lite frø, men det har stor spirekraft og fører til stor vekst.</w:t>
      </w:r>
    </w:p>
    <w:p>
      <w:r>
        <w:t>Sennepsbusken er jo ikkje eit stort tre, kan bli ein stor hagebusk med store greiner som produserer svært mange nye frø som blir til mange nye buskar som produserer frø og mange nye buskar som stadig spreier seg over eit større og større område. Har eit sennepsfrø slått rot, blir det snart til mange buskar og kan spreia seg ukontrollert som ugras.</w:t>
      </w:r>
    </w:p>
    <w:p>
      <w:r>
        <w:t>Guds rike tek til som noko svært lite, men vil veksa til å bli det største, det som er mest utbreidd. Denne likninga oppmuntrar meg og gjev meg tru til å dela evangeliet om Guds rike med all slags folk, når og kor som helst.</w:t>
      </w:r>
    </w:p>
    <w:p>
      <w:r>
        <w:t>Det begynte for omlag totusen år sidan med Jesus som gav misjonsoppdraget til dei tolv læresveinane sine og no har det kome til oss og gjer framgang over heile verda.</w:t>
      </w:r>
    </w:p>
    <w:p>
      <w:pPr>
        <w:pStyle w:val="Heading2"/>
      </w:pPr>
      <w:r>
        <w:t>Sjå nøye etter</w:t>
      </w:r>
    </w:p>
    <w:p>
      <w:r>
        <w:t>Kva er skilnaden mellom frøet som blir sådd og planten som veks opp? Kva rom får fuglane i greinene?</w:t>
      </w:r>
    </w:p>
    <w:p>
      <w:pPr>
        <w:pStyle w:val="Heading2"/>
      </w:pPr>
      <w:r>
        <w:t>Til ettertanke</w:t>
      </w:r>
    </w:p>
    <w:p>
      <w:r>
        <w:t>Kva lita byrjing har eg lett for å oversjå eller forakta?</w:t>
      </w:r>
    </w:p>
    <w:p>
      <w:pPr>
        <w:pStyle w:val="Heading2"/>
      </w:pPr>
      <w:r>
        <w:t>Saman</w:t>
      </w:r>
    </w:p>
    <w:p>
      <w:r>
        <w:t>Kva små steg i nærmiljøet vårt kan vi ta i tru på at Guds rike veks?</w:t>
      </w:r>
    </w:p>
    <w:p>
      <w:pPr>
        <w:pStyle w:val="Heading2"/>
      </w:pPr>
      <w:r>
        <w:t>Lev det ut</w:t>
      </w:r>
    </w:p>
    <w:p>
      <w:r>
        <w:t>Gjer ei lita handling som deler Jesu kjærleik eller bodskap med eit menneske. Be Gud om å la henne bera frukt.</w:t>
      </w:r>
    </w:p>
    <w:p>
      <w:pPr>
        <w:pStyle w:val="Heading2"/>
      </w:pPr>
      <w:r>
        <w:t>Bøn</w:t>
      </w:r>
    </w:p>
    <w:p>
      <w:r>
        <w:t>Jesus, takk for at Guds rike kan byrja i det små. Gje oss tru og tolmod til å vera trufaste med det du har lagt i hendene våre.</w:t>
      </w:r>
    </w:p>
    <w:p>
      <w:pPr>
        <w:pStyle w:val="Heading1"/>
        <w:pageBreakBefore/>
      </w:pPr>
      <w:r>
        <w:t>Leksjon 9 Kven er dette</w:t>
      </w:r>
    </w:p>
    <w:p>
      <w:r>
        <w:t>Les Mark 4,35–41 i Bibelen din.</w:t>
      </w:r>
    </w:p>
    <w:p>
      <w:pPr>
        <w:pStyle w:val="Heading2"/>
      </w:pPr>
      <w:r>
        <w:t>Gå inn i forteljinga</w:t>
      </w:r>
    </w:p>
    <w:p>
      <w:r>
        <w:t>Etter undervisninga går Jesus og læresveinane i båten. Ein storm reiser seg. Les spørsmåla dei stiller Jesus, og spørsmåla han stiller dei.</w:t>
      </w:r>
    </w:p>
    <w:p>
      <w:pPr>
        <w:pStyle w:val="Heading2"/>
      </w:pPr>
      <w:r>
        <w:t>Kommentar</w:t>
      </w:r>
    </w:p>
    <w:p>
      <w:r>
        <w:t>Då det leid til kvelds, sa Jesus: Lat oss fara over til andre sida av sjøen. Undervisninga var over, og no ville Jesus over til den andre sida av sjøen. Han må ha vore trøytt for han sovna og sov tungt. Det kom ein kraftig vind, ein kvervelstorm, og bølgjene gjekk høge og slo inn i båten. Læresveinane var livredde, men Jesus sov på ei pute i bakskuten på båten.</w:t>
      </w:r>
    </w:p>
    <w:p>
      <w:r>
        <w:t>Dette biletet av Jesus fører tankane til Salmane, som seier: «I fred vil eg leggja meg ned og sova, for du, Herre, lèt meg kvila trygt» (Salme 4,8). Jesus var heilt og fullt avhengig av Gud. Han viste sin tillit ved å kunna sova tungt, endå midt i ein valdsam storm.</w:t>
      </w:r>
    </w:p>
    <w:p>
      <w:r>
        <w:t>Læresveinane veit rett og slett ikkje kva dei skal gjera, dei er redde. Difor vekkjer dei Jesus og spør:  «Meister, bryr du deg ikkje om at vi går under?» Sjølv om dei er redde for å døy, stiller dei spørsmål om hans omsorg for dei. Jesus tek først kontroll over stormen før han tek seg av stormen av kjensler inni læresveinane sine. Jesus trugar vinden. «Tei, og ver still!» Vinden gav seg og det vart blikande stilt.</w:t>
      </w:r>
    </w:p>
    <w:p>
      <w:r>
        <w:t>Jesus stiller så to spørsmål om læresveinane si tru og tillit. Dette er den første av fleire gonger i Markus der læresveinane blir kraftig tilrettevist for sin mangel på tillit. Jesus spør først om kvifor dei er redde. Han hadde jo sagt, “lat oss dra over!” Kvifor var dei då redde for å gå under?  Det ordet Jesus her bruker om å vera redde, er i 2. Tim 1,7 omsett med motlaus, som noko negativt og som det motsette av kraft, kjærleik og sjølvkontroll. Det er omsett med feig Openbaringa 21,8 i ei liste sammen med mordarar, horkarlar og dei vantruandet, som endar sitt liv i eldsjøen, den andre døden. Læresveinane er redde og motlause, men tek ikkje ansvar for seg sjølv og gjer ingenting anna enn å skulda Jesus for ikkje å bry seg. Dei kvilte ikkje i at Gud ville ta seg av dei slik Jesus gjorde då han sov midt i stormen.</w:t>
      </w:r>
    </w:p>
    <w:p>
      <w:r>
        <w:t>Det andre spørsmålet Jesus stiller er: “Trur dokker enno ikkje?” Jesus undra seg over deira mangel på tillit. Desse mennene har vore med han ei tid; dei har sett han helbreda og gjera andre under, men kor er trua og tilliten? Eller kanskje eg treng å stilla dette spørsmålet til meg sjølv: Kor er trua og tilliten min?</w:t>
      </w:r>
    </w:p>
    <w:p>
      <w:r>
        <w:t>Det siste spørsmålet i denne forteljinga blir stilt av læresveinane, og dei spør seg selv, ikkje Jesus. «Kven er dette? Både vind og sjø lyder han?» Alle veit at verken vindane eller sjøen blir styrt av menneske; likevel talar Jesus til dei og styrer dei. Læresveinane si uro er at dei egentleg ikkje veit kven Jesus er. Er han Gud? Korleis kan han vera det? Dei blir stadig overraska av hans kraft.</w:t>
      </w:r>
    </w:p>
    <w:p>
      <w:r>
        <w:t>Vi opplever òg opprørte hav, og noen gonger handlar vi akkurat som læresveinane. Familiestrid, ulykker, skilsmisse, barns problem, alvorlege sjukdomar og dødsfall hender, og vår første reaksjon er ofte: «Kor er Gud? Kvifor meg? Bryr du deg ikkje om meg, Gud?» Nokre gonger er vi redde for våre liv eller vår forstand. Kvifor har vi opprørte hav, desse problema? Når problem dukkar opp, er det første vi ønskjer, eit mirakel. Er vår tillit i stilt hav eller i Jesus? Har vi tru og tillit til han når han søv, eller berre når han er vaken? Sjølv om vi veks gjennom uventa hendingar i livet, vil vi likevel helst unngå dei. Korleis kan vi visa vår tillit til Gud i urolige tider?</w:t>
      </w:r>
    </w:p>
    <w:p>
      <w:r>
        <w:t>Kven er denne personen som endå vinden og sjøen lyder? Han er Kristus, den levande Guds Son.</w:t>
      </w:r>
    </w:p>
    <w:p>
      <w:pPr>
        <w:pStyle w:val="Heading2"/>
      </w:pPr>
      <w:r>
        <w:t>Sjå nøye etter</w:t>
      </w:r>
    </w:p>
    <w:p>
      <w:r>
        <w:t>Kva gjer Jesus før og etter at dei vekkjer han? Korleis endrar spørsmålet til læresveinane seg gjennom forteljinga?</w:t>
      </w:r>
    </w:p>
    <w:p>
      <w:pPr>
        <w:pStyle w:val="Heading2"/>
      </w:pPr>
      <w:r>
        <w:t>Til ettertanke</w:t>
      </w:r>
    </w:p>
    <w:p>
      <w:r>
        <w:t>Kva gjer eg med frykta mi? Kan eg bera henne fram for Jesus og læra å stola på omsorga hans?</w:t>
      </w:r>
    </w:p>
    <w:p>
      <w:pPr>
        <w:pStyle w:val="Heading2"/>
      </w:pPr>
      <w:r>
        <w:t>Saman</w:t>
      </w:r>
    </w:p>
    <w:p>
      <w:r>
        <w:t>Korleis kan vi støtta kvarandre i uro og motgang, med bøn og konkret hjelp?</w:t>
      </w:r>
    </w:p>
    <w:p>
      <w:pPr>
        <w:pStyle w:val="Heading2"/>
      </w:pPr>
      <w:r>
        <w:t>Lev det ut</w:t>
      </w:r>
    </w:p>
    <w:p>
      <w:r>
        <w:t>Fortel Jesus om noko som gjer deg uroleg. Del det gjerne med ein du har tillit til, og be saman.</w:t>
      </w:r>
    </w:p>
    <w:p>
      <w:pPr>
        <w:pStyle w:val="Heading2"/>
      </w:pPr>
      <w:r>
        <w:t>Bøn</w:t>
      </w:r>
    </w:p>
    <w:p>
      <w:r>
        <w:t>Jesus, du kjenner stormane rundt oss og uroa i oss. Hjelp oss å stola på deg og halda fast ved at du er med.</w:t>
      </w:r>
    </w:p>
    <w:p>
      <w:pPr>
        <w:pStyle w:val="Heading1"/>
        <w:pageBreakBefore/>
      </w:pPr>
      <w:r>
        <w:t>Leksjon 10 Mannen som vart send heim</w:t>
      </w:r>
    </w:p>
    <w:p>
      <w:r>
        <w:t>Les Mark 5,1–20 i Bibelen din.</w:t>
      </w:r>
    </w:p>
    <w:p>
      <w:pPr>
        <w:pStyle w:val="Heading2"/>
      </w:pPr>
      <w:r>
        <w:t>Gå inn i forteljinga</w:t>
      </w:r>
    </w:p>
    <w:p>
      <w:r>
        <w:t>Sjå mannen før og etter møtet med Jesus. Legg særleg merke til kva han ønskjer etterpå, og kva Jesus bed han gjera.</w:t>
      </w:r>
    </w:p>
    <w:p>
      <w:pPr>
        <w:pStyle w:val="Heading2"/>
      </w:pPr>
      <w:r>
        <w:t>Kommentar</w:t>
      </w:r>
    </w:p>
    <w:p>
      <w:r>
        <w:t>Eg har lese denne forteljinga mange gonger, og det er sjeldan grisane eller demonane eg blir ståande ved. Det er tre små ord om mannen etterpå: han sit, han er kledd, han er ved sine fulle fem.</w:t>
      </w:r>
    </w:p>
    <w:p>
      <w:r>
        <w:t>Før det hadde han sprunge. Folk hadde freista å binda han, gong på gong, og til slutt gav dei opp og let han vera ute ved gravene. Der ropte han natt og dag og skar seg sjølv med stein. Det vonde hadde ingen annan stad å gå enn innover.</w:t>
      </w:r>
    </w:p>
    <w:p>
      <w:r>
        <w:t>Når Jesus spør kva han heiter, svarar han ikkje med sitt eige namn. Legion, for vi er mange. Eg kjenner att noko av det. Det finst tider då eg ikkje lenger veit kva som er meg og kva som er røyster eg har teke inn: frykt, skam, gamle ord frå andre. Det gjer meg godt å tenkja at Jesus spør etter namnet under all larmen.</w:t>
      </w:r>
    </w:p>
    <w:p>
      <w:r>
        <w:t>Etterpå sit mannen stille. Eg trur det er slik nåde ofte ser ut på nært hald. Ikkje stort og strålande, men ein kropp som endeleg får kvila.</w:t>
      </w:r>
    </w:p>
    <w:p>
      <w:r>
        <w:t>Folket i bygda blir redde. Ikkje av galskapen, den hadde dei vant seg til, men av at han er frisk. Eg forstår dei betre enn eg likar. Det er noko i meg òg som heller vil halda på det vonde eg kjenner, enn å ta imot det gode eg ikkje kan styra.</w:t>
      </w:r>
    </w:p>
    <w:p>
      <w:r>
        <w:t>Så vil mannen vera med i båten. Og Jesus seier nei. Gå heim til dine.</w:t>
      </w:r>
    </w:p>
    <w:p>
      <w:r>
        <w:t>Det er det tyngste i heile forteljinga for meg. Å reisa vidare med Jesus til folk som ikkje kjende han, ville ha vore lettare. I staden blir han send heim, til dei som hadde lenkja han. Der skal han fortelja kva Herren har gjort.</w:t>
      </w:r>
    </w:p>
    <w:p>
      <w:r>
        <w:t>Eg har sjølv kjent på lengten etter å koma bort, starta på nytt ein stad der ingen hugsar kven eg var. Men kanskje er det nett heime vitnemålet har mest å seia. Ikkje som preike, men som eit menneske som sit stille, kledd og klar, blant dei som ein gong gav deg opp.</w:t>
      </w:r>
    </w:p>
    <w:p>
      <w:pPr>
        <w:pStyle w:val="Heading2"/>
      </w:pPr>
      <w:r>
        <w:t>Sjå nøye etter</w:t>
      </w:r>
    </w:p>
    <w:p>
      <w:r>
        <w:t>Korleis skildrar Markus mannen etter at han er sett fri? Kva skal han fortelja heime, og kva gjer han?</w:t>
      </w:r>
    </w:p>
    <w:p>
      <w:pPr>
        <w:pStyle w:val="Heading2"/>
      </w:pPr>
      <w:r>
        <w:t>Til ettertanke</w:t>
      </w:r>
    </w:p>
    <w:p>
      <w:r>
        <w:t>Kva har Herren gjort for meg som eg kan fortelja enkelt og sant?</w:t>
      </w:r>
    </w:p>
    <w:p>
      <w:pPr>
        <w:pStyle w:val="Heading2"/>
      </w:pPr>
      <w:r>
        <w:t>Saman</w:t>
      </w:r>
    </w:p>
    <w:p>
      <w:r>
        <w:t>Korleis kan vitnemålet vårt få uttrykk både i ord og i eit endra liv?</w:t>
      </w:r>
    </w:p>
    <w:p>
      <w:pPr>
        <w:pStyle w:val="Heading2"/>
      </w:pPr>
      <w:r>
        <w:t>Lev det ut</w:t>
      </w:r>
    </w:p>
    <w:p>
      <w:r>
        <w:t>Fortel nokon du kjenner om ei konkret hjelp eller miskunn du har teke imot frå Gud.</w:t>
      </w:r>
    </w:p>
    <w:p>
      <w:pPr>
        <w:pStyle w:val="Heading2"/>
      </w:pPr>
      <w:r>
        <w:t>Bøn</w:t>
      </w:r>
    </w:p>
    <w:p>
      <w:r>
        <w:t>Herre Jesus, takk for miskunna di. Hjelp meg å fortelja kva du har gjort, og la livet mitt vitna om deg.</w:t>
      </w:r>
    </w:p>
    <w:p>
      <w:pPr>
        <w:pStyle w:val="Heading1"/>
        <w:pageBreakBefore/>
      </w:pPr>
      <w:r>
        <w:t>Leksjon 11 To døtrer</w:t>
      </w:r>
    </w:p>
    <w:p>
      <w:r>
        <w:t>Les Mark 5,21–43 i Bibelen din.</w:t>
      </w:r>
    </w:p>
    <w:p>
      <w:pPr>
        <w:pStyle w:val="Heading2"/>
      </w:pPr>
      <w:r>
        <w:t>Gå inn i forteljinga</w:t>
      </w:r>
    </w:p>
    <w:p>
      <w:r>
        <w:t>Les dei to forteljingane som er fletta saman i Markus 5. Ei kvinne har venta lenge, og ein far har dårleg tid. Jesus møter begge.</w:t>
      </w:r>
    </w:p>
    <w:p>
      <w:pPr>
        <w:pStyle w:val="Heading2"/>
      </w:pPr>
      <w:r>
        <w:t>Kommentar</w:t>
      </w:r>
    </w:p>
    <w:p>
      <w:r>
        <w:t>Det er to som ventar i denne forteljinga, og eg kjenner meg att i begge.</w:t>
      </w:r>
    </w:p>
    <w:p>
      <w:r>
        <w:t>Jairus ventar på vegen. Dotter hans ligg for døden, og han har fått Jesus med seg. Så stansar Jesus midt i folkemengda og spør kven som rørte ved han. Eg kan nesten ikkje lesa det utan å kjenna uroa i kroppen. Kvifor no? Kvart minutt tel. Eg veit kva det vil seia å be og så sjå Gud, som det ser ut, ta seg tid til noko anna.</w:t>
      </w:r>
    </w:p>
    <w:p>
      <w:r>
        <w:t>Kvinna har venta i tolv år. Ho har brukt alt ho åtte på legar og berre blitt verre. Etter lova er ho urein og skal halda seg unna. Difor kjem ho bakfrå. Ho vil ikkje bli sett, berre bli frisk. Eg forstår det. Det finst ting ein helst vil ha lækt i det stille, utan at nokon får vita at det var noko å lækja.</w:t>
      </w:r>
    </w:p>
    <w:p>
      <w:r>
        <w:t>Men Jesus lèt henne ikkje gå. Han snur seg og leitar. Ikkje for å avsløra henne, trur eg, men fordi eit menneske er meir enn ein kropp som skal gjerast god att. Ho kjem skjelvande og fortel alt. Og han kallar henne dotter. Kanskje er det første gongen på tolv år nokon har sagt noko slikt til henne. Blødinga stogga då ho rørte ved kleda hans. Men heil vart ho då han såg henne.</w:t>
      </w:r>
    </w:p>
    <w:p>
      <w:r>
        <w:t>Medan dette skjer, kjem bodet: Dotter di er død. Ikkje uroa læraren meir.</w:t>
      </w:r>
    </w:p>
    <w:p>
      <w:r>
        <w:t>Då seier Jesus det ordet eg har bore med meg lenge: Ver ikkje redd, berre tru. Eg les det ikkje som eit krav om å slutta å vera redd. Jairus er nok redd heile vegen heim. Men han går likevel, saman med Jesus, forbi dei som græt og dei som ler.</w:t>
      </w:r>
    </w:p>
    <w:p>
      <w:r>
        <w:t>Inne i rommet tek Jesus jenta i handa. Talita kum. Vesle jente, stå opp. Markus har teke vare på dei arameiske orda, som om nokon aldri gløymde korleis dei lydde.</w:t>
      </w:r>
    </w:p>
    <w:p>
      <w:r>
        <w:t>Og så det siste, som eg er glad han tok med: Gje henne noko å eta. Midt i det største tenkjer Jesus på at ei tolv år gammal jente er svolten. Nåden er ikkje berre mektig. Han er praktisk.</w:t>
      </w:r>
    </w:p>
    <w:p>
      <w:r>
        <w:t>Når eg ventar, og Gud ser ut til å stansa ved nokon andre, prøver eg å hugsa Jairus på vegen. Ventetida hans var ikkje tapt. Ho vart staden der ei anna dotter fekk høyra at ho høyrde til.</w:t>
      </w:r>
    </w:p>
    <w:p>
      <w:pPr>
        <w:pStyle w:val="Heading2"/>
      </w:pPr>
      <w:r>
        <w:t>Sjå nøye etter</w:t>
      </w:r>
    </w:p>
    <w:p>
      <w:r>
        <w:t>Kva seier Jesus til kvinna og til Jairus? Kva gjer han for dei, og kva praktisk omsorg ber han om til slutt?</w:t>
      </w:r>
    </w:p>
    <w:p>
      <w:pPr>
        <w:pStyle w:val="Heading2"/>
      </w:pPr>
      <w:r>
        <w:t>Til ettertanke</w:t>
      </w:r>
    </w:p>
    <w:p>
      <w:r>
        <w:t>Kvar treng eg å halda fram med Jesus medan eg ventar? Har det kjende gjort meg mindre open for det Gud vil gjera?</w:t>
      </w:r>
    </w:p>
    <w:p>
      <w:pPr>
        <w:pStyle w:val="Heading2"/>
      </w:pPr>
      <w:r>
        <w:t>Saman</w:t>
      </w:r>
    </w:p>
    <w:p>
      <w:r>
        <w:t>Korleis kan vi støtta dei som ventar på hjelp, og samstundes vera opne for at Gud talar gjennom menneske vi kjenner godt?</w:t>
      </w:r>
    </w:p>
    <w:p>
      <w:pPr>
        <w:pStyle w:val="Heading2"/>
      </w:pPr>
      <w:r>
        <w:t>Lev det ut</w:t>
      </w:r>
    </w:p>
    <w:p>
      <w:r>
        <w:t>Gje eit menneske som ventar i ei vanskeleg tid praktisk omsorg. Lytt også med ny merksemd til nokon du lett tek for gjeven.</w:t>
      </w:r>
    </w:p>
    <w:p>
      <w:pPr>
        <w:pStyle w:val="Heading2"/>
      </w:pPr>
      <w:r>
        <w:t>Bøn</w:t>
      </w:r>
    </w:p>
    <w:p>
      <w:r>
        <w:t>Jesus, hjelp oss å halda fram med deg når vi ventar. Opna augo våre for omsorga di og for det du vil gjera mellom oss.</w:t>
      </w:r>
    </w:p>
    <w:p>
      <w:pPr>
        <w:pStyle w:val="Heading1"/>
        <w:pageBreakBefore/>
      </w:pPr>
      <w:r>
        <w:t>Leksjon 12 Snikkaren</w:t>
      </w:r>
    </w:p>
    <w:p>
      <w:r>
        <w:t>Les Mark 6,1–6 i Bibelen din.</w:t>
      </w:r>
    </w:p>
    <w:p>
      <w:pPr>
        <w:pStyle w:val="Heading2"/>
      </w:pPr>
      <w:r>
        <w:t>Gå inn i forteljinga</w:t>
      </w:r>
    </w:p>
    <w:p>
      <w:r>
        <w:t>Jesus kjem til heimstaden og underviser. Folket undrar seg, men tek også anstøyt av han. Les kva dei seier, og korleis Jesus svarar.</w:t>
      </w:r>
    </w:p>
    <w:p>
      <w:pPr>
        <w:pStyle w:val="Heading2"/>
      </w:pPr>
      <w:r>
        <w:t>Kommentar</w:t>
      </w:r>
    </w:p>
    <w:p>
      <w:pPr>
        <w:pStyle w:val="Heading2"/>
      </w:pPr>
      <w:r>
        <w:t>Snikkaren</w:t>
      </w:r>
    </w:p>
    <w:p>
      <w:r>
        <w:t>Det er noko eige med å koma heim. Vegane er dei same, husa er dei same, og folk ser på deg med augo som hugsar kven du var. Eg har kjent det sjølv: at ein kan ha levd lenge og gått langt, og likevel bli møtt som den ein var tidlegare.</w:t>
      </w:r>
    </w:p>
    <w:p>
      <w:r>
        <w:t>Jesus kjem heim til Nasaret og talar i synagogen. Folk blir slegne av det han seier. Men undringa snur fort. Er ikkje dette snikkaren, son til Maria? Dei kjenner brørne hans. Systrene bur i bygda. Dei har sett han bera plankar og høvla dørkarmar. Korleis kan visdom koma frå så vanlege hender?</w:t>
      </w:r>
    </w:p>
    <w:p>
      <w:r>
        <w:t>Eg forstår dei betre enn eg vil. Det er lettare å tru at Gud talar gjennom nokon som kjem utanfrå, med eit namn og ei historie vi ikkje kjenner. Det kvardagslege gjer oss blinde. Vi trur vi veit kven folk er, fordi vi veit kvar dei kjem frå.</w:t>
      </w:r>
    </w:p>
    <w:p>
      <w:r>
        <w:t>Og så står det ei setning som eg aldri heilt blir ferdig med: Han kunne ikkje gjera noko mektig verk der. Berre nokre få sjuke la han hendene på og lækte. Det er som om kjærleiken hans ikkje ville tvinga seg på nokon. Han kunne ha gjort meir. Men han ville ikkje gjera det utan å bli teken imot.</w:t>
      </w:r>
    </w:p>
    <w:p>
      <w:r>
        <w:t>Markus skriv òg at Jesus undra seg over at dei ikkje trudde. Det er sjeldan vi les at Jesus undrar seg. Eg tenkjer at det må ha gjort vondt, nett her, blant dei som hadde sett han veksa opp.</w:t>
      </w:r>
    </w:p>
    <w:p>
      <w:r>
        <w:t>Kanskje er det eit spørsmål til meg. Kvar er det eg har gløymt å venta noko? Kven er det eg har bestemt meg for at eg kjenner så godt at dei ikkje lenger kan overraska meg? Ein ektefelle, eit barn, ein gammal ven. Eller Gud sjølv, i dei vanlege dagane, i dei tekstane eg har lese så mange gonger at eg ikkje lenger høyrer dei.</w:t>
      </w:r>
    </w:p>
    <w:p>
      <w:r>
        <w:t>Den siste setninga i avsnittet er stille, men viktig: Han gjekk rundt i landsbyane og lærte folk. Han vart ikkje verande i Nasaret og sørgde. Han gjekk vidare. Avvisinga fekk ikkje siste ordet.</w:t>
      </w:r>
    </w:p>
    <w:p>
      <w:r>
        <w:t>Det trøystar meg. Både når eg sjølv ikkje blir teken imot, og når eg forstår at eg har stengt døra for han. Han går ikkje sin veg for godt. Han går berre vidare, og kjem att.</w:t>
      </w:r>
    </w:p>
    <w:p>
      <w:pPr>
        <w:pStyle w:val="Heading2"/>
      </w:pPr>
      <w:r>
        <w:t>Sjå nøye etter</w:t>
      </w:r>
    </w:p>
    <w:p>
      <w:r>
        <w:t>Kva er det folket meiner dei veit om Jesus? Kva undrar Jesus seg over, og kva gjer han til slutt?</w:t>
      </w:r>
    </w:p>
    <w:p>
      <w:pPr>
        <w:pStyle w:val="Heading2"/>
      </w:pPr>
      <w:r>
        <w:t>Til ettertanke</w:t>
      </w:r>
    </w:p>
    <w:p>
      <w:r>
        <w:t>Kven har eg slutta å lytta til fordi eg trur eg kjenner vedkomande så godt?</w:t>
      </w:r>
    </w:p>
    <w:p>
      <w:pPr>
        <w:pStyle w:val="Heading2"/>
      </w:pPr>
      <w:r>
        <w:t>Saman</w:t>
      </w:r>
    </w:p>
    <w:p>
      <w:r>
        <w:t>Korleis kan vi vera opne for det Gud vil gjera gjennom menneske i vårt eige fellesskap?</w:t>
      </w:r>
    </w:p>
    <w:p>
      <w:pPr>
        <w:pStyle w:val="Heading2"/>
      </w:pPr>
      <w:r>
        <w:t>Lev det ut</w:t>
      </w:r>
    </w:p>
    <w:p>
      <w:r>
        <w:t>Lytt med ny merksemd til eit menneske du lett tek for gjeve. Ver open for at Gud kan minna deg om noko gjennom vedkomande.</w:t>
      </w:r>
    </w:p>
    <w:p>
      <w:pPr>
        <w:pStyle w:val="Heading2"/>
      </w:pPr>
      <w:r>
        <w:t>Bøn</w:t>
      </w:r>
    </w:p>
    <w:p>
      <w:r>
        <w:t>Jesus, hjelp meg å ta imot deg i dei vanlege dagane. Opna hjartet mitt for det du vil seia og gjera.</w:t>
      </w:r>
    </w:p>
    <w:p>
      <w:pPr>
        <w:pStyle w:val="Heading1"/>
        <w:pageBreakBefore/>
      </w:pPr>
      <w:r>
        <w:t>Stans og sjå tilbake på modul 2</w:t>
      </w:r>
    </w:p>
    <w:p>
      <w:r>
        <w:t>Les om att Mark 3,13–14, Mark 3,35 og Mark 4,20. Korleis heng det å vera med Jesus, gjera Guds vilje og bera frukt saman? Sjå så tilbake på forteljingane om stormen, mannen som vart fri, dei to døtrene og Nasaret. Kva har du oppdaga om Jesus, og kva vil du ta med vidare?</w:t>
      </w:r>
    </w:p>
    <w:p>
      <w:r>
        <w:t>Del eitt ord som har gripi deg og eitt steg du har teke. Be saman om å vera eit fellesskap som både høyrer og gjer. Ta også tid til å lytta til dei som framleis ventar på hjelp.</w:t>
      </w:r>
    </w:p>
    <w:p>
      <w:pPr>
        <w:pStyle w:val="Heading1"/>
        <w:pageBreakBefore/>
      </w:pPr>
      <w:r>
        <w:t>Modul 3 Sendte av Jesus og opne for å sjå</w:t>
      </w:r>
    </w:p>
    <w:p>
      <w:r>
        <w:t>Mark 6,7–8,30</w:t>
      </w:r>
    </w:p>
    <w:p>
      <w:r>
        <w:t>Jesus sender læresveinane ut, og dei vender tilbake til han. Dei får dela ut brød, men strevar framleis med å forstå kven han er. Vi møter menneske som ber om hjelp og tek imot, og menneske som krev teikn. Til slutt spør Jesus læresveinane kven dei sjølve seier at han er. Gjennom desse tolv leksjonane vil vi læra å tena, lytta og sjå tydelegare.</w:t>
      </w:r>
    </w:p>
    <w:p>
      <w:r>
        <w:t>Les heile bibelavsnittet før kvar kommentar. Legg særleg merke til samanhengen mellom dei to brødundera, samtalen i båten og mannen som får synet att. Etter seks leksjonar kan du bruka ein dag til å lesa om att, dela og be før du held fram.</w:t>
      </w:r>
    </w:p>
    <w:p>
      <w:pPr>
        <w:pStyle w:val="Heading1"/>
        <w:pageBreakBefore/>
      </w:pPr>
      <w:r>
        <w:t>Leksjon 1 Berre ein stav</w:t>
      </w:r>
    </w:p>
    <w:p>
      <w:r>
        <w:t>Les Mark 6,7–13 i Bibelen din.</w:t>
      </w:r>
    </w:p>
    <w:p>
      <w:pPr>
        <w:pStyle w:val="Heading2"/>
      </w:pPr>
      <w:r>
        <w:t>Gå inn i forteljinga</w:t>
      </w:r>
    </w:p>
    <w:p>
      <w:r>
        <w:t>Jesus sender dei ut to og to. Legg merke til kva han gjev dei, kva dei skal leggja att, og korleis dei skal møta dei som tek imot eller avviser dei.</w:t>
      </w:r>
    </w:p>
    <w:p>
      <w:pPr>
        <w:pStyle w:val="Heading2"/>
      </w:pPr>
      <w:r>
        <w:t>Kommentar</w:t>
      </w:r>
    </w:p>
    <w:p>
      <w:r>
        <w:t>Jesus sender dei ut to og to. Eg har alltid likt den detaljen. Han sender dei ikkje åleine. Det er som om han veit at ingen skal bera ei slik oppgåve utan nokon ved sida av seg, nokon å be saman med om kvelden og å tvila saman med når dørene blir stengde.</w:t>
      </w:r>
    </w:p>
    <w:p>
      <w:r>
        <w:t>Så seier han kva dei ikkje skal ta med. Ikkje brød, ikkje veske, ikkje pengar i beltet, ikkje to kjortlar. Berre ein stav og sandalar på føtene.</w:t>
      </w:r>
    </w:p>
    <w:p>
      <w:r>
        <w:t>Eg kjenner korleis det motstrider noko i meg. Eg likar å vera førebudd. Eg likar å ha nok med meg, i bagasjen og i livet, så eg slepp å be om noko. Men det er nett det Jesus tek frå dei. Dei skal koma til ein landsby utan å kunna klara seg sjølve. Dei må ta imot.</w:t>
      </w:r>
    </w:p>
    <w:p>
      <w:r>
        <w:t>Eg har sjølv vore gjest i heimar langt borte, og kjent kor audmjukande og kor godt det kan vera å bli teken imot av folk som har lite, men gjev det dei har. Det er ikkje berre ei praktisk ordning. Det er ein del av bodskapen. Den som kjem med tomme hender, kan ikkje kjøpa seg tillit. Han må få han.</w:t>
      </w:r>
    </w:p>
    <w:p>
      <w:r>
        <w:t>Dei skal bli verande i det huset dei først kjem til. Ikkje flytta seg vidare om nokon byd på ei betre seng. Det ligg ein stille lojalitet i det, ei vørdnad for den første døra som opna seg.</w:t>
      </w:r>
    </w:p>
    <w:p>
      <w:r>
        <w:t>Og om ingen tek imot dei, skal dei rista støvet av føtene. Eg les det ikkje som eit teikn på harme. Eg les det som eit løyve til å sleppa. Ikkje ta med deg avvisinga inn i neste landsby. Ikkje la ho setja seg i sandalane. Du har gjort ditt. Gå vidare.</w:t>
      </w:r>
    </w:p>
    <w:p>
      <w:r>
        <w:t>Det har eg trunge å høyra mange gonger. Eg har bore med meg støv frå stader der eg ikkje vart teken imot, og late det tynga neste møte.</w:t>
      </w:r>
    </w:p>
    <w:p>
      <w:r>
        <w:t>Til slutt står det at dei gjekk ut og forkynte, dreiv ut vonde ånder og salva sjuke med olje. Det er enkle ord om store ting. Og eg legg merke til at det skjedde nett gjennom dei som hadde minst med seg.</w:t>
      </w:r>
    </w:p>
    <w:p>
      <w:r>
        <w:t>Kanskje er det framleis slik. At det ikkje er det vi har pakka, men det vi har vore villige til å leggja att, som gjer rom for Gud.</w:t>
      </w:r>
    </w:p>
    <w:p>
      <w:pPr>
        <w:pStyle w:val="Heading2"/>
      </w:pPr>
      <w:r>
        <w:t>Sjå nøye etter</w:t>
      </w:r>
    </w:p>
    <w:p>
      <w:r>
        <w:t>Kva fullmakt får læresveinane, og kva gjer dei? Kva plass får fellesskap og gjestfridom i oppdraget?</w:t>
      </w:r>
    </w:p>
    <w:p>
      <w:pPr>
        <w:pStyle w:val="Heading2"/>
      </w:pPr>
      <w:r>
        <w:t>Til ettertanke</w:t>
      </w:r>
    </w:p>
    <w:p>
      <w:r>
        <w:t>Kva ønskjer eg å ha kontroll over før eg vågar å gå? Kvar treng eg å læra å ta imot hjelp?</w:t>
      </w:r>
    </w:p>
    <w:p>
      <w:pPr>
        <w:pStyle w:val="Heading2"/>
      </w:pPr>
      <w:r>
        <w:t>Saman</w:t>
      </w:r>
    </w:p>
    <w:p>
      <w:r>
        <w:t>Kven kan vi tena saman med, og korleis kan vi støtta kvarandre når vi ikkje blir tekne imot?</w:t>
      </w:r>
    </w:p>
    <w:p>
      <w:pPr>
        <w:pStyle w:val="Heading2"/>
      </w:pPr>
      <w:r>
        <w:t>Lev det ut</w:t>
      </w:r>
    </w:p>
    <w:p>
      <w:r>
        <w:t>Gjer ei handling som deler evangeliet eller viser omsorg saman med ein annan. Ver også villig til å ta imot hjelp.</w:t>
      </w:r>
    </w:p>
    <w:p>
      <w:pPr>
        <w:pStyle w:val="Heading2"/>
      </w:pPr>
      <w:r>
        <w:t>Bøn</w:t>
      </w:r>
    </w:p>
    <w:p>
      <w:r>
        <w:t>Jesus, takk for at du sender oss saman. Lær oss å stola på deg, ta imot og gje vidare det du har gjeve oss.</w:t>
      </w:r>
    </w:p>
    <w:p>
      <w:pPr>
        <w:pStyle w:val="Heading1"/>
        <w:pageBreakBefore/>
      </w:pPr>
      <w:r>
        <w:t>Leksjon 2 Herodes lydde gjerne</w:t>
      </w:r>
    </w:p>
    <w:p>
      <w:r>
        <w:t>Les Mark 6,14–29 i Bibelen din.</w:t>
      </w:r>
    </w:p>
    <w:p>
      <w:pPr>
        <w:pStyle w:val="Heading2"/>
      </w:pPr>
      <w:r>
        <w:t>Gå inn i forteljinga</w:t>
      </w:r>
    </w:p>
    <w:p>
      <w:r>
        <w:t>Markus stansar forteljinga om Jesu teneste og fortel kva som hende med Johannes. Les korleis Herodes reagerer på Johannes, før og under festen.</w:t>
      </w:r>
    </w:p>
    <w:p>
      <w:pPr>
        <w:pStyle w:val="Heading2"/>
      </w:pPr>
      <w:r>
        <w:t>Kommentar</w:t>
      </w:r>
    </w:p>
    <w:p>
      <w:r>
        <w:t>Det første Herodes seier når han høyrer om Jesus, er at det må vera Johannes som har stått opp att. Det er ikkje ei teologisk vurdering. Det er samvitet som talar. Han har ikkje fått fred sidan den kvelden, og no ser han den døde i alt som rører seg.</w:t>
      </w:r>
    </w:p>
    <w:p>
      <w:r>
        <w:t>Så fortel Markus korleis det gjekk til, og det er ikkje Johannes som står i sentrum av forteljinga. Han sit i fengselet og seier ingenting. Det er Herodes vi følgjer, og det er han som uroar meg mest.</w:t>
      </w:r>
    </w:p>
    <w:p>
      <w:r>
        <w:t>For Herodes likte å høyra Johannes. Det står at han lydde gjerne på han, sjølv om han vart rådvill av det han høyrde. Han visste at Johannes var ein heilag mann. Han verna han, på sin måte. Han var ikkje fiende av sanninga. Han berre let henne aldri koma så nær at ho kosta noko.</w:t>
      </w:r>
    </w:p>
    <w:p>
      <w:r>
        <w:t>Det kjenner eg att. Eg kan lesa, høyra og vera samd, og likevel halda det sanne på trygg avstand, i eit rom eg kan gå inn i når eg vil, og låsa når eg vil.</w:t>
      </w:r>
    </w:p>
    <w:p>
      <w:r>
        <w:t>Så kjem festen. Gjestene, vinen, dansen, og ein stor og lettvint lovnad. Når kravet kjem, blir kongen djupt lei seg. Men han ser på dei som sit rundt bordet, og han vil ikkje gå attende på ordet sitt framfor dei. Johannes døyr ikkje fordi Herodes hatar han, men fordi Herodes ikkje orkar å tapa andlet.</w:t>
      </w:r>
    </w:p>
    <w:p>
      <w:r>
        <w:t>Det er den stille faren eg les her. Ikkje den store vondskapen, men den vesle feigskapen. Å vita kva som er rett, og likevel gjera det motsette fordi nokon ser på.</w:t>
      </w:r>
    </w:p>
    <w:p>
      <w:r>
        <w:t>Johannes seier ingenting i denne forteljinga. Men livet hans har alt sagt det som skulle seiast. Han trudde, han tala, og han betalte. Utan å ha sett påskemorgonen.</w:t>
      </w:r>
    </w:p>
    <w:p>
      <w:r>
        <w:t>Og så den siste setninga, som eg ofte stansar ved: Då læresveinane hans fekk høyra det, kom dei og henta liket og la det i ei grav. Midt i alt det grufulle står det nokre få menneske som gjer det einaste dei kan. Dei kjem. Dei tek hand om det som er att. Dei er trufaste også når det ikkje er noko meir å vinna.</w:t>
      </w:r>
    </w:p>
    <w:p>
      <w:r>
        <w:t>Eg vil gjerne vera ein av dei. Og eg ber om nåde til ikkje å vera Herodes, han som lydde gjerne, men aldri let seg forandra.</w:t>
      </w:r>
    </w:p>
    <w:p>
      <w:pPr>
        <w:pStyle w:val="Heading2"/>
      </w:pPr>
      <w:r>
        <w:t>Sjå nøye etter</w:t>
      </w:r>
    </w:p>
    <w:p>
      <w:r>
        <w:t>Kva veit Herodes om Johannes, og kvifor gjer han likevel det han veit er gale? Kva gjer læresveinane til Johannes til slutt?</w:t>
      </w:r>
    </w:p>
    <w:p>
      <w:pPr>
        <w:pStyle w:val="Heading2"/>
      </w:pPr>
      <w:r>
        <w:t>Til ettertanke</w:t>
      </w:r>
    </w:p>
    <w:p>
      <w:r>
        <w:t>Kvar har omsynet til andre sine meiningar større makt over meg enn sanninga eg kjenner?</w:t>
      </w:r>
    </w:p>
    <w:p>
      <w:pPr>
        <w:pStyle w:val="Heading2"/>
      </w:pPr>
      <w:r>
        <w:t>Saman</w:t>
      </w:r>
    </w:p>
    <w:p>
      <w:r>
        <w:t>Korleis kan vi hjelpa kvarandre til å handla rett når det kostar å stå for sanninga?</w:t>
      </w:r>
    </w:p>
    <w:p>
      <w:pPr>
        <w:pStyle w:val="Heading2"/>
      </w:pPr>
      <w:r>
        <w:t>Lev det ut</w:t>
      </w:r>
    </w:p>
    <w:p>
      <w:r>
        <w:t>Ta eit steg i noko rett du har utsett av frykt for kva andre vil tenkja. Søk støtte hos ein du har tillit til.</w:t>
      </w:r>
    </w:p>
    <w:p>
      <w:pPr>
        <w:pStyle w:val="Heading2"/>
      </w:pPr>
      <w:r>
        <w:t>Bøn</w:t>
      </w:r>
    </w:p>
    <w:p>
      <w:r>
        <w:t>Far, gje meg mot til å leva etter sanninga eg høyrer. Hjelp meg å vera trufast mot deg og omsorgsfull mot dei som lid.</w:t>
      </w:r>
    </w:p>
    <w:p>
      <w:pPr>
        <w:pStyle w:val="Heading1"/>
        <w:pageBreakBefore/>
      </w:pPr>
      <w:r>
        <w:t>Leksjon 3 Gjev de dei mat</w:t>
      </w:r>
    </w:p>
    <w:p>
      <w:r>
        <w:t>Les Mark 6,30–44 i Bibelen din.</w:t>
      </w:r>
    </w:p>
    <w:p>
      <w:pPr>
        <w:pStyle w:val="Heading2"/>
      </w:pPr>
      <w:r>
        <w:t>Gå inn i forteljinga</w:t>
      </w:r>
    </w:p>
    <w:p>
      <w:r>
        <w:t>Læresveinane kjem tilbake og treng kvile. Ei stor folkemengd ventar på Jesus. Sjå korleis han tek vare på menneska og dreg læresveinane inn i omsorga si.</w:t>
      </w:r>
    </w:p>
    <w:p>
      <w:pPr>
        <w:pStyle w:val="Heading2"/>
      </w:pPr>
      <w:r>
        <w:t>Kommentar</w:t>
      </w:r>
    </w:p>
    <w:p>
      <w:r>
        <w:t>Apostlane kjem attende til Jesus og fortel om alt dei har gjort og lært. Eg legg merke til at dei kjem til han med det dei har vore med på. Han som sende dei ut, er også den dei vender tilbake til.</w:t>
      </w:r>
    </w:p>
    <w:p>
      <w:r>
        <w:t>Jesus seier: Kom med meg til ein einsam stad, så vi kan vera åleine, og kvil dykk litt. Det var så mange som kom og gjekk at dei ikkje eingong fekk tid til å eta.</w:t>
      </w:r>
    </w:p>
    <w:p>
      <w:r>
        <w:t>Eg er glad for dei orda. Jesus ser ikkje berre oppdraget. Han ser dei som ber det. Han veit at dei treng mat og kvile, og han bed dei koma med seg. Eg treng å høyra den innbydinga og ta henne på alvor.</w:t>
      </w:r>
    </w:p>
    <w:p>
      <w:r>
        <w:t>Men då dei kjem fram med båten, er folket der alt. Dei har sprunge langs land og kome før dei. Den einsame staden er full av menneske.</w:t>
      </w:r>
    </w:p>
    <w:p>
      <w:r>
        <w:t>Jesus ser den store folkemengda og får inderleg medkjensle med dei, for dei er som sauer utan gjetar. Så tek han til å læra dei mykje.</w:t>
      </w:r>
    </w:p>
    <w:p>
      <w:r>
        <w:t>Eg stansar ved det. Han ser meir enn menneske som forstyrrar kvila. Han ser folk som treng nokon til å leia dei. Og medkjensla hans får uttrykk i undervisning. Dei treng ord som kan gje retning til livet.</w:t>
      </w:r>
    </w:p>
    <w:p>
      <w:r>
        <w:t>Då det blir seint, kjem læresveinane med eit fornuftig forslag. Send folket bort, så dei kan gå til gardane og landsbyane rundt omkring og kjøpa seg noko å eta.</w:t>
      </w:r>
    </w:p>
    <w:p>
      <w:r>
        <w:t>Jesus svarar: Gjev de dei mat.</w:t>
      </w:r>
    </w:p>
    <w:p>
      <w:r>
        <w:t>Eg kan nesten høyra undringa deira. Skal dei kjøpa brød for to hundre denarar? Korleis skulle dei klara det? Dei ser kor mange menneske det er, og kva det vil kosta. Jesus spør kva dei har.</w:t>
      </w:r>
    </w:p>
    <w:p>
      <w:r>
        <w:t>Kor mange brød har de? Gå og sjå etter.</w:t>
      </w:r>
    </w:p>
    <w:p>
      <w:r>
        <w:t>Dei finn fem brød og to fiskar. Det er lite når fem tusen menn skal få mat. Likevel er det dette Jesus tek imot. Han bed ikkje om det dei manglar. Han tek det dei har.</w:t>
      </w:r>
    </w:p>
    <w:p>
      <w:r>
        <w:t>Eg trur det spørsmålet er godt å ta med inn i mitt eige liv. Kva har eg? Kva kan eg leggja i hendene hans? Det er lett å bli så oppteken av alt som manglar, at eg gløymer det som alt er gjeve meg.</w:t>
      </w:r>
    </w:p>
    <w:p>
      <w:r>
        <w:t>Jesus bed dei få folket til å setja seg i grupper på det grøne graset. Så tek han dei fem brøda og dei to fiskane, ser opp mot himmelen og takkar. Han bryt brøda og gjev dei til læresveinane, så dei kan dela ut.</w:t>
      </w:r>
    </w:p>
    <w:p>
      <w:r>
        <w:t>Dei som nett hadde sagt at folket måtte sendast bort, får no bera maten fram til dei. Jesus lèt dei vera med på det han gjer. Dei kan ikkje skapa brødet, men dei kan ta imot frå han og gje det vidare.</w:t>
      </w:r>
    </w:p>
    <w:p>
      <w:r>
        <w:t>Alle åt og vart mette. Og då dei samla saman det som var att, fylte dei tolv korger.</w:t>
      </w:r>
    </w:p>
    <w:p>
      <w:r>
        <w:t>Eg veit ikkje korleis brødet vart mangfalda. Markus forklarar det ikkje. Men han fortel kvar det kom frå, kven som delte det ut, og at alle fekk nok.</w:t>
      </w:r>
    </w:p>
    <w:p>
      <w:r>
        <w:t>Det er dette eg sit att med: Jesus såg folket og fekk medkjensle med dei. Han gav dei undervisning og mat. Og han drog læresveinane inn i omsorga si.</w:t>
      </w:r>
    </w:p>
    <w:p>
      <w:pPr>
        <w:pStyle w:val="Heading2"/>
      </w:pPr>
      <w:r>
        <w:t>Sjå nøye etter</w:t>
      </w:r>
    </w:p>
    <w:p>
      <w:r>
        <w:t>Kva gjer Jesus når han ser folket? Følg brødet gjennom forteljinga: Kven tek imot, kven takkar, kven bryt og kven deler ut?</w:t>
      </w:r>
    </w:p>
    <w:p>
      <w:pPr>
        <w:pStyle w:val="Heading2"/>
      </w:pPr>
      <w:r>
        <w:t>Til ettertanke</w:t>
      </w:r>
    </w:p>
    <w:p>
      <w:r>
        <w:t>Kva behov har eg lett for å senda vidare? Kva har eg som eg kan leggja i Jesu hender? Ta også imot innbydinga hans til kvile.</w:t>
      </w:r>
    </w:p>
    <w:p>
      <w:pPr>
        <w:pStyle w:val="Heading2"/>
      </w:pPr>
      <w:r>
        <w:t>Saman</w:t>
      </w:r>
    </w:p>
    <w:p>
      <w:r>
        <w:t>Kva behov i nærmiljøet kan vi møta med det vi har saman?</w:t>
      </w:r>
    </w:p>
    <w:p>
      <w:pPr>
        <w:pStyle w:val="Heading2"/>
      </w:pPr>
      <w:r>
        <w:t>Lev det ut</w:t>
      </w:r>
    </w:p>
    <w:p>
      <w:r>
        <w:t>Del eit måltid, gje praktisk hjelp eller bruk tid på eit menneske som treng nokon å snakka med.</w:t>
      </w:r>
    </w:p>
    <w:p>
      <w:pPr>
        <w:pStyle w:val="Heading2"/>
      </w:pPr>
      <w:r>
        <w:t>Bøn</w:t>
      </w:r>
    </w:p>
    <w:p>
      <w:r>
        <w:t>Herre Jesus, hjelp meg å sjå menneska slik du ser dei. Når eg helst vil senda dei vidare, lær meg å spørja kva eg har å gje. Og lær meg å leggja det i hendene dine.</w:t>
      </w:r>
    </w:p>
    <w:p>
      <w:pPr>
        <w:pStyle w:val="Heading1"/>
        <w:pageBreakBefore/>
      </w:pPr>
      <w:r>
        <w:t>Leksjon 4 Nattevakt på sjøen</w:t>
      </w:r>
    </w:p>
    <w:p>
      <w:r>
        <w:t>Les Mark 6,45–56 i Bibelen din.</w:t>
      </w:r>
    </w:p>
    <w:p>
      <w:pPr>
        <w:pStyle w:val="Heading2"/>
      </w:pPr>
      <w:r>
        <w:t>Gå inn i forteljinga</w:t>
      </w:r>
    </w:p>
    <w:p>
      <w:r>
        <w:t>Etter brødunderet ror læresveinane i motvind. Jesus ser dei, men dei kjenner han ikkje att når han kjem. Les også om møtet med folket ved Gennesaret.</w:t>
      </w:r>
    </w:p>
    <w:p>
      <w:pPr>
        <w:pStyle w:val="Heading2"/>
      </w:pPr>
      <w:r>
        <w:t>Kommentar</w:t>
      </w:r>
    </w:p>
    <w:p>
      <w:r>
        <w:t>Jesus sender læresveinane i båten og går sjølv opp i fjellet for å be. Så blir det kveld, og dei ror mot vinden. Det står at han såg dei streva. Han var på land, dei var ute på sjøen, og likevel såg han dei.</w:t>
      </w:r>
    </w:p>
    <w:p>
      <w:r>
        <w:t>Eg har mange gonger rodd slik, i overført meining. Ikkje i storm, berre i motvind. Timane går, armane blir tunge, og ein kjem ingen veg. Det er ikkje livsfare. Det er berre slitsamt, og lenge.</w:t>
      </w:r>
    </w:p>
    <w:p>
      <w:r>
        <w:t>Først i den fjerde nattevakta, mot morgongryet, kjem han gåande på vatnet. Heile natta har gått. Eg kan ikkje forklara kvifor han venta så lenge. Men eg legg merke til at han såg dei heile tida.</w:t>
      </w:r>
    </w:p>
    <w:p>
      <w:r>
        <w:t>Så står det noko rart: Han ville gå forbi dei. Eg har lese det som eit bilete frå Det gamle testamentet, der Gud går forbi Moses på fjellet og Elia i den stille susen. Å gå forbi er ikkje å gå frå. Det er å syna seg.</w:t>
      </w:r>
    </w:p>
    <w:p>
      <w:r>
        <w:t>Men dei trur det er eit spøkjelse og ropar av redsle. Og han seier: Ver ved godt mot. Det er eg (Eg er her! NLT). Ver ikkje redde. Tre korte setningar. Eg har bore dei med meg i mange netter. Særleg den midtarste. Det er eg. Eg er her. Ikkje ei forklaring, ikkje eit program. Berre at han er der.</w:t>
      </w:r>
    </w:p>
    <w:p>
      <w:r>
        <w:t>Han stig i båten, og vinden legg seg.</w:t>
      </w:r>
    </w:p>
    <w:p>
      <w:r>
        <w:t>Så kjem den setninga eg ikkje likar, fordi ho treffer meg: Dei hadde ikkje skjøna noko av det som hende med brøda, for hjarta deira var harde. Same dagen hadde dei delt ut brød til fem tusen. Og om natta kjende dei han ikkje att.</w:t>
      </w:r>
    </w:p>
    <w:p>
      <w:r>
        <w:t>Eg veit korleis det er. Eg kan ha sett Guds omsorg i går og likevel bli skremd av vinden i kveld. Det er ikkje vondskap. Det er gløymsle. Hjartet blir hardt av trøyttleik like mykje som av trass.</w:t>
      </w:r>
    </w:p>
    <w:p>
      <w:r>
        <w:t>Når dei kjem i land ved Gennesaret, spring folk rundt med dei sjuke på bårer. Dei som berre får røra ved dusken på kappa hans, blir friske. Folket på land forstår noko som læresveinane i båten ikkje heilt har skjøna enno: at det held å koma nær.</w:t>
      </w:r>
    </w:p>
    <w:p>
      <w:r>
        <w:t>Kanskje er det bøna eg sit att med. Ikkje om at vinden skal leggja seg med ein gong. Men om at eg skal kjenna han att når han kjem, sjølv om det er seint på natta, og sjølv om eg er redd.</w:t>
      </w:r>
    </w:p>
    <w:p>
      <w:pPr>
        <w:pStyle w:val="Heading2"/>
      </w:pPr>
      <w:r>
        <w:t>Sjå nøye etter</w:t>
      </w:r>
    </w:p>
    <w:p>
      <w:r>
        <w:t>Kva seier Jesus til dei redde læresveinane? Kva knyter Markus til det som hende med brøda?</w:t>
      </w:r>
    </w:p>
    <w:p>
      <w:pPr>
        <w:pStyle w:val="Heading2"/>
      </w:pPr>
      <w:r>
        <w:t>Til ettertanke</w:t>
      </w:r>
    </w:p>
    <w:p>
      <w:r>
        <w:t>Kva hjelp frå Gud har eg lett for å gløyma når eg møter ny motgang?</w:t>
      </w:r>
    </w:p>
    <w:p>
      <w:pPr>
        <w:pStyle w:val="Heading2"/>
      </w:pPr>
      <w:r>
        <w:t>Saman</w:t>
      </w:r>
    </w:p>
    <w:p>
      <w:r>
        <w:t>Korleis kan vi minna kvarandre om Jesu omsorg utan å oversjå kor slitsam motvinden kan vera?</w:t>
      </w:r>
    </w:p>
    <w:p>
      <w:pPr>
        <w:pStyle w:val="Heading2"/>
      </w:pPr>
      <w:r>
        <w:t>Lev det ut</w:t>
      </w:r>
    </w:p>
    <w:p>
      <w:r>
        <w:t>Skriv ned ei konkret hjelp du har teke imot frå Gud. Takk han for henne, og be for noko du strevar med no.</w:t>
      </w:r>
    </w:p>
    <w:p>
      <w:pPr>
        <w:pStyle w:val="Heading2"/>
      </w:pPr>
      <w:r>
        <w:t>Bøn</w:t>
      </w:r>
    </w:p>
    <w:p>
      <w:r>
        <w:t>Jesus, hjelp meg å kjenna deg att når eg er redd og sliten. Takk for at du ser meg og kjem meg i møte.</w:t>
      </w:r>
    </w:p>
    <w:p>
      <w:pPr>
        <w:pStyle w:val="Heading1"/>
        <w:pageBreakBefore/>
      </w:pPr>
      <w:r>
        <w:t>Leksjon 5 Reine hender</w:t>
      </w:r>
    </w:p>
    <w:p>
      <w:r>
        <w:t>Les Mark 7,1–23 i Bibelen din.</w:t>
      </w:r>
    </w:p>
    <w:p>
      <w:pPr>
        <w:pStyle w:val="Heading2"/>
      </w:pPr>
      <w:r>
        <w:t>Gå inn i forteljinga</w:t>
      </w:r>
    </w:p>
    <w:p>
      <w:r>
        <w:t>Les diskusjonen om tradisjonar saman med det Jesus lærer om hjartet. Legg merke til korleis han bruker omsorga for foreldre som eit konkret døme.</w:t>
      </w:r>
    </w:p>
    <w:p>
      <w:pPr>
        <w:pStyle w:val="Heading2"/>
      </w:pPr>
      <w:r>
        <w:t>Kommentar</w:t>
      </w:r>
    </w:p>
    <w:p>
      <w:r>
        <w:t>Nokre skriftlærde har kome heilt frå Jerusalem, og det første dei legg merke til, er hendene til læresveinane. Dei et utan å ha vaska seg slik dei gamle har lært. Det er ikkje ein diskusjon om hygiene. Det er eit spørsmål om kven som høyrer til blant dei reine.</w:t>
      </w:r>
    </w:p>
    <w:p>
      <w:r>
        <w:t>Eg har vanskeleg for å dømma farisearane her. Det dei gjorde, kom av eit ønske om å ta Gud på alvor. Dei bygde eit gjerde rundt lova for ikkje å koma nær kanten. Eg har bygt slike gjerde sjølv. Vanar, reglar, måtar å gjera ting på som ein gong var til hjelp. Det farlege er at gjerdet til slutt blir det ein vaktar, og ikkje det det skulle verna.</w:t>
      </w:r>
    </w:p>
    <w:p>
      <w:r>
        <w:t>Jesus svarar med ord frå Jesaja: Dette folket ærar meg med leppene, men hjartet deira er langt borte frå meg. Det er eit ord som går rett inn. For eg veit kor lett det er å seia dei rette orda, syngja dei rette songane, og likevel vera ein annan stad inni seg.</w:t>
      </w:r>
    </w:p>
    <w:p>
      <w:r>
        <w:t>Så gjev han eit døme som eg finn nesten ubehageleg konkret. Ein mann kan erklæra eigedomen sin som gåve til Gud, og dermed sleppa å hjelpa sine eigne gamle foreldre. Det heilage blir brukt som eit skalkeskjul for å sleppa å elska dei næraste. Eg spør meg sjølv kvar eg gjer noko liknande. Kvar eg lèt tenesta, arbeidet eller det åndelege bli ei grunngjeving for å sleppa den som står rett framfor meg.</w:t>
      </w:r>
    </w:p>
    <w:p>
      <w:r>
        <w:t>Deretter kallar Jesus på folket og seier noko som må ha høyrst oppsiktsvekkjande ut: Det er ikkje det som går inn i eit menneske, som gjer det urein. Det er det som kjem ut.</w:t>
      </w:r>
    </w:p>
    <w:p>
      <w:r>
        <w:t>Seinare, inne i huset, spør læresveinane kva han meinte. Han svarar med ei lang liste over det som kjem frå hjartet. Eg les ho sakte. Nokre av orda gjeld handlingar eg aldri har gjort. Andre gjeld ting eg kjenner godt: misunning, hovmod, vondt tale, tankeløyse. Lista lèt meg ikkje gøyma meg bak dei store synder eg har sloppe unna.</w:t>
      </w:r>
    </w:p>
    <w:p>
      <w:r>
        <w:t>Det er frigjerande og krevjande på same tid. Frigjerande fordi ingen ytre ting, ingen mat, ingen stad, ingen person kan gjera meg urein. Krevjande fordi eg ikkje lenger kan skulda på noko utanfor meg. Kjelda er innanfor.</w:t>
      </w:r>
    </w:p>
    <w:p>
      <w:r>
        <w:t>Kanskje er det difor denne teksten ender i ei bøn heller enn ein regel. Ikkje: Hald hendene reine. Men: Skap i meg eit reint hjarta, Gud.</w:t>
      </w:r>
    </w:p>
    <w:p>
      <w:pPr>
        <w:pStyle w:val="Heading2"/>
      </w:pPr>
      <w:r>
        <w:t>Sjå nøye etter</w:t>
      </w:r>
    </w:p>
    <w:p>
      <w:r>
        <w:t>Kva set Jesus opp mot menneskelege tradisjonar? Kvar seier han at det som gjer mennesket ureint, kjem frå?</w:t>
      </w:r>
    </w:p>
    <w:p>
      <w:pPr>
        <w:pStyle w:val="Heading2"/>
      </w:pPr>
      <w:r>
        <w:t>Til ettertanke</w:t>
      </w:r>
    </w:p>
    <w:p>
      <w:r>
        <w:t>Kva vanar eller reglar brukar eg som ei grunngjeving for å sleppa å elska mennesket framfor meg?</w:t>
      </w:r>
    </w:p>
    <w:p>
      <w:pPr>
        <w:pStyle w:val="Heading2"/>
      </w:pPr>
      <w:r>
        <w:t>Saman</w:t>
      </w:r>
    </w:p>
    <w:p>
      <w:r>
        <w:t>Er det noko i praksisen vår som hindrar omsorg eller skuggar for Guds ord?</w:t>
      </w:r>
    </w:p>
    <w:p>
      <w:pPr>
        <w:pStyle w:val="Heading2"/>
      </w:pPr>
      <w:r>
        <w:t>Lev det ut</w:t>
      </w:r>
    </w:p>
    <w:p>
      <w:r>
        <w:t>Gje tid og praktisk omsorg til nokon av dine næraste. Be også Gud visa deg kva som treng å endrast i hjartet ditt.</w:t>
      </w:r>
    </w:p>
    <w:p>
      <w:pPr>
        <w:pStyle w:val="Heading2"/>
      </w:pPr>
      <w:r>
        <w:t>Bøn</w:t>
      </w:r>
    </w:p>
    <w:p>
      <w:r>
        <w:t>Gud, skap i meg eit reint hjarte. Lat orda og handlingane mine springa ut av kjærleik til deg og menneska rundt meg.</w:t>
      </w:r>
    </w:p>
    <w:p>
      <w:pPr>
        <w:pStyle w:val="Heading1"/>
        <w:pageBreakBefore/>
      </w:pPr>
      <w:r>
        <w:t>Leksjon 6 Smulene under bordet</w:t>
      </w:r>
    </w:p>
    <w:p>
      <w:r>
        <w:t>Les Mark 7,24–30 i Bibelen din.</w:t>
      </w:r>
    </w:p>
    <w:p>
      <w:pPr>
        <w:pStyle w:val="Heading2"/>
      </w:pPr>
      <w:r>
        <w:t>Gå inn i forteljinga</w:t>
      </w:r>
    </w:p>
    <w:p>
      <w:r>
        <w:t>Ei kvinne kjem med nauda til dotter si. Samtalen er krevjande. Les både orda hennar og svaret Jesus gjev før ho går heim.</w:t>
      </w:r>
    </w:p>
    <w:p>
      <w:pPr>
        <w:pStyle w:val="Heading2"/>
      </w:pPr>
      <w:r>
        <w:t>Kommentar</w:t>
      </w:r>
    </w:p>
    <w:p>
      <w:r>
        <w:t>Jesus går til Tyrus for å vera i fred. Han går inn i eit hus og vil ikkje at nokon skal vita at han er der. Men det står at han ikkje kunne halda seg løynd. Det er noko nesten rørande i det. Han som hadde makt over storm og ånder, fekk ikkje vera for seg sjølv.</w:t>
      </w:r>
    </w:p>
    <w:p>
      <w:r>
        <w:t>Ei kvinne kjem og kastar seg ned for føtene hans. Ho er gresk, fødd i Syria-Fønikia. Ho høyrer ikkje til, verken folket, trua eller reglane. Men ho har ei lita dotter som ikkje er seg sjølv, og det er nok til at alle grenser blir uviktige for henne.</w:t>
      </w:r>
    </w:p>
    <w:p>
      <w:r>
        <w:t>Eg har aldri heilt klart å lesa svaret Jesus gjev henne utan å kjenna eit stikk. La borna først bli mette. Det er ikkje rett å ta brødet frå borna og kasta det til hundane. Eg har freista å tolka det mjukare, og det finst gode grunnar til å gjera det. Men eg vil ikkje glatta det heilt ut. Det er eit hardt ord, og ho høyrer det som hardt.</w:t>
      </w:r>
    </w:p>
    <w:p>
      <w:r>
        <w:t>Det som slår meg, er kva ho gjer med det. Ho protesterer ikkje. Ho går rett inn i biletet hans og snur det: Ja, Herre, men hundane under bordet et smulene etter borna. Ho ber ikkje om plass ved bordet. Ho ber berre om det som fell ned.</w:t>
      </w:r>
    </w:p>
    <w:p>
      <w:r>
        <w:t>Eg trur ingen andre i Markusevangeliet får siste ordet i ein samtale med Jesus. Ho gjer det. Og han tek imot det. For det ordet du sa, kan du gå heim.</w:t>
      </w:r>
    </w:p>
    <w:p>
      <w:r>
        <w:t>Eg tenkjer på kva slags tru dette er. Ikkje ei tru som har svar på alt, men ei tru som ikkje gjev seg. Ho står i det uforståelege og held fast. Kanskje er det slik tru ofte ser ut hjå foreldre. Ein ber for barnet sitt, og svaret kjem ikkje slik ein venta. Ein ber igjen, med andre ord, frå ein annan kant. Ein slepper ikkje.</w:t>
      </w:r>
    </w:p>
    <w:p>
      <w:r>
        <w:t>Og så går ho heim før ho har sett noko. Det er det modigaste i heile forteljinga, synest eg. Ho tek med seg eit ord og ingenting anna.</w:t>
      </w:r>
    </w:p>
    <w:p>
      <w:r>
        <w:t>Heime ligg jenta i senga. Ånda er borte. Det er ikkje noko meir enn det. Eit barn som kviler.</w:t>
      </w:r>
    </w:p>
    <w:p>
      <w:r>
        <w:t>Eg har lært meg å vera glad for smular. Dei er ikkje små når dei kjem frå hans bord.</w:t>
      </w:r>
    </w:p>
    <w:p>
      <w:pPr>
        <w:pStyle w:val="Heading2"/>
      </w:pPr>
      <w:r>
        <w:t>Sjå nøye etter</w:t>
      </w:r>
    </w:p>
    <w:p>
      <w:r>
        <w:t>Kva ber kvinna om? Korleis bruker ho biletet om bordet og smulene, og kva finn ho når ho kjem heim?</w:t>
      </w:r>
    </w:p>
    <w:p>
      <w:pPr>
        <w:pStyle w:val="Heading2"/>
      </w:pPr>
      <w:r>
        <w:t>Til ettertanke</w:t>
      </w:r>
    </w:p>
    <w:p>
      <w:r>
        <w:t>Kva hjelper meg til å halda fast ved Jesus når eg ikkje forstår svaret?</w:t>
      </w:r>
    </w:p>
    <w:p>
      <w:pPr>
        <w:pStyle w:val="Heading2"/>
      </w:pPr>
      <w:r>
        <w:t>Saman</w:t>
      </w:r>
    </w:p>
    <w:p>
      <w:r>
        <w:t>Korleis kan vi bera fram menneske og familiar som ventar på hjelp, og gje rom for ærlege spørsmål?</w:t>
      </w:r>
    </w:p>
    <w:p>
      <w:pPr>
        <w:pStyle w:val="Heading2"/>
      </w:pPr>
      <w:r>
        <w:t>Lev det ut</w:t>
      </w:r>
    </w:p>
    <w:p>
      <w:r>
        <w:t>Be konkret for eit barn eller ein familie med behov. Ta kontakt og spør korleis du kan støtta dei.</w:t>
      </w:r>
    </w:p>
    <w:p>
      <w:pPr>
        <w:pStyle w:val="Heading2"/>
      </w:pPr>
      <w:r>
        <w:t>Bøn</w:t>
      </w:r>
    </w:p>
    <w:p>
      <w:r>
        <w:t>Jesus, vi kjem til deg med dei vi er glade i. Hjelp oss å halda fast ved deg også når vi ikkje forstår.</w:t>
      </w:r>
    </w:p>
    <w:p>
      <w:pPr>
        <w:pStyle w:val="Heading1"/>
        <w:pageBreakBefore/>
      </w:pPr>
      <w:r>
        <w:t>Leksjon 7 Effata</w:t>
      </w:r>
    </w:p>
    <w:p>
      <w:r>
        <w:t>Les Mark 7,31–37 i Bibelen din.</w:t>
      </w:r>
    </w:p>
    <w:p>
      <w:pPr>
        <w:pStyle w:val="Heading2"/>
      </w:pPr>
      <w:r>
        <w:t>Gå inn i forteljinga</w:t>
      </w:r>
    </w:p>
    <w:p>
      <w:r>
        <w:t>Nokon fører ein mann som høyrer og talar dårleg, til Jesus. Sjå kor personleg Jesus møter han, og korleis han tek han bort frå folkemengda.</w:t>
      </w:r>
    </w:p>
    <w:p>
      <w:pPr>
        <w:pStyle w:val="Heading2"/>
      </w:pPr>
      <w:r>
        <w:t>Kommentar</w:t>
      </w:r>
    </w:p>
    <w:p>
      <w:r>
        <w:t>Det er andre som fører mannen fram. Han kan ikkje høyra, og han talar med stor møde. Han kan ikkje sjølv be om hjelp, i alle fall ikkje slik at nokon forstår det. Så er det nokon som ber for han. Eg blir alltid glad når eg les om slike venner i evangelia. Dei som ber den andre fram når han ikkje klarar det sjølv.</w:t>
      </w:r>
    </w:p>
    <w:p>
      <w:r>
        <w:t>Jesus tek han med seg bort frå folkemengda. Eg tenkjer at det må ha vore ei lette. Den som ikkje høyrer, står ofte midt i ein larm han ikkje kan tyda, omgjeven av munnar som rører seg og andlet som ventar svar. No er det berre dei to.</w:t>
      </w:r>
    </w:p>
    <w:p>
      <w:r>
        <w:t>Og så talar Jesus til han på det språket mannen kan forstå. Ikkje med ord, men med hender. Fingrane i øyra. Spytt på tunga. Eit blikk opp mot himmelen. Det er nesten for nært, nesten for kroppsleg. Men det er slik ein talar til nokon som ikkje høyrer. Ein syner. Ein rører.</w:t>
      </w:r>
    </w:p>
    <w:p>
      <w:r>
        <w:t>Så står det at Jesus sukka. Eg har tenkt mykje på det sukket. Det er ikkje eit ord, og det er ikkje ei bøn med innhald. Det er berre ein pust som ber noko meir enn ord kan bera. Eg kjenner det frå mine eigne bøner, dei gongene eg ikkje veit kva eg skal seia. Det gjer meg godt at Jesus også sukka. At han ikkje stod over naud og smerte, men gjekk inn i henne.</w:t>
      </w:r>
    </w:p>
    <w:p>
      <w:r>
        <w:t>Effata. Opna deg. Eit av dei få arameiske orda Markus har teke vare på. Det var så sterkt at det vart brukt ved dåp i hundreår etterpå. Eg les det ikkje berre som eit ord til øyra og tunga, men til heile mennesket. Opna deg. For lyden, for andre, for Gud.</w:t>
      </w:r>
    </w:p>
    <w:p>
      <w:r>
        <w:t>Eg kan sjølv bli døv på andre måtar. Eg kan slutta å høyra, ikkje fordi øyra sviktar, men fordi eg har høyrt det same så lenge at eg ikkje lenger lyttar. Og når ein ikkje høyrer, blir talen òg utydeleg. Det heng saman. Den som ikkje tek imot, har etter kvart lite å seia.</w:t>
      </w:r>
    </w:p>
    <w:p>
      <w:r>
        <w:t>Folket får streng beskjed om ikkje å fortelja det vidare. Men dei kan ikkje tia. Dei seier at han har gjort alt vel.</w:t>
      </w:r>
    </w:p>
    <w:p>
      <w:r>
        <w:t>Det er ei enkel setning, og eg trur ho er sann. Ikkje fordi alt har gått slik eg ville, men fordi han har teke meg til sides, rørt ved meg, sukka med meg og sagt: Opna deg.</w:t>
      </w:r>
    </w:p>
    <w:p>
      <w:pPr>
        <w:pStyle w:val="Heading2"/>
      </w:pPr>
      <w:r>
        <w:t>Sjå nøye etter</w:t>
      </w:r>
    </w:p>
    <w:p>
      <w:r>
        <w:t>Kven bed om hjelp for mannen? Kva gjer Jesus før han seier Effata, og kva skjer med mannen?</w:t>
      </w:r>
    </w:p>
    <w:p>
      <w:pPr>
        <w:pStyle w:val="Heading2"/>
      </w:pPr>
      <w:r>
        <w:t>Til ettertanke</w:t>
      </w:r>
    </w:p>
    <w:p>
      <w:r>
        <w:t>Kvar har eg slutta å lytta? Kva vil det seia å vera open for Gud og for andre?</w:t>
      </w:r>
    </w:p>
    <w:p>
      <w:pPr>
        <w:pStyle w:val="Heading2"/>
      </w:pPr>
      <w:r>
        <w:t>Saman</w:t>
      </w:r>
    </w:p>
    <w:p>
      <w:r>
        <w:t>Korleis kan vi gjera fellesskapet til ein stad der menneske blir høyrde og får hjelp på ein måte dei kan ta imot?</w:t>
      </w:r>
    </w:p>
    <w:p>
      <w:pPr>
        <w:pStyle w:val="Heading2"/>
      </w:pPr>
      <w:r>
        <w:t>Lev det ut</w:t>
      </w:r>
    </w:p>
    <w:p>
      <w:r>
        <w:t>Lytt til eit menneske utan å skunda deg med svar. Tilpass samtalen slik at vedkomande får rom til å uttrykkja seg.</w:t>
      </w:r>
    </w:p>
    <w:p>
      <w:pPr>
        <w:pStyle w:val="Heading2"/>
      </w:pPr>
      <w:r>
        <w:t>Bøn</w:t>
      </w:r>
    </w:p>
    <w:p>
      <w:r>
        <w:t>Jesus, opna øyra mine og hjartet mitt. Lær meg å lytta til deg og til dei menneska du fører meg saman med.</w:t>
      </w:r>
    </w:p>
    <w:p>
      <w:pPr>
        <w:pStyle w:val="Heading1"/>
        <w:pageBreakBefore/>
      </w:pPr>
      <w:r>
        <w:t>Leksjon 8 Eg har vondt av folket</w:t>
      </w:r>
    </w:p>
    <w:p>
      <w:r>
        <w:t>Les Mark 8,1–10 i Bibelen din.</w:t>
      </w:r>
    </w:p>
    <w:p>
      <w:pPr>
        <w:pStyle w:val="Heading2"/>
      </w:pPr>
      <w:r>
        <w:t>Gå inn i forteljinga</w:t>
      </w:r>
    </w:p>
    <w:p>
      <w:r>
        <w:t>Jesus ser ikkje berre dei som sit framfor han, men tenkjer også på heimvegen deira. Les denne forteljinga saman med Mark 6,30–44.</w:t>
      </w:r>
    </w:p>
    <w:p>
      <w:pPr>
        <w:pStyle w:val="Heading2"/>
      </w:pPr>
      <w:r>
        <w:t>Kommentar</w:t>
      </w:r>
    </w:p>
    <w:p>
      <w:r>
        <w:t>Denne gongen er det Jesus som tek opp saka. Folket har vore hjå han i tre dagar og har ingenting å eta. Nokre har kome langt. Om han sender dei heim svoltne, kan dei segna om på vegen.</w:t>
      </w:r>
    </w:p>
    <w:p>
      <w:r>
        <w:t>Eg blir ståande ved det. Han tenkjer på heimvegen. Ikkje berre på det som skjer medan dei sit og lyttar, men på kva som skjer med dei etterpå, når dei går åleine og kreftene tek slutt. Eg har kjent den svolten sjølv, etter møte og samlingar der eg fekk mykje, men gjekk tom heim.</w:t>
      </w:r>
    </w:p>
    <w:p>
      <w:r>
        <w:t>Læresveinane spør korleis nokon kan skaffa brød her i øydemarka. Det er nesten til å smila av. Dei har vore med på dette før. Men eg forstår dei. Det er ikkje lett å rekna med eit under som berre har skjedd éin gong.</w:t>
      </w:r>
    </w:p>
    <w:p>
      <w:r>
        <w:t>Sju brød og nokre småfiskar. Jesus takkar og bryt og gjev til læresveinane, som deler ut. Folket et og blir mette, og det blir til overs.</w:t>
      </w:r>
    </w:p>
    <w:p>
      <w:r>
        <w:t>Det er ikkje noko storslått over det. Folk sit på bakken, nokon deler ut, andre et. Så blir dei sende heim, mette, før vegen blir for lang.</w:t>
      </w:r>
    </w:p>
    <w:p>
      <w:pPr>
        <w:pStyle w:val="Heading2"/>
      </w:pPr>
      <w:r>
        <w:t>Sjå nøye etter</w:t>
      </w:r>
    </w:p>
    <w:p>
      <w:r>
        <w:t>Kva grunn gjev Jesus for at han vil gje folket mat? Kva er likt og ulikt i dei to brødundera?</w:t>
      </w:r>
    </w:p>
    <w:p>
      <w:pPr>
        <w:pStyle w:val="Heading2"/>
      </w:pPr>
      <w:r>
        <w:t>Til ettertanke</w:t>
      </w:r>
    </w:p>
    <w:p>
      <w:r>
        <w:t>Ser eg behova som varer etter at eit møte eller ein samtale er over?</w:t>
      </w:r>
    </w:p>
    <w:p>
      <w:pPr>
        <w:pStyle w:val="Heading2"/>
      </w:pPr>
      <w:r>
        <w:t>Saman</w:t>
      </w:r>
    </w:p>
    <w:p>
      <w:r>
        <w:t>Korleis kan vi følgja opp menneske med omsorg også etter ei samling?</w:t>
      </w:r>
    </w:p>
    <w:p>
      <w:pPr>
        <w:pStyle w:val="Heading2"/>
      </w:pPr>
      <w:r>
        <w:t>Lev det ut</w:t>
      </w:r>
    </w:p>
    <w:p>
      <w:r>
        <w:t>Ta kontakt med nokon etter eit møte eller ein samtale og spør korleis det går. Gje konkret hjelp om du kan.</w:t>
      </w:r>
    </w:p>
    <w:p>
      <w:pPr>
        <w:pStyle w:val="Heading2"/>
      </w:pPr>
      <w:r>
        <w:t>Bøn</w:t>
      </w:r>
    </w:p>
    <w:p>
      <w:r>
        <w:t>Jesus, lær oss omsorg som varer. Hjelp oss å sjå behova menneska ber med seg på vegen heim.</w:t>
      </w:r>
    </w:p>
    <w:p>
      <w:pPr>
        <w:pStyle w:val="Heading1"/>
        <w:pageBreakBefore/>
      </w:pPr>
      <w:r>
        <w:t>Leksjon 9 Inga teikn</w:t>
      </w:r>
    </w:p>
    <w:p>
      <w:r>
        <w:t>Les Mark 8,11–13 i Bibelen din.</w:t>
      </w:r>
    </w:p>
    <w:p>
      <w:pPr>
        <w:pStyle w:val="Heading2"/>
      </w:pPr>
      <w:r>
        <w:t>Gå inn i forteljinga</w:t>
      </w:r>
    </w:p>
    <w:p>
      <w:r>
        <w:t>Farisearane kjem for å setja Jesus på prøve. Legg merke til forskjellen mellom dette møtet og møta med menneske som ber om hjelp.</w:t>
      </w:r>
    </w:p>
    <w:p>
      <w:pPr>
        <w:pStyle w:val="Heading2"/>
      </w:pPr>
      <w:r>
        <w:t>Kommentar</w:t>
      </w:r>
    </w:p>
    <w:p>
      <w:r>
        <w:t>Rett etterpå kjem farisearane og krev eit teikn frå himmelen. Dei har ikkje kome for å få hjelp. Dei har kome for å prøva han.</w:t>
      </w:r>
    </w:p>
    <w:p>
      <w:r>
        <w:t>Jesus sukkar djupt i ånda. Det er same ordet som ved den døve mannen, men no er det eit anna sukk. Der var det medkjensle. Her er det sorg over ei tru som ikkje vil tru.</w:t>
      </w:r>
    </w:p>
    <w:p>
      <w:r>
        <w:t>Eg kjenner meg meir att hjå farisearane enn eg likar. Eg har bede om teikn. Ikkje med fiendskap, men med ei stille krav: Syn meg at du er der, så skal eg tru. Og eg har gløymt kor mykje eg alt har fått sjå.</w:t>
      </w:r>
    </w:p>
    <w:p>
      <w:r>
        <w:t>Jesus seier nei. Denne slekta skal ikkje få noko teikn. Eg trur ikkje det er stengsel, men eit vern. Eit teikn som tvinga fram tru, ville ikkje gjera plass for tillit. Kjærleik som ikkje kan velja, er ikkje kjærleik.</w:t>
      </w:r>
    </w:p>
    <w:p>
      <w:r>
        <w:t>Så står det at han forlét dei, gjekk i båten og for over til den andre sida. Eg les den setninga med ei viss uro. Det er ikkje ein trussel. Men det er ei påminning om at den som berre krev, kan bli ståande att på stranda.</w:t>
      </w:r>
    </w:p>
    <w:p>
      <w:pPr>
        <w:pStyle w:val="Heading2"/>
      </w:pPr>
      <w:r>
        <w:t>Sjå nøye etter</w:t>
      </w:r>
    </w:p>
    <w:p>
      <w:r>
        <w:t>Kvifor bed farisearane om eit teikn? Korleis reagerer Jesus, og kva gjer han etterpå?</w:t>
      </w:r>
    </w:p>
    <w:p>
      <w:pPr>
        <w:pStyle w:val="Heading2"/>
      </w:pPr>
      <w:r>
        <w:t>Til ettertanke</w:t>
      </w:r>
    </w:p>
    <w:p>
      <w:r>
        <w:t>Kva skil det å koma ærleg med nauda mi frå det å krevja at Gud skal oppfylla vilkåra mine før eg vil tru?</w:t>
      </w:r>
    </w:p>
    <w:p>
      <w:pPr>
        <w:pStyle w:val="Heading2"/>
      </w:pPr>
      <w:r>
        <w:t>Saman</w:t>
      </w:r>
    </w:p>
    <w:p>
      <w:r>
        <w:t>Korleis kan vi gje rom for spørsmål og samstundes hjelpa kvarandre til tillit?</w:t>
      </w:r>
    </w:p>
    <w:p>
      <w:pPr>
        <w:pStyle w:val="Heading2"/>
      </w:pPr>
      <w:r>
        <w:t>Lev det ut</w:t>
      </w:r>
    </w:p>
    <w:p>
      <w:r>
        <w:t>Takk Gud for noko av det du alt har fått sjå av omsorga hans. Ber fram spørsmåla dine utan å gjera svaret til eit vilkår for å følgja han.</w:t>
      </w:r>
    </w:p>
    <w:p>
      <w:pPr>
        <w:pStyle w:val="Heading2"/>
      </w:pPr>
      <w:r>
        <w:t>Bøn</w:t>
      </w:r>
    </w:p>
    <w:p>
      <w:r>
        <w:t>Jesus, hjelp meg å koma til deg med eit ope hjarte. Lær meg å stola på deg og ta imot det du alt har vist meg.</w:t>
      </w:r>
    </w:p>
    <w:p>
      <w:pPr>
        <w:pStyle w:val="Heading1"/>
        <w:pageBreakBefore/>
      </w:pPr>
      <w:r>
        <w:t>Leksjon 10 Berre eitt brød i båten</w:t>
      </w:r>
    </w:p>
    <w:p>
      <w:r>
        <w:t>Les Mark 8,14–21 i Bibelen din.</w:t>
      </w:r>
    </w:p>
    <w:p>
      <w:pPr>
        <w:pStyle w:val="Heading2"/>
      </w:pPr>
      <w:r>
        <w:t>Gå inn i forteljinga</w:t>
      </w:r>
    </w:p>
    <w:p>
      <w:r>
        <w:t>Jesus åtvarar mot surdeigen til farisearane og Herodes. Læresveinane tenkjer på det manglande brødet. Les alle spørsmåla hans før du svarar.</w:t>
      </w:r>
    </w:p>
    <w:p>
      <w:pPr>
        <w:pStyle w:val="Heading2"/>
      </w:pPr>
      <w:r>
        <w:t>Kommentar</w:t>
      </w:r>
    </w:p>
    <w:p>
      <w:r>
        <w:t>Læresveinane har gløymt å ta med seg brød. Dei har berre eitt i båten. Jesus åtvarar dei mot surdeigen til farisearane og Herodes, og dei begynner straks å snakka seg imellom om at dei ikkje har brød.</w:t>
      </w:r>
    </w:p>
    <w:p>
      <w:r>
        <w:t>Det er mest komisk. Han talar om noko djupt, og dei tenkjer på matpakka.</w:t>
      </w:r>
    </w:p>
    <w:p>
      <w:r>
        <w:t>Men eg les det ikkje med overmot. Slik er eg òg. Midt i det Gud prøver å seia, er eg oppteken av det eg manglar. Bekymringa tek all plass.</w:t>
      </w:r>
    </w:p>
    <w:p>
      <w:r>
        <w:t>Så kjem spørsmåla, eitt etter eitt. Skjønar de ikkje enno? Har de auge og ser ikkje, øyre og høyrer ikkje? Hugsar de ikkje? Og dei svarar rett. Tolv korger. Sju korger. Dei hugsar tala. Men dei har ikkje sett kven som stod bak.</w:t>
      </w:r>
    </w:p>
    <w:p>
      <w:r>
        <w:t>Det er mogleg å kunna alt om Jesus og likevel ikkje sjå han. Eg har lese desse forteljingane heile livet. Eg kan tala og detaljane. Spørsmålet er om eg ser.</w:t>
      </w:r>
    </w:p>
    <w:p>
      <w:r>
        <w:t>Eg har ofte tenkt på det eine brødet i båten. Kanskje er det berre ein detalj. Men eg kan ikkje la vera å tenkja at dei hadde meir med seg enn dei trudde. Han som bryt brødet, sat hjå dei.</w:t>
      </w:r>
    </w:p>
    <w:p>
      <w:r>
        <w:t>Avsnittet sluttar med eit spørsmål som ikkje får svar: Skjønar de ikkje enno? Eg lèt det stå slik. Det er eit spørsmål eg må svara på sjølv, dag etter dag.</w:t>
      </w:r>
    </w:p>
    <w:p>
      <w:pPr>
        <w:pStyle w:val="Heading2"/>
      </w:pPr>
      <w:r>
        <w:t>Sjå nøye etter</w:t>
      </w:r>
    </w:p>
    <w:p>
      <w:r>
        <w:t>Kva ber Jesus dei hugsa frå dei to brødundera? Kvifor er tala på korgene ikkje heile svaret på det han spør om?</w:t>
      </w:r>
    </w:p>
    <w:p>
      <w:pPr>
        <w:pStyle w:val="Heading2"/>
      </w:pPr>
      <w:r>
        <w:t>Til ettertanke</w:t>
      </w:r>
    </w:p>
    <w:p>
      <w:r>
        <w:t>Kva bekymring tek så stor plass at eg ikkje høyrer det Jesus seier?</w:t>
      </w:r>
    </w:p>
    <w:p>
      <w:pPr>
        <w:pStyle w:val="Heading2"/>
      </w:pPr>
      <w:r>
        <w:t>Saman</w:t>
      </w:r>
    </w:p>
    <w:p>
      <w:r>
        <w:t>Kva har vi sett av Guds omsorg som kan hjelpa oss til å forstå og ha tillit i dag?</w:t>
      </w:r>
    </w:p>
    <w:p>
      <w:pPr>
        <w:pStyle w:val="Heading2"/>
      </w:pPr>
      <w:r>
        <w:t>Lev det ut</w:t>
      </w:r>
    </w:p>
    <w:p>
      <w:r>
        <w:t>Gå tilbake til eit konkret minne om Guds hjelp. Spør kva det lærer deg om han, og bruk det i bøna di i dag.</w:t>
      </w:r>
    </w:p>
    <w:p>
      <w:pPr>
        <w:pStyle w:val="Heading2"/>
      </w:pPr>
      <w:r>
        <w:t>Bøn</w:t>
      </w:r>
    </w:p>
    <w:p>
      <w:r>
        <w:t>Jesus, hjelp oss å hugsa og forstå. Opna augo våre for kven du er, også når vi er opptekne av det vi manglar.</w:t>
      </w:r>
    </w:p>
    <w:p>
      <w:pPr>
        <w:pStyle w:val="Heading1"/>
        <w:pageBreakBefore/>
      </w:pPr>
      <w:r>
        <w:t>Leksjon 11 Menneske som ser ut som tre</w:t>
      </w:r>
    </w:p>
    <w:p>
      <w:r>
        <w:t>Les Mark 8,22–26 i Bibelen din.</w:t>
      </w:r>
    </w:p>
    <w:p>
      <w:pPr>
        <w:pStyle w:val="Heading2"/>
      </w:pPr>
      <w:r>
        <w:t>Gå inn i forteljinga</w:t>
      </w:r>
    </w:p>
    <w:p>
      <w:r>
        <w:t>Jesus tek den blinde mannen i handa og fører han ut av landsbyen. Les dei to stega i lækinga, og legg merke til det ærlege svaret mannen gjev.</w:t>
      </w:r>
    </w:p>
    <w:p>
      <w:pPr>
        <w:pStyle w:val="Heading2"/>
      </w:pPr>
      <w:r>
        <w:t>Kommentar</w:t>
      </w:r>
    </w:p>
    <w:p>
      <w:r>
        <w:t>Igjen er det nokon som fører ein mann til Jesus. Denne gongen er han blind. Og igjen tek Jesus han med seg bort, ut av landsbyen. Det står at han tok den blinde i handa og leidde han. Eg ser det føre meg: to menn som går saman ut på ein veg, den eine stødig, den andre med eit fast grep i handa hans.</w:t>
      </w:r>
    </w:p>
    <w:p>
      <w:r>
        <w:t>Utanfor byen spyttar Jesus på augo hans og legg hendene på han. Så spør han: Ser du noko?</w:t>
      </w:r>
    </w:p>
    <w:p>
      <w:r>
        <w:t>Eg har alltid vore glad for det spørsmålet. Jesus spør. Han går ikkje ut frå at alt er i orden. Og mannen svarar ærleg: Eg ser menneske, men dei ser ut som tre som går.</w:t>
      </w:r>
    </w:p>
    <w:p>
      <w:r>
        <w:t>Det er den einaste gongen i evangelia at eit under skjer i to steg. Det rører meg. For slik har det ofte vore for meg òg. Eg har sett noko, men ikkje klart. Eg har forstått noko om Gud, men uskarpt, med konturar som flyt saman. Det er ikkje blindskap lenger, men det er heller ikkje fullt syn.</w:t>
      </w:r>
    </w:p>
    <w:p>
      <w:r>
        <w:t>Jesus legg hendene på augo hans ein gong til. Og no ser han alt tydeleg, langt og nært.</w:t>
      </w:r>
    </w:p>
    <w:p>
      <w:r>
        <w:t>Eg tenkjer at Jesus ikkje vart utolmodig med det halve synet. Han berre rørte ved han att. Kanskje er det slik han gjer med oss. Ikkje éi berøring som løyser alt, men fleire, gjennom eit langt liv, til vi ein dag ser klart.</w:t>
      </w:r>
    </w:p>
    <w:p>
      <w:r>
        <w:t>Så blir mannen send heim. Ikkje inn i landsbyen. Heim.</w:t>
      </w:r>
    </w:p>
    <w:p>
      <w:pPr>
        <w:pStyle w:val="Heading2"/>
      </w:pPr>
      <w:r>
        <w:t>Sjå nøye etter</w:t>
      </w:r>
    </w:p>
    <w:p>
      <w:r>
        <w:t>Kva spør Jesus om etter den første berøringa? Korleis svarar mannen, og kva gjer Jesus vidare?</w:t>
      </w:r>
    </w:p>
    <w:p>
      <w:pPr>
        <w:pStyle w:val="Heading2"/>
      </w:pPr>
      <w:r>
        <w:t>Til ettertanke</w:t>
      </w:r>
    </w:p>
    <w:p>
      <w:r>
        <w:t>Kva ser eg berre uklart enno? Kan eg vera ærleg om det eg ikkje har forstått?</w:t>
      </w:r>
    </w:p>
    <w:p>
      <w:pPr>
        <w:pStyle w:val="Heading2"/>
      </w:pPr>
      <w:r>
        <w:t>Saman</w:t>
      </w:r>
    </w:p>
    <w:p>
      <w:r>
        <w:t>Korleis kan vi gje kvarandre tid til å veksa i tru og forståing?</w:t>
      </w:r>
    </w:p>
    <w:p>
      <w:pPr>
        <w:pStyle w:val="Heading2"/>
      </w:pPr>
      <w:r>
        <w:t>Lev det ut</w:t>
      </w:r>
    </w:p>
    <w:p>
      <w:r>
        <w:t>Les eit avsnitt du strevar med ein gong til. Del det du ser og det du ikkje ser, med nokon du har tillit til.</w:t>
      </w:r>
    </w:p>
    <w:p>
      <w:pPr>
        <w:pStyle w:val="Heading2"/>
      </w:pPr>
      <w:r>
        <w:t>Bøn</w:t>
      </w:r>
    </w:p>
    <w:p>
      <w:r>
        <w:t>Jesus, takk for tolmodet ditt. Lat meg vera ærleg, og hjelp meg å sjå deg og menneska tydelegare.</w:t>
      </w:r>
    </w:p>
    <w:p>
      <w:pPr>
        <w:pStyle w:val="Heading1"/>
        <w:pageBreakBefore/>
      </w:pPr>
      <w:r>
        <w:t>Leksjon 12 Kven seier de at eg er</w:t>
      </w:r>
    </w:p>
    <w:p>
      <w:r>
        <w:t>Les Mark 8,27–30 i Bibelen din.</w:t>
      </w:r>
    </w:p>
    <w:p>
      <w:pPr>
        <w:pStyle w:val="Heading2"/>
      </w:pPr>
      <w:r>
        <w:t>Gå inn i forteljinga</w:t>
      </w:r>
    </w:p>
    <w:p>
      <w:r>
        <w:t>På vegen spør Jesus først kva folk seier om han, og så kva læresveinane sjølve seier. Stans ved begge spørsmåla.</w:t>
      </w:r>
    </w:p>
    <w:p>
      <w:pPr>
        <w:pStyle w:val="Heading2"/>
      </w:pPr>
      <w:r>
        <w:t>Kommentar</w:t>
      </w:r>
    </w:p>
    <w:p>
      <w:r>
        <w:t>Dei er på vandring nordover, langt frå Galilea, mellom landsbyane rundt Cæsarea Filippi. Og på vegen spør Jesus: Kven seier folk at eg er?</w:t>
      </w:r>
    </w:p>
    <w:p>
      <w:r>
        <w:t>Det er eit lett spørsmål. Læresveinane kan svara med ein gong. Nokre seier Johannes døyparen, andre Elia, andre ein av profetane. Dei har høyrt praten. Dei veit kva folk meiner.</w:t>
      </w:r>
    </w:p>
    <w:p>
      <w:r>
        <w:t>Eg kan svara lett på det spørsmålet òg. Eg har lese kva teologar og forfattarar har sagt om Jesus i to tusen år. Eg kan referera meiningar, samanlikna og vurdera.</w:t>
      </w:r>
    </w:p>
    <w:p>
      <w:r>
        <w:t>Men så kjem det andre spørsmålet. Men dokker, kven seier dokker at eg er?</w:t>
      </w:r>
    </w:p>
    <w:p>
      <w:r>
        <w:t>Her kan ingen svara for ein annan. Det er ikkje lenger eit spørsmål om kunnskap. Det er eit spørsmål om tillit og om å høyra til.</w:t>
      </w:r>
    </w:p>
    <w:p>
      <w:r>
        <w:t>Peter svarar: Du er Messias. Det er rett. Men dei neste versa syner at han ikkje enno veit kva det kostar. Han har sagt det rette ordet, men han har ikkje sett heile vegen det fører. Eg er glad for det. Det tyder at ein kan seia sanninga før ein forstår henne, og så få veksa inn i ho.</w:t>
      </w:r>
    </w:p>
    <w:p>
      <w:r>
        <w:t>Jesus bed dei ikkje fortelja det til nokon. Kanskje fordi ordet Messias var så fullt av falske forventingar. Kanskje fordi det måtte fyllast med noko nytt før det kunne seiast høgt.</w:t>
      </w:r>
    </w:p>
    <w:p>
      <w:r>
        <w:t>Eg har svara på dette spørsmålet mange gonger i livet, og eg trur det må svarast på nytt i kvar tid, frå den staden ein står. Ikkje med nye ord, men med eit liv som ber dei same orda litt djupare.</w:t>
      </w:r>
    </w:p>
    <w:p>
      <w:pPr>
        <w:pStyle w:val="Heading2"/>
      </w:pPr>
      <w:r>
        <w:t>Sjå nøye etter</w:t>
      </w:r>
    </w:p>
    <w:p>
      <w:r>
        <w:t>Kva svarar læresveinane på det første spørsmålet, og kva svarar Peter på det andre? Kva bed Jesus dei om til slutt?</w:t>
      </w:r>
    </w:p>
    <w:p>
      <w:pPr>
        <w:pStyle w:val="Heading2"/>
      </w:pPr>
      <w:r>
        <w:t>Til ettertanke</w:t>
      </w:r>
    </w:p>
    <w:p>
      <w:r>
        <w:t>Kven seier eg at Jesus er? Korleis får svaret mitt uttrykk i livet eg lever?</w:t>
      </w:r>
    </w:p>
    <w:p>
      <w:pPr>
        <w:pStyle w:val="Heading2"/>
      </w:pPr>
      <w:r>
        <w:t>Saman</w:t>
      </w:r>
    </w:p>
    <w:p>
      <w:r>
        <w:t>Del med eigne ord kven Jesus er for dykk, og kva det inneber å følgja han.</w:t>
      </w:r>
    </w:p>
    <w:p>
      <w:pPr>
        <w:pStyle w:val="Heading2"/>
      </w:pPr>
      <w:r>
        <w:t>Lev det ut</w:t>
      </w:r>
    </w:p>
    <w:p>
      <w:r>
        <w:t>Skriv eit kort, personleg svar på Jesu spørsmål. Vel ei handling som kan uttrykkja den tilliten denne veka.</w:t>
      </w:r>
    </w:p>
    <w:p>
      <w:pPr>
        <w:pStyle w:val="Heading2"/>
      </w:pPr>
      <w:r>
        <w:t>Bøn</w:t>
      </w:r>
    </w:p>
    <w:p>
      <w:r>
        <w:t>Jesus, du er Messias. Hjelp meg å veksa inn i det eg vedkjenner, og la livet mitt bera vitnemål om deg.</w:t>
      </w:r>
    </w:p>
    <w:p>
      <w:pPr>
        <w:pStyle w:val="Heading1"/>
        <w:pageBreakBefore/>
      </w:pPr>
      <w:r>
        <w:t>Stans og sjå tilbake på modul 3</w:t>
      </w:r>
    </w:p>
    <w:p>
      <w:r>
        <w:t>Sjå tilbake på utsendinga, dei to brødundera og spørsmåla Jesus stiller i båten. Kva har læresveinane fått vera med på, og kva har dei enno ikkje forstått? Les så Mark 8,22–30 om mannen som får synet att og Peter som vedkjenner Jesus som Messias. Kva hjelper desse avsnitta deg til å sjå?</w:t>
      </w:r>
    </w:p>
    <w:p>
      <w:r>
        <w:t>Del eitt steg de har teke i teneste, og eitt område der de ønskjer å sjå Jesus tydelegare. Be for kvarandre. Modul 4 fører oss vidare til det Jesus lærer om lidinga, krossen og kva det vil seia å følgja han.</w:t>
      </w:r>
    </w:p>
    <w:p>
      <w:pPr>
        <w:pStyle w:val="Heading1"/>
        <w:pageBreakBefore/>
      </w:pPr>
      <w:r>
        <w:t>Modul 4 Følgja Jesus på vegen til krossen</w:t>
      </w:r>
    </w:p>
    <w:p>
      <w:r>
        <w:t>Mark 8,31–10,52</w:t>
      </w:r>
    </w:p>
    <w:p>
      <w:r>
        <w:t>Peter har vedkjent Jesus som Messias. No lærer Jesus læresveinane kva slags Messias han er, og kva det inneber å følgja han. Tre gonger talar han om liding, død og oppstode. På vegen møter vi også striden om å vera størst, spørsmålet om trufastheit, borna som blir tekne imot, og mannen som ikkje klarer å sleppa rikdomen sin. Til slutt får Bartimeus synet att og følgjer Jesus på vegen.</w:t>
      </w:r>
    </w:p>
    <w:p>
      <w:r>
        <w:t>Modulen har fjorten leksjonar. Les sakte og gje spørsmåla tid. Etter seks leksjonar kan du bruka ein dag til å sjå tilbake og dela det du har oppdaga. Legg særleg merke til samanhengen mellom det Jesus seier om seg sjølv, og det han lærer læresveinane om deira eige liv.</w:t>
      </w:r>
    </w:p>
    <w:p>
      <w:pPr>
        <w:pStyle w:val="Heading1"/>
        <w:pageBreakBefore/>
      </w:pPr>
      <w:r>
        <w:t>Leksjon 1 Vik bak meg</w:t>
      </w:r>
    </w:p>
    <w:p>
      <w:r>
        <w:t>Les Mark 8,31–33 i Bibelen din.</w:t>
      </w:r>
    </w:p>
    <w:p>
      <w:pPr>
        <w:pStyle w:val="Heading2"/>
      </w:pPr>
      <w:r>
        <w:t>Gå inn i forteljinga</w:t>
      </w:r>
    </w:p>
    <w:p>
      <w:r>
        <w:t>Les vidare frå Peter si vedkjenning i Mark 8,27–30. No talar Jesus heilt ope om det som ventar han.</w:t>
      </w:r>
    </w:p>
    <w:p>
      <w:pPr>
        <w:pStyle w:val="Heading2"/>
      </w:pPr>
      <w:r>
        <w:t>Kommentar</w:t>
      </w:r>
    </w:p>
    <w:p>
      <w:r>
        <w:t>Rett etter at Peter har sagt at Jesus er Messias, begynner Jesus å tala om liding. Menneskesonen må lida mykje, bli forkasta av dei eldste og øvsteprestane og dei skriftlærde, bli drepen og stå opp etter tre dagar. Og Markus legg til ei lita setning som eg har lese mange gonger: Han sa dette heilt ope.</w:t>
      </w:r>
    </w:p>
    <w:p>
      <w:r>
        <w:t>Det hadde ikkje vore slik før. Jesus hadde tala i likningar, bede folk tia, halde ting skjult. No legg han alt fram. Og nett då blir det umogleg å ta imot.</w:t>
      </w:r>
    </w:p>
    <w:p>
      <w:r>
        <w:t>Peter tek han til sides og tek til å irettesetja han. Eg forstår Peter så godt. Han har nett sagt det største han kan seia om Jesus, og no talar Jesus om å bli drepen. Det heng ikkje saman. Og under protesten ligg det kjærleik. Han vil ikkje at vennen hans skal lida.</w:t>
      </w:r>
    </w:p>
    <w:p>
      <w:r>
        <w:t>Eg har kjent den same trongen. Når nokon eg er glad i går mot noko tungt, vil eg dra dei til sides og seia: Ikkje gjer dette. Det må finnast ein annan veg. Og eg har bede Gud på same måte, om at han skal velja ein lettare veg, for meg og for dei eg har kjær.</w:t>
      </w:r>
    </w:p>
    <w:p>
      <w:r>
        <w:t>Men Jesus snur seg. Det står at han såg på læresveinane. Så seier han det hardaste ordet han seier til nokon av sine: Vik bak meg, Satan.</w:t>
      </w:r>
    </w:p>
    <w:p>
      <w:r>
        <w:t>Eg har lenge høyrt berre det harde i dette. Men så har eg lagt merke til det første: Gå bak meg. Han sender ikkje Peter bort. Han set han tilbake på den plassen ein læresvein skal ha. Bak. Etter. Den som følgjer, ikkje den som leier.</w:t>
      </w:r>
    </w:p>
    <w:p>
      <w:r>
        <w:t>Det er ei nåde i det. For det verste som kunne skje, var at Peter fekk viljen sin.</w:t>
      </w:r>
    </w:p>
    <w:p>
      <w:r>
        <w:t>Jesus seier at han ikkje tenkjer Guds tankar, men menneskelege tankar. Eg veit kor djupt dei sit i meg. Eg vil ha eit liv utan kross, ein Gud som vernar mot all smerte, ein veg som går utanom Jerusalem.</w:t>
      </w:r>
    </w:p>
    <w:p>
      <w:r>
        <w:t>Og så står han der og snur seg mot meg òg. Ikkje for å avvisa, men for å minna meg om kvar eg høyrer til. Bak han. På vegen han går, ikkje den vegen eg ville ha lagt for han.</w:t>
      </w:r>
    </w:p>
    <w:p>
      <w:pPr>
        <w:pStyle w:val="Heading2"/>
      </w:pPr>
      <w:r>
        <w:t>Sjå nøye etter</w:t>
      </w:r>
    </w:p>
    <w:p>
      <w:r>
        <w:t>Kva seier Jesus at Menneskesonen må gå gjennom? Kva er skilnaden mellom Peter sine tankar og det Jesus lærer?</w:t>
      </w:r>
    </w:p>
    <w:p>
      <w:pPr>
        <w:pStyle w:val="Heading2"/>
      </w:pPr>
      <w:r>
        <w:t>Til ettertanke</w:t>
      </w:r>
    </w:p>
    <w:p>
      <w:r>
        <w:t>Kvar freistar eg å få Jesus til å følgja planen min, i staden for å følgja han?</w:t>
      </w:r>
    </w:p>
    <w:p>
      <w:pPr>
        <w:pStyle w:val="Heading2"/>
      </w:pPr>
      <w:r>
        <w:t>Saman</w:t>
      </w:r>
    </w:p>
    <w:p>
      <w:r>
        <w:t>Korleis kan vi hjelpa kvarandre til å lytta til Jesus når orda hans utfordrar forventningane våre?</w:t>
      </w:r>
    </w:p>
    <w:p>
      <w:pPr>
        <w:pStyle w:val="Heading2"/>
      </w:pPr>
      <w:r>
        <w:t>Lev det ut</w:t>
      </w:r>
    </w:p>
    <w:p>
      <w:r>
        <w:t>Legg ei avgjerd du ønskjer å styra sjølv fram for Jesus. Les orda hans og be om hjelp til å følgja.</w:t>
      </w:r>
    </w:p>
    <w:p>
      <w:pPr>
        <w:pStyle w:val="Heading2"/>
      </w:pPr>
      <w:r>
        <w:t>Bøn</w:t>
      </w:r>
    </w:p>
    <w:p>
      <w:r>
        <w:t>Jesus, hjelp meg å gå etter deg. Lær meg å lytta også når vegen din er annleis enn den eg hadde tenkt.</w:t>
      </w:r>
    </w:p>
    <w:p>
      <w:pPr>
        <w:pStyle w:val="Heading1"/>
        <w:pageBreakBefore/>
      </w:pPr>
      <w:r>
        <w:t>Leksjon 2 Om nokon vil</w:t>
      </w:r>
    </w:p>
    <w:p>
      <w:r>
        <w:t>Les Mark 8,34–9,1 i Bibelen din.</w:t>
      </w:r>
    </w:p>
    <w:p>
      <w:pPr>
        <w:pStyle w:val="Heading2"/>
      </w:pPr>
      <w:r>
        <w:t>Gå inn i forteljinga</w:t>
      </w:r>
    </w:p>
    <w:p>
      <w:r>
        <w:t>Jesus kallar både folket og læresveinane til seg. Innbydinga til å følgja gjeld alle som vil.</w:t>
      </w:r>
    </w:p>
    <w:p>
      <w:pPr>
        <w:pStyle w:val="Heading2"/>
      </w:pPr>
      <w:r>
        <w:t>Kommentar</w:t>
      </w:r>
    </w:p>
    <w:p>
      <w:r>
        <w:t>Jesus kallar folket til seg saman med læresveinane. Det han no skal seia, er ikkje berre for dei tolv. Det gjeld alle som står der, og alle som seinare kjem til å lesa det.</w:t>
      </w:r>
    </w:p>
    <w:p>
      <w:r>
        <w:t>Og han begynner med eit vilkår: Om nokon vil følgja etter meg. Det er ikkje eit krav. Det er ei innbyding. Ingen blir pressa inn på denne vegen. Men den som vil, må vita kva vegen er.</w:t>
      </w:r>
    </w:p>
    <w:p>
      <w:r>
        <w:t>Tre ting seier han. Fornekta seg sjølv. Ta krossen sin opp. Følgja han.</w:t>
      </w:r>
    </w:p>
    <w:p>
      <w:r>
        <w:t>Eg har brukt lang tid på å forstå det første. I mange år høyrde eg det som eit kall til å gjera meg sjølv liten, til å mistru alt eg ønskte og kjende. Men eg trur ikkje det er slik. Å fornekta seg sjølv er ikkje å forakta seg sjølv. Det er å sleppa taket i meg sjølv som midtpunkt. Å slutta å vera den som alt skal kretsa kring.</w:t>
      </w:r>
    </w:p>
    <w:p>
      <w:r>
        <w:t>Krossen er vanskelegare. Eg har høyrt folk kalla kvar ein byrde for krossen sin, ein sjukdom, ein vanskeleg nabo, eit tungt arbeid. Men krossen i denne teksten er ikkje det som rammar oss. Det er noko ein tek opp. Ein vel det, fordi ein følgjer han som valde det først.</w:t>
      </w:r>
    </w:p>
    <w:p>
      <w:r>
        <w:t>Så kjem den setninga som har følgt meg gjennom heile livet: Den som vil berga livet sitt, skal missa det. Men den som mister livet for mi skuld og for evangeliet, skal berga det.</w:t>
      </w:r>
    </w:p>
    <w:p>
      <w:r>
        <w:t>Eg kan ikkje forklara dette. Nokre av dei gongene eg heldt hardast fast på det eg ville verna, var det som om det rann ut mellom fingrane. Og nokre av dei gongene eg gav noko bort, tid, tryggleik, stoltheit, fekk eg meir att enn eg kunne ha teke vare på sjølv.</w:t>
      </w:r>
    </w:p>
    <w:p>
      <w:r>
        <w:t>Kva hjelper det eit menneske om det vinn heile verda, men tapar livet sitt? Eg les det ikkje som ein trugsel, men som eit stille spørsmål om kva eg eigentleg byggjer på. Det finst ingenting eg kan gje i byte for mitt eige liv. Det kan berre gjevast, og takast imot.</w:t>
      </w:r>
    </w:p>
    <w:p>
      <w:r>
        <w:t>Til slutt lovar Jesus at nokre av dei som står der, skal få sjå Guds rike koma med kraft. Vegen går gjennom krossen, men han endar ikkje der.</w:t>
      </w:r>
    </w:p>
    <w:p>
      <w:r>
        <w:t>Det er difor eg torer å gå han. Ikkje fordi eg er modig. Men fordi han har gått føre, og fordi det er lys i andre enden.</w:t>
      </w:r>
    </w:p>
    <w:p>
      <w:pPr>
        <w:pStyle w:val="Heading2"/>
      </w:pPr>
      <w:r>
        <w:t>Sjå nøye etter</w:t>
      </w:r>
    </w:p>
    <w:p>
      <w:r>
        <w:t>Kva tre ting nemner Jesus om å følgja han? Kva skil det å missa livet for hans og evangeliet si skuld frå berre å oppleva motgang?</w:t>
      </w:r>
    </w:p>
    <w:p>
      <w:pPr>
        <w:pStyle w:val="Heading2"/>
      </w:pPr>
      <w:r>
        <w:t>Til ettertanke</w:t>
      </w:r>
    </w:p>
    <w:p>
      <w:r>
        <w:t>Kva held eg fast på som mitt eige midtpunkt? Kva ønskjer Jesus at eg skal gje slepp på?</w:t>
      </w:r>
    </w:p>
    <w:p>
      <w:pPr>
        <w:pStyle w:val="Heading2"/>
      </w:pPr>
      <w:r>
        <w:t>Saman</w:t>
      </w:r>
    </w:p>
    <w:p>
      <w:r>
        <w:t>Korleis kan vi støtta kvarandre i dei vala det kostar noko å ta for Jesu skuld?</w:t>
      </w:r>
    </w:p>
    <w:p>
      <w:pPr>
        <w:pStyle w:val="Heading2"/>
      </w:pPr>
      <w:r>
        <w:t>Lev det ut</w:t>
      </w:r>
    </w:p>
    <w:p>
      <w:r>
        <w:t>Vel eitt konkret steg der du set Jesu ord og ein annan sitt beste framfor ditt eige behov for å få viljen din.</w:t>
      </w:r>
    </w:p>
    <w:p>
      <w:pPr>
        <w:pStyle w:val="Heading2"/>
      </w:pPr>
      <w:r>
        <w:t>Bøn</w:t>
      </w:r>
    </w:p>
    <w:p>
      <w:r>
        <w:t>Jesus, eg vil følgja deg. Hjelp meg å gje slepp på det som held meg att, og ta imot livet du gjev.</w:t>
      </w:r>
    </w:p>
    <w:p>
      <w:pPr>
        <w:pStyle w:val="Heading1"/>
        <w:pageBreakBefore/>
      </w:pPr>
      <w:r>
        <w:t>Leksjon 3 Berre Jesus</w:t>
      </w:r>
    </w:p>
    <w:p>
      <w:r>
        <w:t>Les Mark 9,2–13 i Bibelen din.</w:t>
      </w:r>
    </w:p>
    <w:p>
      <w:pPr>
        <w:pStyle w:val="Heading2"/>
      </w:pPr>
      <w:r>
        <w:t>Gå inn i forteljinga</w:t>
      </w:r>
    </w:p>
    <w:p>
      <w:r>
        <w:t>Jesus tek tre læresveinar med seg opp på fjellet. Les det dei ser, det Peter seier og det Far seier.</w:t>
      </w:r>
    </w:p>
    <w:p>
      <w:pPr>
        <w:pStyle w:val="Heading2"/>
      </w:pPr>
      <w:r>
        <w:t>Kommentar</w:t>
      </w:r>
    </w:p>
    <w:p>
      <w:r>
        <w:t>Seks dagar etter at Jesus har tala om krossen, tek han med seg Peter, Jakob og Johannes opp på eit høgt fjell. Dei er åleine. Og der blir han forvandla framfor auga deira.</w:t>
      </w:r>
    </w:p>
    <w:p>
      <w:r>
        <w:t>Markus skildrar det med ein detalj eg alltid har likt: kleda hans vart så kvite at ingen som bleikjer tøy på jorda, kunne gjera dei så kvite. Det er eit kvardagsleg bilete for noko som ikkje høyrer kvardagen til. Som om Peter, når han seinare fortalde det, leitte etter noko å samanlikna med og berre fann vaskebaljen.</w:t>
      </w:r>
    </w:p>
    <w:p>
      <w:r>
        <w:t>Elia og Moses står der og talar med Jesus. Og Peter seier: Rabbi, det er godt at vi er her. Lat oss byggja tre hytter.</w:t>
      </w:r>
    </w:p>
    <w:p>
      <w:r>
        <w:t>Markus legg til at han ikkje visste kva han skulle seia, for dei var så redde. Eg kjenner meg att i det. Når noko er for stort, fyller eg stilla med ord. Eg vil gjera noko, byggja noko, halda fast på det. Eg vil at det heilage skal bli verande der eg kan finna det att.</w:t>
      </w:r>
    </w:p>
    <w:p>
      <w:r>
        <w:t>Men ei sky legg seg over dei, og ei røyst seier: Dette er Son min, han som eg elskar. Høyr han.</w:t>
      </w:r>
    </w:p>
    <w:p>
      <w:r>
        <w:t>Ikkje: Bygg noko. Ikkje: Hald fast. Berre: Høyr han.</w:t>
      </w:r>
    </w:p>
    <w:p>
      <w:r>
        <w:t>Og så, brått, ser dei ingen andre enn Jesus åleine hjå seg. Moses og Elia er borte. Lyset er borte. Det er berre han, slik han var før dei gjekk opp.</w:t>
      </w:r>
    </w:p>
    <w:p>
      <w:r>
        <w:t>Eg har hatt nokre få slike augneblink i livet. Stunder då noko opna seg og eg såg meir enn eg kunne forklara. Dei varte aldri lenge. Og etterpå stod eg att med det same livet og den same Jesus som eg kjende frå før. Men eg trur det er nett det som er gåva. Ikkje at fjellet blir verande, men at han som var i lyset, er den same som går ned att saman med meg.</w:t>
      </w:r>
    </w:p>
    <w:p>
      <w:r>
        <w:t>På veg ned bed han dei ikkje fortelja det til nokon før Menneskesonen har stått opp frå dei døde. Dei skjønar ikkje kva det betyr. Dei spør om Elia i staden. Og Jesus svarar at Elia alt har kome, og at dei gjorde med han som dei ville. Også her, rett etter herlegdomen, talar han om liding.</w:t>
      </w:r>
    </w:p>
    <w:p>
      <w:r>
        <w:t>Fjellet og dalen høyrer saman. Lyset på toppen er ikkje ei flukt frå vegen mot Jerusalem. Det er det som gjer vegen mogleg å gå.</w:t>
      </w:r>
    </w:p>
    <w:p>
      <w:r>
        <w:t>Nede ventar folkemengda, og ein far med ein sjuk gut. Men det er ei anna forteljing.</w:t>
      </w:r>
    </w:p>
    <w:p>
      <w:pPr>
        <w:pStyle w:val="Heading2"/>
      </w:pPr>
      <w:r>
        <w:t>Sjå nøye etter</w:t>
      </w:r>
    </w:p>
    <w:p>
      <w:r>
        <w:t>Kva seier røysta frå skya? Kven står att hos dei til slutt, og kva talar Jesus om på vegen ned?</w:t>
      </w:r>
    </w:p>
    <w:p>
      <w:pPr>
        <w:pStyle w:val="Heading2"/>
      </w:pPr>
      <w:r>
        <w:t>Til ettertanke</w:t>
      </w:r>
    </w:p>
    <w:p>
      <w:r>
        <w:t>Kva betyr det å høyra Jesus når ei sterk oppleving er over og kvardagen ventar?</w:t>
      </w:r>
    </w:p>
    <w:p>
      <w:pPr>
        <w:pStyle w:val="Heading2"/>
      </w:pPr>
      <w:r>
        <w:t>Saman</w:t>
      </w:r>
    </w:p>
    <w:p>
      <w:r>
        <w:t>Korleis kan gode møte med Gud hjelpa oss til å følgja Jesus i kvardagen?</w:t>
      </w:r>
    </w:p>
    <w:p>
      <w:pPr>
        <w:pStyle w:val="Heading2"/>
      </w:pPr>
      <w:r>
        <w:t>Lev det ut</w:t>
      </w:r>
    </w:p>
    <w:p>
      <w:r>
        <w:t>Les eit ord frå Jesus sakte og ver stille ei stund. Ta det med inn i ei konkret oppgåve i dagen din.</w:t>
      </w:r>
    </w:p>
    <w:p>
      <w:pPr>
        <w:pStyle w:val="Heading2"/>
      </w:pPr>
      <w:r>
        <w:t>Bøn</w:t>
      </w:r>
    </w:p>
    <w:p>
      <w:r>
        <w:t>Far, takk for Son din. Hjelp oss å høyra han og følgja han både på fjellet og i kvardagen.</w:t>
      </w:r>
    </w:p>
    <w:p>
      <w:pPr>
        <w:pStyle w:val="Heading1"/>
        <w:pageBreakBefore/>
      </w:pPr>
      <w:r>
        <w:t>Leksjon 4 Hjelp meg i vantrua mi</w:t>
      </w:r>
    </w:p>
    <w:p>
      <w:r>
        <w:t>Les Mark 9,14–29 i Bibelen din.</w:t>
      </w:r>
    </w:p>
    <w:p>
      <w:pPr>
        <w:pStyle w:val="Heading2"/>
      </w:pPr>
      <w:r>
        <w:t>Gå inn i forteljinga</w:t>
      </w:r>
    </w:p>
    <w:p>
      <w:r>
        <w:t>Nede frå fjellet møter Jesus ein far som har venta lenge på hjelp til son sin. Les bøna hans utan å skunda deg forbi.</w:t>
      </w:r>
    </w:p>
    <w:p>
      <w:pPr>
        <w:pStyle w:val="Heading2"/>
      </w:pPr>
      <w:r>
        <w:t>Kommentar</w:t>
      </w:r>
    </w:p>
    <w:p>
      <w:r>
        <w:t>Når Jesus kjem ned frå fjellet, møter han ein krangel. Dei andre læresveinane står midt i ein folkemengd og diskuterer med dei skriftlærde. Lyset på fjellet er bytt ut med stemmer som snakkar i munnen på kvarandre.</w:t>
      </w:r>
    </w:p>
    <w:p>
      <w:r>
        <w:t>Midt i det heile står ein far. Han har kome med son sin, og læresveinane har freista å hjelpa, men dei klarte det ikkje.</w:t>
      </w:r>
    </w:p>
    <w:p>
      <w:r>
        <w:t>Jesus spør korleis det har vore. Og faren fortel. Han har sett guten falla, skumma, gnissa tenner, bli stiv. Han har dratt han opp frå elden og frå vatnet. Når Jesus spør kor lenge det har vore slik, svarar han: Heilt sidan han var liten.</w:t>
      </w:r>
    </w:p>
    <w:p>
      <w:r>
        <w:t>Eg tenkjer på kva som ligg i det svaret. Alle åra. Alle nettene. Alle gongene han har bede og venta og blitt skuffa. Og no, sist, læresveinane som heller ikkje kunne gjera noko.</w:t>
      </w:r>
    </w:p>
    <w:p>
      <w:r>
        <w:t>Så seier han: Om du kan gjera noko, så ha medkjensle med oss og hjelp oss.</w:t>
      </w:r>
    </w:p>
    <w:p>
      <w:r>
        <w:t>Jesus tek opp dei to orda. Om du kan! Alt er mogleg for den som trur.</w:t>
      </w:r>
    </w:p>
    <w:p>
      <w:r>
        <w:t>Og faren ropar ut det eg trur er ei av dei ærlegaste bønene i heile Bibelen: Eg trur. Hjelp meg i vantrua mi.</w:t>
      </w:r>
    </w:p>
    <w:p>
      <w:r>
        <w:t>Eg har bede den bøna mange gonger. Ho seier ikkje at trua er sterk nok. Ho seier ikkje at tvilen er borte. Ho ber begge delar fram på ein gong og legg dei i hendene hans. Eg har kjent det mest når eg har bede for mine eigne. Då finst det ikkje rom for å late som. Ein trur, og ein tvilar, og ein bed likevel.</w:t>
      </w:r>
    </w:p>
    <w:p>
      <w:r>
        <w:t>Jesus talar til ånda, og guten blir liggjande som død. Folk seier at han er død. Men Jesus tek han i handa og reiser han opp, og han står.</w:t>
      </w:r>
    </w:p>
    <w:p>
      <w:r>
        <w:t>Det er det same ordet som ved Jairus si dotter. Han tek i handa. Han reiser opp.</w:t>
      </w:r>
    </w:p>
    <w:p>
      <w:r>
        <w:t>Etterpå, inne i huset, spør læresveinane kvifor dei ikkje kunne driva ånda ut. Og Jesus seier at dette slaget berre kan drivast ut ved bønn og faste.</w:t>
      </w:r>
    </w:p>
    <w:p>
      <w:r>
        <w:t>Eg trur dei hadde gjort det dei hadde gjort før, med dei same orda, den same mynde. Men dei hadde gløymt å be. Eg kjenner att den faren òg. Å rekna med at det som verka i går, skal verka i dag, utan å venda seg til han det kom frå.</w:t>
      </w:r>
    </w:p>
    <w:p>
      <w:r>
        <w:t>Kanskje er det difor faren fekk hjelp, og ikkje læresveinane. Han hadde ingenting anna enn ei bønn. Og det var nok.</w:t>
      </w:r>
    </w:p>
    <w:p>
      <w:pPr>
        <w:pStyle w:val="Heading2"/>
      </w:pPr>
      <w:r>
        <w:t>Sjå nøye etter</w:t>
      </w:r>
    </w:p>
    <w:p>
      <w:r>
        <w:t>Kva ber faren om, og korleis møter Jesus både han og guten? Kva spør læresveinane om etterpå, og kva svarar Jesus?</w:t>
      </w:r>
    </w:p>
    <w:p>
      <w:pPr>
        <w:pStyle w:val="Heading2"/>
      </w:pPr>
      <w:r>
        <w:t>Til ettertanke</w:t>
      </w:r>
    </w:p>
    <w:p>
      <w:r>
        <w:t>Kan eg bera både trua og tvilen min fram for Jesus utan å lata som?</w:t>
      </w:r>
    </w:p>
    <w:p>
      <w:pPr>
        <w:pStyle w:val="Heading2"/>
      </w:pPr>
      <w:r>
        <w:t>Saman</w:t>
      </w:r>
    </w:p>
    <w:p>
      <w:r>
        <w:t>Korleis kan vi vera eit fellesskap der menneske får be ærleg og blir støtta over tid?</w:t>
      </w:r>
    </w:p>
    <w:p>
      <w:pPr>
        <w:pStyle w:val="Heading2"/>
      </w:pPr>
      <w:r>
        <w:t>Lev det ut</w:t>
      </w:r>
    </w:p>
    <w:p>
      <w:r>
        <w:t>Be for eit behov du har bore lenge. Bruk gjerne orda: Eg trur. Hjelp meg i vantrua mi. Del bøna med ein du har tillit til.</w:t>
      </w:r>
    </w:p>
    <w:p>
      <w:pPr>
        <w:pStyle w:val="Heading2"/>
      </w:pPr>
      <w:r>
        <w:t>Bøn</w:t>
      </w:r>
    </w:p>
    <w:p>
      <w:r>
        <w:t>Jesus, eg trur. Hjelp meg i vantrua mi. Vi legg dei vi er glade i, og vår eiga hjelpeløyse, i hendene dine.</w:t>
      </w:r>
    </w:p>
    <w:p>
      <w:pPr>
        <w:pStyle w:val="Heading1"/>
        <w:pageBreakBefore/>
      </w:pPr>
      <w:r>
        <w:t>Leksjon 5 Gjeven over i menneskehender</w:t>
      </w:r>
    </w:p>
    <w:p>
      <w:r>
        <w:t>Les Mark 9,30–32 i Bibelen din.</w:t>
      </w:r>
    </w:p>
    <w:p>
      <w:pPr>
        <w:pStyle w:val="Heading2"/>
      </w:pPr>
      <w:r>
        <w:t>Gå inn i forteljinga</w:t>
      </w:r>
    </w:p>
    <w:p>
      <w:r>
        <w:t>Jesus ønskjer tid med læresveinane for å læra dei. Dei høyrer orda, men forstår ikkje og er redde for å spørja.</w:t>
      </w:r>
    </w:p>
    <w:p>
      <w:pPr>
        <w:pStyle w:val="Heading2"/>
      </w:pPr>
      <w:r>
        <w:t>Kommentar</w:t>
      </w:r>
    </w:p>
    <w:p>
      <w:r>
        <w:t>Dei går gjennom Galilea, og Jesus vil ikkje at nokon skal vita det. Det er ikkje lenger tid for folkemengder og under. No er det tid for å læra dei som skal gå vidare. Så medan dei går, talar han til dei.</w:t>
      </w:r>
    </w:p>
    <w:p>
      <w:r>
        <w:t>Menneskesonen skal bli gjeven over i menneskehender. Dei skal drepa han, og tre dagar etter skal han stå opp.</w:t>
      </w:r>
    </w:p>
    <w:p>
      <w:r>
        <w:t>Eg har stansa ved orda om menneskehender. Gjennom heile evangeliet har vi sett kva hendene hans gjorde. Han tok den døde jenta i handa. Han rørte ved den spedalske. Han la fingrane i øyra på den døve. Han tok den krampesjuke guten i handa og reiste han opp. No seier han at han sjølv skal bli lagd i hendene til andre. Han som har halde, skal bli halden. Ikkje med omsut, men med vald.</w:t>
      </w:r>
    </w:p>
    <w:p>
      <w:r>
        <w:t>Og det står at dei ikkje skjøna det han sa, og at dei var redde for å spørja han.</w:t>
      </w:r>
    </w:p>
    <w:p>
      <w:r>
        <w:t>Det er ei av dei stillaste setningane i Markus, og ei av dei mest menneskelege. Dei går ved sida av han, dei høyrer orda, og dei vågar ikkje å spørja. Kanskje fordi dei ikkje vil høyra svaret. Kanskje fordi dei er redde for å syna kor lite dei forstår.</w:t>
      </w:r>
    </w:p>
    <w:p>
      <w:r>
        <w:t>Eg veit korleis slik stille kjennest. Eg har sete ved sjukesenger og ikkje spurt det eg burde ha spurt. Eg har gått ved sida av menneske eg er glad i, og late orda liggja, fordi det var tryggare å ikkje vita. Det er ein frykt som ikkje ropar. Han berre tek bort spørsmåla.</w:t>
      </w:r>
    </w:p>
    <w:p>
      <w:r>
        <w:t>Men eg trur Jesus hadde halde ut med spørsmåla deira. Han hadde svara på dei før, gong på gong. Det var ikkje han som stengde. Det var frykta.</w:t>
      </w:r>
    </w:p>
    <w:p>
      <w:r>
        <w:t>Eg vil gjerne læra å spørja likevel. Å seia: Eg forstår ikkje. Forklar meg det ein gong til. For den som vågar å spørja, får kanskje ikkje alt klart med ein gong. Men han går ikkje åleine med det han ikkje forstår.</w:t>
      </w:r>
    </w:p>
    <w:p>
      <w:r>
        <w:t>Og i det han sa, låg det eit ord dei ikkje fekk med seg: tre dagar etter skal han stå opp. Frykta høyrde berre døden. Men han hadde sagt meir.</w:t>
      </w:r>
    </w:p>
    <w:p>
      <w:pPr>
        <w:pStyle w:val="Heading2"/>
      </w:pPr>
      <w:r>
        <w:t>Sjå nøye etter</w:t>
      </w:r>
    </w:p>
    <w:p>
      <w:r>
        <w:t>Kva seier Jesus om døden og om det som skal skje etterpå? Kva hindrar læresveinane i å spørja?</w:t>
      </w:r>
    </w:p>
    <w:p>
      <w:pPr>
        <w:pStyle w:val="Heading2"/>
      </w:pPr>
      <w:r>
        <w:t>Til ettertanke</w:t>
      </w:r>
    </w:p>
    <w:p>
      <w:r>
        <w:t>Kva spørsmål held eg tilbake av frykt for svaret eller for å visa kor lite eg forstår?</w:t>
      </w:r>
    </w:p>
    <w:p>
      <w:pPr>
        <w:pStyle w:val="Heading2"/>
      </w:pPr>
      <w:r>
        <w:t>Saman</w:t>
      </w:r>
    </w:p>
    <w:p>
      <w:r>
        <w:t>Korleis kan vi gje kvarandre tryggleik til å stilla vanskelege spørsmål?</w:t>
      </w:r>
    </w:p>
    <w:p>
      <w:pPr>
        <w:pStyle w:val="Heading2"/>
      </w:pPr>
      <w:r>
        <w:t>Lev det ut</w:t>
      </w:r>
    </w:p>
    <w:p>
      <w:r>
        <w:t>Set ord på eitt spørsmål du har halde inne. Ta det med til nokon du kan lesa og be saman med.</w:t>
      </w:r>
    </w:p>
    <w:p>
      <w:pPr>
        <w:pStyle w:val="Heading2"/>
      </w:pPr>
      <w:r>
        <w:t>Bøn</w:t>
      </w:r>
    </w:p>
    <w:p>
      <w:r>
        <w:t>Jesus, hjelp meg å spørja når eg ikkje forstår. Lat frykta ikkje stengja øyra mine for håpet du gjev.</w:t>
      </w:r>
    </w:p>
    <w:p>
      <w:pPr>
        <w:pStyle w:val="Heading1"/>
        <w:pageBreakBefore/>
      </w:pPr>
      <w:r>
        <w:t>Leksjon 6 Kva snakka de om på vegen</w:t>
      </w:r>
    </w:p>
    <w:p>
      <w:r>
        <w:t>Les Mark 9,33–37 i Bibelen din.</w:t>
      </w:r>
    </w:p>
    <w:p>
      <w:pPr>
        <w:pStyle w:val="Heading2"/>
      </w:pPr>
      <w:r>
        <w:t>Gå inn i forteljinga</w:t>
      </w:r>
    </w:p>
    <w:p>
      <w:r>
        <w:t>Etter at Jesus har tala om lidinga si, har læresveinane diskutert kven som er størst. Sjå korleis han lærer dei.</w:t>
      </w:r>
    </w:p>
    <w:p>
      <w:pPr>
        <w:pStyle w:val="Heading2"/>
      </w:pPr>
      <w:r>
        <w:t>Kommentar</w:t>
      </w:r>
    </w:p>
    <w:p>
      <w:r>
        <w:t>Når dei kjem heim til Kapernaum, spør Jesus kva dei snakka om på vegen. Ingen svarar. Dei hadde diskutert kven av dei som var den største.</w:t>
      </w:r>
    </w:p>
    <w:p>
      <w:r>
        <w:t>Eg les stilla deira som skam. Dei visste at samtalen ikkje tolte å bli sagd høgt framfor han. Og det rører meg at Jesus ikkje skjeller dei ut. Han set seg ned, kallar dei tolv til seg og seier: Den som vil vera den første, må vera den siste av alle og tenar for alle.</w:t>
      </w:r>
    </w:p>
    <w:p>
      <w:r>
        <w:t>Eg har aldri krangla høgt om slikt. Men eg har rangert i det stille. Samanlikna meg med andre forfattarar, andre forkynnarar, andre menneske. Kven blir lesen, kven blir lytta til, kven blir hugsa. Det er den same samtalen på vegen, berre utan ord.</w:t>
      </w:r>
    </w:p>
    <w:p>
      <w:r>
        <w:t>Så tek Jesus eit lite barn, set det midt blant dei og tek det i armane sine. Den som tek imot eit slikt barn i mitt namn, tek imot meg.</w:t>
      </w:r>
    </w:p>
    <w:p>
      <w:r>
        <w:t>Barnet har ingen rang. Det kan ikkje gje noko att. Og nett der, seier han, er han sjølv å finna.</w:t>
      </w:r>
    </w:p>
    <w:p>
      <w:r>
        <w:t>Eg tenkjer at han ikkje berre peika på barnet. Han heldt det. Svaret på spørsmålet om kven som er størst, var ikkje ein tale, men eit barn i armane hans.</w:t>
      </w:r>
    </w:p>
    <w:p>
      <w:pPr>
        <w:pStyle w:val="Heading2"/>
      </w:pPr>
      <w:r>
        <w:t>Sjå nøye etter</w:t>
      </w:r>
    </w:p>
    <w:p>
      <w:r>
        <w:t>Kva seier Jesus om den som vil vera først? Kva gjer han med barnet, og kven tek dei imot når dei tek imot eit slikt barn?</w:t>
      </w:r>
    </w:p>
    <w:p>
      <w:pPr>
        <w:pStyle w:val="Heading2"/>
      </w:pPr>
      <w:r>
        <w:t>Til ettertanke</w:t>
      </w:r>
    </w:p>
    <w:p>
      <w:r>
        <w:t>Kven samanliknar eg meg med? Korleis verkar det inn på måten eg møter andre på?</w:t>
      </w:r>
    </w:p>
    <w:p>
      <w:pPr>
        <w:pStyle w:val="Heading2"/>
      </w:pPr>
      <w:r>
        <w:t>Saman</w:t>
      </w:r>
    </w:p>
    <w:p>
      <w:r>
        <w:t>Kva plass får dei som ikkje har innverknad, status eller noko å gje att i fellesskapet vårt?</w:t>
      </w:r>
    </w:p>
    <w:p>
      <w:pPr>
        <w:pStyle w:val="Heading2"/>
      </w:pPr>
      <w:r>
        <w:t>Lev det ut</w:t>
      </w:r>
    </w:p>
    <w:p>
      <w:r>
        <w:t>Gje tid og merksemd til eit menneske som lett blir oversett. Lat omsorga vera viktigare enn å bli lagd merke til sjølv.</w:t>
      </w:r>
    </w:p>
    <w:p>
      <w:pPr>
        <w:pStyle w:val="Heading2"/>
      </w:pPr>
      <w:r>
        <w:t>Bøn</w:t>
      </w:r>
    </w:p>
    <w:p>
      <w:r>
        <w:t>Jesus, lær meg å tena. Hjelp meg å sjå deg i dei små og ta imot dei med omsorg.</w:t>
      </w:r>
    </w:p>
    <w:p>
      <w:pPr>
        <w:pStyle w:val="Heading1"/>
        <w:pageBreakBefore/>
      </w:pPr>
      <w:r>
        <w:t>Leksjon 7 Hindra han ikkje</w:t>
      </w:r>
    </w:p>
    <w:p>
      <w:r>
        <w:t>Les Mark 9,38–42 i Bibelen din.</w:t>
      </w:r>
    </w:p>
    <w:p>
      <w:pPr>
        <w:pStyle w:val="Heading2"/>
      </w:pPr>
      <w:r>
        <w:t>Gå inn i forteljinga</w:t>
      </w:r>
    </w:p>
    <w:p>
      <w:r>
        <w:t>Johannes fortel om ein mann som bruker Jesu namn, men ikkje følgjer deira gruppe. Jesus lærer dei også om ein kopp vatn og ansvaret for dei små.</w:t>
      </w:r>
    </w:p>
    <w:p>
      <w:pPr>
        <w:pStyle w:val="Heading2"/>
      </w:pPr>
      <w:r>
        <w:t>Kommentar</w:t>
      </w:r>
    </w:p>
    <w:p>
      <w:r>
        <w:t>Johannes fortel at dei såg ein mann som dreiv ut vonde ånder i Jesu namn. Dei prøvde å stoppa han, fordi han ikkje følgde dei.</w:t>
      </w:r>
    </w:p>
    <w:p>
      <w:r>
        <w:t>Eg merkar meg at han seier oss, ikkje deg. Mannen følgde ikkje oss. Det er den gamle freistinga i all kristenliv: å gjera fellesskapet vårt til målestokken for kven som høyrer Jesus til.</w:t>
      </w:r>
    </w:p>
    <w:p>
      <w:r>
        <w:t>Jesus seier: Hindra han ikkje. Den som ikkje er imot oss, er for oss.</w:t>
      </w:r>
    </w:p>
    <w:p>
      <w:r>
        <w:t>Eg har levd lenge nok til å ha sett mange grenser bli trekte mellom kristne. Rett lære, rett rørsle, rett måte å be på. Eg har trekt nokre av dei sjølv. Og eg har fleire gonger opplevd at Gud var i verksemd på den andre sida av ei grense eg hadde vore sikker på.</w:t>
      </w:r>
    </w:p>
    <w:p>
      <w:r>
        <w:t>Så seier Jesus noko om det minste av alt: Den som gjev dykk ein kopp vatn fordi de høyrer Kristus til, skal ikkje missa løna si. Ein kopp vatn. Det er nesten ingenting. Men det blir sett.</w:t>
      </w:r>
    </w:p>
    <w:p>
      <w:r>
        <w:t>Og straks etterpå kjem det harde ordet om kvernsteinen, for den som får ein av desse små som trur, til å falla. Eg les det som motsett side av same sak. Det minste gode blir hugsa. Og det å stengja nokon ute frå trua er ikkje ein liten ting.</w:t>
      </w:r>
    </w:p>
    <w:p>
      <w:pPr>
        <w:pStyle w:val="Heading2"/>
      </w:pPr>
      <w:r>
        <w:t>Sjå nøye etter</w:t>
      </w:r>
    </w:p>
    <w:p>
      <w:r>
        <w:t>Kvifor prøvde læresveinane å stansa mannen? Kva seier Jesus om det minste gode og om å få ein av dei små til å falla?</w:t>
      </w:r>
    </w:p>
    <w:p>
      <w:pPr>
        <w:pStyle w:val="Heading2"/>
      </w:pPr>
      <w:r>
        <w:t>Til ettertanke</w:t>
      </w:r>
    </w:p>
    <w:p>
      <w:r>
        <w:t>Kvar har eg gjort mi eiga gruppe til målestokken for kven Gud kan bruka?</w:t>
      </w:r>
    </w:p>
    <w:p>
      <w:pPr>
        <w:pStyle w:val="Heading2"/>
      </w:pPr>
      <w:r>
        <w:t>Saman</w:t>
      </w:r>
    </w:p>
    <w:p>
      <w:r>
        <w:t>Korleis kan vi ta imot det Gud gjer gjennom andre, og verna dei som er sårbare i trua?</w:t>
      </w:r>
    </w:p>
    <w:p>
      <w:pPr>
        <w:pStyle w:val="Heading2"/>
      </w:pPr>
      <w:r>
        <w:t>Lev det ut</w:t>
      </w:r>
    </w:p>
    <w:p>
      <w:r>
        <w:t>Oppmuntra nokon som tener Jesus i eit anna fellesskap. Gje også ei enkel, konkret hjelp til ein som treng det.</w:t>
      </w:r>
    </w:p>
    <w:p>
      <w:pPr>
        <w:pStyle w:val="Heading2"/>
      </w:pPr>
      <w:r>
        <w:t>Bøn</w:t>
      </w:r>
    </w:p>
    <w:p>
      <w:r>
        <w:t>Jesus, gje oss opne auge for det du gjer. Hjelp oss å oppmuntra andre og ta vare på dei små som trur på deg.</w:t>
      </w:r>
    </w:p>
    <w:p>
      <w:pPr>
        <w:pStyle w:val="Heading1"/>
        <w:pageBreakBefore/>
      </w:pPr>
      <w:r>
        <w:t>Leksjon 8 Salt og fred</w:t>
      </w:r>
    </w:p>
    <w:p>
      <w:r>
        <w:t>Les Mark 9,43–50 i Bibelen din.</w:t>
      </w:r>
    </w:p>
    <w:p>
      <w:pPr>
        <w:pStyle w:val="Heading2"/>
      </w:pPr>
      <w:r>
        <w:t>Gå inn i forteljinga</w:t>
      </w:r>
    </w:p>
    <w:p>
      <w:r>
        <w:t>Les desse alvorlege orda i samanheng med krangelen om å vera størst og Jesu omsorg for dei små. Stans ved avslutninga om salt og fred.</w:t>
      </w:r>
    </w:p>
    <w:p>
      <w:pPr>
        <w:pStyle w:val="Heading2"/>
      </w:pPr>
      <w:r>
        <w:t>Kommentar</w:t>
      </w:r>
    </w:p>
    <w:p>
      <w:r>
        <w:t>Om handa di får deg til å falla, så hogg ho av. Om foten, om auget. Det er nokre av dei hardaste orda Jesus seier.</w:t>
      </w:r>
    </w:p>
    <w:p>
      <w:r>
        <w:t>Eg har aldri lese dei bokstavleg, og eg trur ikkje han meinte det slik. Men eg har heller aldri kunna lesa dei som mjuke. Dei seier at nokre ting må takast bort heilt, ikkje berre reduserast eller forhandlast om. Det er ting eg har halde på i årevis, vanar, tankemønster, måtar å tala om andre på, der den einaste ærlege vegen var å sleppa dei heilt.</w:t>
      </w:r>
    </w:p>
    <w:p>
      <w:r>
        <w:t>Så skiftar biletet. Alle skal saltast med eld. Salt er godt. Men om saltet mister smaken, kva skal ein då salta det med?</w:t>
      </w:r>
    </w:p>
    <w:p>
      <w:r>
        <w:t>Og så den siste setninga, som eg trur ber heile avsnittet: Ha salt i dykk sjølve, og hald fred med kvarandre.</w:t>
      </w:r>
    </w:p>
    <w:p>
      <w:r>
        <w:t>Det heile byrja med ein krangel om kven som var størst. Det sluttar med fred. Mellom desse to ligg orda om barnet, om den framande som dreiv ut ånder, om koppen med vatn, om det som må skjerast bort. Kanskje er det det saltet er: det som gjer at vi ikkje blir flate og likegyldige, og samstundes ikkje skarpe mot kvarandre.</w:t>
      </w:r>
    </w:p>
    <w:p>
      <w:pPr>
        <w:pStyle w:val="Heading2"/>
      </w:pPr>
      <w:r>
        <w:t>Sjå nøye etter</w:t>
      </w:r>
    </w:p>
    <w:p>
      <w:r>
        <w:t>Kva seier Jesus at vi skal ta eit oppgjer med? Korleis sluttar avsnittet?</w:t>
      </w:r>
    </w:p>
    <w:p>
      <w:pPr>
        <w:pStyle w:val="Heading2"/>
      </w:pPr>
      <w:r>
        <w:t>Til ettertanke</w:t>
      </w:r>
    </w:p>
    <w:p>
      <w:r>
        <w:t>Kva vane eller måte å tala på treng eg å sleppa heilt, framfor å finna ei unnskyldning for henne?</w:t>
      </w:r>
    </w:p>
    <w:p>
      <w:pPr>
        <w:pStyle w:val="Heading2"/>
      </w:pPr>
      <w:r>
        <w:t>Saman</w:t>
      </w:r>
    </w:p>
    <w:p>
      <w:r>
        <w:t>Kva kan vi gjera for å ta synd alvorleg og halda fred med kvarandre?</w:t>
      </w:r>
    </w:p>
    <w:p>
      <w:pPr>
        <w:pStyle w:val="Heading2"/>
      </w:pPr>
      <w:r>
        <w:t>Lev det ut</w:t>
      </w:r>
    </w:p>
    <w:p>
      <w:r>
        <w:t>Bryt med ein konkret vane som skader deg eller andre. Søk hjelp og støtte dersom du treng det.</w:t>
      </w:r>
    </w:p>
    <w:p>
      <w:pPr>
        <w:pStyle w:val="Heading2"/>
      </w:pPr>
      <w:r>
        <w:t>Bøn</w:t>
      </w:r>
    </w:p>
    <w:p>
      <w:r>
        <w:t>Jesus, hjelp meg å venda meg frå det som øydelegg. Gje oss sanning, kjærleik og fred i fellesskapet.</w:t>
      </w:r>
    </w:p>
    <w:p>
      <w:pPr>
        <w:pStyle w:val="Heading1"/>
        <w:pageBreakBefore/>
      </w:pPr>
      <w:r>
        <w:t>Leksjon 9 Frå byrjinga</w:t>
      </w:r>
    </w:p>
    <w:p>
      <w:r>
        <w:t>Les Mark 10,1–12 i Bibelen din.</w:t>
      </w:r>
    </w:p>
    <w:p>
      <w:pPr>
        <w:pStyle w:val="Heading2"/>
      </w:pPr>
      <w:r>
        <w:t>Gå inn i forteljinga</w:t>
      </w:r>
    </w:p>
    <w:p>
      <w:r>
        <w:t>Farisearane kjem med eit spørsmål for å prøva Jesus. Han vender merksemda mot skapinga og det Gud har meint med ekteskapet.</w:t>
      </w:r>
    </w:p>
    <w:p>
      <w:pPr>
        <w:pStyle w:val="Heading2"/>
      </w:pPr>
      <w:r>
        <w:t>Kommentar</w:t>
      </w:r>
    </w:p>
    <w:p>
      <w:r>
        <w:t>Farisearane spør om ein mann har lov til å skilja seg frå kona si. Dei spør for å prøva han.</w:t>
      </w:r>
    </w:p>
    <w:p>
      <w:r>
        <w:t>Jesus spør kva Moses sa. Dei svarar at Moses gav lov til å skriva skilsmålsbrev. Og han svarar at det var på grunn av hardhjarta deira.</w:t>
      </w:r>
    </w:p>
    <w:p>
      <w:r>
        <w:t>Så går han bak Moses, heilt tilbake til skapinga. Frå byrjinga skapte Gud dei til mann og kvinne. Dei to skal vera eitt. Det Gud har bunde saman, skal mennesket ikkje skilja.</w:t>
      </w:r>
    </w:p>
    <w:p>
      <w:r>
        <w:t>Dette er ein tekst eg les med varsemd. Eg kjenner menneske som har gått gjennom skilsmål, og eg veit at det sjeldan er lettvint eller hjartelaust. Ofte er det eit nederlag som har vakse over lang tid, med smerte på begge sider.</w:t>
      </w:r>
    </w:p>
    <w:p>
      <w:r>
        <w:t>Men eg merkar meg noko i det Jesus seier. Spørsmålet var om kva mannen hadde lov til. På den tida kunne ein mann senda kona si bort og la henne stå utan vern. Jesus flyttar spørsmålet frå rettar til trufastheit. Og når han seinare talar med læresveinane, seier han at mannen kan bryta ekteskapet mot kona si. Det var ikkje sjølvsagt å seia den gongen.</w:t>
      </w:r>
    </w:p>
    <w:p>
      <w:r>
        <w:t>Eg trur ordet om skapinga står der som eit ideal ingen av oss lever fullt ut, i ekteskap eller utanfor. Det er hardt, fordi det syner kva kjærleiken var meint å vera. Men det står ikkje åleine. Heile evangeliet står rundt det, og i det evangeliet er det ingen som blir sende bort som ikkje kan koma att.</w:t>
      </w:r>
    </w:p>
    <w:p>
      <w:pPr>
        <w:pStyle w:val="Heading2"/>
      </w:pPr>
      <w:r>
        <w:t>Sjå nøye etter</w:t>
      </w:r>
    </w:p>
    <w:p>
      <w:r>
        <w:t>Kva spør farisearane om, og kva seier Jesus om hardhjarta og om Guds vilje frå byrjinga?</w:t>
      </w:r>
    </w:p>
    <w:p>
      <w:pPr>
        <w:pStyle w:val="Heading2"/>
      </w:pPr>
      <w:r>
        <w:t>Til ettertanke</w:t>
      </w:r>
    </w:p>
    <w:p>
      <w:r>
        <w:t>Korleis kan trufastheit og omsorg få større rom i relasjonane mine?</w:t>
      </w:r>
    </w:p>
    <w:p>
      <w:pPr>
        <w:pStyle w:val="Heading2"/>
      </w:pPr>
      <w:r>
        <w:t>Saman</w:t>
      </w:r>
    </w:p>
    <w:p>
      <w:r>
        <w:t>Korleis kan vi halda fram Guds gode vilje for ekteskapet og samstundes møta menneske som ber på brot og smerte med omsorg?</w:t>
      </w:r>
    </w:p>
    <w:p>
      <w:pPr>
        <w:pStyle w:val="Heading2"/>
      </w:pPr>
      <w:r>
        <w:t>Lev det ut</w:t>
      </w:r>
    </w:p>
    <w:p>
      <w:r>
        <w:t>Gjer ei konkret handling som byggjer tillit i ein nær relasjon. Lytta, halda ein lovnad eller be om tilgjeving kan vera eit første steg.</w:t>
      </w:r>
    </w:p>
    <w:p>
      <w:pPr>
        <w:pStyle w:val="Heading2"/>
      </w:pPr>
      <w:r>
        <w:t>Bøn</w:t>
      </w:r>
    </w:p>
    <w:p>
      <w:r>
        <w:t>Far, hjelp oss å vera trufaste og møta kvarandre med omsorg. Læk det som er brote, og lær oss å elska slik du har meint.</w:t>
      </w:r>
    </w:p>
    <w:p>
      <w:pPr>
        <w:pStyle w:val="Heading1"/>
        <w:pageBreakBefore/>
      </w:pPr>
      <w:r>
        <w:t>Leksjon 10 La borna koma til meg</w:t>
      </w:r>
    </w:p>
    <w:p>
      <w:r>
        <w:t>Les Mark 10,13–16 i Bibelen din.</w:t>
      </w:r>
    </w:p>
    <w:p>
      <w:pPr>
        <w:pStyle w:val="Heading2"/>
      </w:pPr>
      <w:r>
        <w:t>Gå inn i forteljinga</w:t>
      </w:r>
    </w:p>
    <w:p>
      <w:r>
        <w:t>Folk fører borna til Jesus, men læresveinane stengjer vegen. Sjå både reaksjonen og hendene til Jesus.</w:t>
      </w:r>
    </w:p>
    <w:p>
      <w:pPr>
        <w:pStyle w:val="Heading2"/>
      </w:pPr>
      <w:r>
        <w:t>Kommentar</w:t>
      </w:r>
    </w:p>
    <w:p>
      <w:r>
        <w:t>Folk kjem med små born for at Jesus skal røra ved dei. Og læresveinane jagar dei bort.</w:t>
      </w:r>
    </w:p>
    <w:p>
      <w:r>
        <w:t>Det står at Jesus vart harm. Det er eit sterkt ord, og det er berre her i evangelia det blir brukt om han. Ikkje mot farisearane, ikkje mot pengevekslarane, men mot sine eigne som stengde vegen for borna.</w:t>
      </w:r>
    </w:p>
    <w:p>
      <w:r>
        <w:t>La dei små borna koma til meg, og hindra dei ikkje. Guds rike høyrer slike til.</w:t>
      </w:r>
    </w:p>
    <w:p>
      <w:r>
        <w:t>Eg har tenkt mykje på kva det tyder å ta imot riket som eit barn. Eg trur ikkje det handlar om at born er reinare eller betre. Det handlar om at dei tek imot. Dei spør ikkje om dei har fortent det. Dei rekk ut hendene.</w:t>
      </w:r>
    </w:p>
    <w:p>
      <w:r>
        <w:t>Når eg held eit barnebarn, kjenner eg kor lite det krev å bli elska av eit barn. Det held seg fast. Det lener seg inntil. Det har ingen plan.</w:t>
      </w:r>
    </w:p>
    <w:p>
      <w:r>
        <w:t>Og så står det at Jesus tok borna i armane sine, la hendene på dei og velsigna dei. Det er ei av dei mjukaste setningane i heile Markus. Etter så mykje strid og så mange harde ord, står han der og held eit barn.</w:t>
      </w:r>
    </w:p>
    <w:p>
      <w:pPr>
        <w:pStyle w:val="Heading2"/>
      </w:pPr>
      <w:r>
        <w:t>Sjå nøye etter</w:t>
      </w:r>
    </w:p>
    <w:p>
      <w:r>
        <w:t>Kva gjer Jesus når læresveinane hindrar borna? Kva seier han om å ta imot Guds rike?</w:t>
      </w:r>
    </w:p>
    <w:p>
      <w:pPr>
        <w:pStyle w:val="Heading2"/>
      </w:pPr>
      <w:r>
        <w:t>Til ettertanke</w:t>
      </w:r>
    </w:p>
    <w:p>
      <w:r>
        <w:t>Kva betyr det for meg å ta imot, framfor å prøva å fortena Guds gåve?</w:t>
      </w:r>
    </w:p>
    <w:p>
      <w:pPr>
        <w:pStyle w:val="Heading2"/>
      </w:pPr>
      <w:r>
        <w:t>Saman</w:t>
      </w:r>
    </w:p>
    <w:p>
      <w:r>
        <w:t>Kva kan vi gjera for at borna får plass og blir tekne på alvor i fellesskapet?</w:t>
      </w:r>
    </w:p>
    <w:p>
      <w:pPr>
        <w:pStyle w:val="Heading2"/>
      </w:pPr>
      <w:r>
        <w:t>Lev det ut</w:t>
      </w:r>
    </w:p>
    <w:p>
      <w:r>
        <w:t>Gje eit barn tid og merksemd. Lytt, be om Guds velsigning og la barnet kjenna at det høyrer til.</w:t>
      </w:r>
    </w:p>
    <w:p>
      <w:pPr>
        <w:pStyle w:val="Heading2"/>
      </w:pPr>
      <w:r>
        <w:t>Bøn</w:t>
      </w:r>
    </w:p>
    <w:p>
      <w:r>
        <w:t>Jesus, takk for at du tek imot borna. Hjelp oss å rydda veg for dei og sjølve ta imot riket ditt med opne hender.</w:t>
      </w:r>
    </w:p>
    <w:p>
      <w:pPr>
        <w:pStyle w:val="Heading1"/>
        <w:pageBreakBefore/>
      </w:pPr>
      <w:r>
        <w:t>Leksjon 11 Jesus såg på han og fekk han kjær</w:t>
      </w:r>
    </w:p>
    <w:p>
      <w:r>
        <w:t>Les Mark 10,17–31 i Bibelen din.</w:t>
      </w:r>
    </w:p>
    <w:p>
      <w:pPr>
        <w:pStyle w:val="Heading2"/>
      </w:pPr>
      <w:r>
        <w:t>Gå inn i forteljinga</w:t>
      </w:r>
    </w:p>
    <w:p>
      <w:r>
        <w:t>Ein mann kjem med spørsmålet om evig liv. Les rekkjefølgja: Jesus ser han, får han kjær og kallar han til å følgja.</w:t>
      </w:r>
    </w:p>
    <w:p>
      <w:pPr>
        <w:pStyle w:val="Heading2"/>
      </w:pPr>
      <w:r>
        <w:t>Kommentar</w:t>
      </w:r>
    </w:p>
    <w:p>
      <w:r>
        <w:t>Ein mann kjem springande og kastar seg på kne. Gode lærar, kva skal eg gjera for å arva evig liv?</w:t>
      </w:r>
    </w:p>
    <w:p>
      <w:r>
        <w:t>Jesus nemner boda. Mannen svarar at han har halde alle sidan han var ung. Eg trur han meiner det. Han er ikkje ein hyklar. Han er ein som har freista å leva rett, og som likevel kjenner at noko manglar.</w:t>
      </w:r>
    </w:p>
    <w:p>
      <w:r>
        <w:t>Så kjem den setninga eg aldri blir ferdig med: Jesus såg på han og fekk han kjær.</w:t>
      </w:r>
    </w:p>
    <w:p>
      <w:r>
        <w:t>Kjærleiken kjem før kravet. Han ser mannen, og han elskar han. Først så seier han: Éin ting manglar du. Sel det du eig, gje til dei fattige, og kom og følg meg.</w:t>
      </w:r>
    </w:p>
    <w:p>
      <w:r>
        <w:t>Mannen blir mørk i andletet og går bedrøvd bort, for han åtte mykje.</w:t>
      </w:r>
    </w:p>
    <w:p>
      <w:r>
        <w:t>Eg har ikkje mykje rikdom å halda fast på. Men eg veit at eg har andre ting. Namnet mitt, arbeidet mitt, tryggleiken i det kjende. Eg kan kjenna meg att i han som ville følgja, men ikkje klarte å sleppa.</w:t>
      </w:r>
    </w:p>
    <w:p>
      <w:r>
        <w:t>Jesus seier at det er lettare for ein kamel å gå gjennom eit nålauge enn for ein rik å koma inn i Guds rike. Læresveinane blir forskrekka. Kven kan då bli frelst? Og han ser på dei og seier: For menneske er det umogleg, men ikkje for Gud.</w:t>
      </w:r>
    </w:p>
    <w:p>
      <w:r>
        <w:t>Det er der eg kviler. Ikkje i at eg har selt nok eller gjeve nok. Men i at det umoglege er Guds sak.</w:t>
      </w:r>
    </w:p>
    <w:p>
      <w:r>
        <w:t>Peter minner han om at dei har forlate alt. Og Jesus lovar at ingen som har forlate noko for hans skuld, skal gå tomhendt. Dei skal få hundre gonger att, hus og sysken og mødrer og born, men med forfølgingar. Mange som er fyrst, skal bli sist.</w:t>
      </w:r>
    </w:p>
    <w:p>
      <w:pPr>
        <w:pStyle w:val="Heading2"/>
      </w:pPr>
      <w:r>
        <w:t>Sjå nøye etter</w:t>
      </w:r>
    </w:p>
    <w:p>
      <w:r>
        <w:t>Kva hindrar mannen i å følgja? Kva svarar Jesus når læresveinane spør kven som då kan bli frelst?</w:t>
      </w:r>
    </w:p>
    <w:p>
      <w:pPr>
        <w:pStyle w:val="Heading2"/>
      </w:pPr>
      <w:r>
        <w:t>Til ettertanke</w:t>
      </w:r>
    </w:p>
    <w:p>
      <w:r>
        <w:t>Kva tryggleik, eigedom eller rolle har eg vanskeleg for å gje slepp på?</w:t>
      </w:r>
    </w:p>
    <w:p>
      <w:pPr>
        <w:pStyle w:val="Heading2"/>
      </w:pPr>
      <w:r>
        <w:t>Saman</w:t>
      </w:r>
    </w:p>
    <w:p>
      <w:r>
        <w:t>Korleis kan vi hjelpa kvarandre til å stola på Gud og vera frie til å dela med dei som har lite?</w:t>
      </w:r>
    </w:p>
    <w:p>
      <w:pPr>
        <w:pStyle w:val="Heading2"/>
      </w:pPr>
      <w:r>
        <w:t>Lev det ut</w:t>
      </w:r>
    </w:p>
    <w:p>
      <w:r>
        <w:t>Del noko du har halde hardt fast på, til hjelp for eit menneske med behov. Legg det du strevar med å sleppa fram for Jesus i bøn.</w:t>
      </w:r>
    </w:p>
    <w:p>
      <w:pPr>
        <w:pStyle w:val="Heading2"/>
      </w:pPr>
      <w:r>
        <w:t>Bøn</w:t>
      </w:r>
    </w:p>
    <w:p>
      <w:r>
        <w:t>Jesus, takk for at du ser meg og elskar meg. Hjelp meg å sleppa det som bind meg og stola på det du kan gjera.</w:t>
      </w:r>
    </w:p>
    <w:p>
      <w:pPr>
        <w:pStyle w:val="Heading1"/>
        <w:pageBreakBefore/>
      </w:pPr>
      <w:r>
        <w:t>Leksjon 12 Den tredje gongen</w:t>
      </w:r>
    </w:p>
    <w:p>
      <w:r>
        <w:t>Les Mark 10,32–34 i Bibelen din.</w:t>
      </w:r>
    </w:p>
    <w:p>
      <w:pPr>
        <w:pStyle w:val="Heading2"/>
      </w:pPr>
      <w:r>
        <w:t>Gå inn i forteljinga</w:t>
      </w:r>
    </w:p>
    <w:p>
      <w:r>
        <w:t>Jesus går føre på vegen til Jerusalem. For tredje gong seier han kva som ventar. Les heile bodskapen, også dei siste orda.</w:t>
      </w:r>
    </w:p>
    <w:p>
      <w:pPr>
        <w:pStyle w:val="Heading2"/>
      </w:pPr>
      <w:r>
        <w:t>Kommentar</w:t>
      </w:r>
    </w:p>
    <w:p>
      <w:r>
        <w:t>Så står det at dei var på veg opp mot Jerusalem, og Jesus gjekk føre dei. Dei var forskrekka, og dei som følgde etter, var redde.</w:t>
      </w:r>
    </w:p>
    <w:p>
      <w:r>
        <w:t>Eg ser han føre meg der, eit stykke framfor dei på vegen. Han ventar ikkje på at dei skal forstå alt. Han går berre først. Og dei følgjer, redde og uforståande, men dei følgjer.</w:t>
      </w:r>
    </w:p>
    <w:p>
      <w:r>
        <w:t>Jesus tek dei tolv til sides enno ein gong og fortel kva som ventar. Det er tredje gongen, og no er orda fleire og tyngre enn før. Han skal bli overgjeven til øvsteprestane og dei skriftlærde. Dei skal dømma han til døden og gje han over til heidningane. Dei skal håna han, spytta på han, piska han og drepa han.</w:t>
      </w:r>
    </w:p>
    <w:p>
      <w:r>
        <w:t>Eg legg merke til kor konkret han talar. Han nemner ikkje berre døden, men kvar einskild audmjuking på vegen dit. Han veit det. Og han går likevel først.</w:t>
      </w:r>
    </w:p>
    <w:p>
      <w:r>
        <w:t>Eg har tenkt at det er noko anna å gå mot det vonde når ein berre anar det, enn når ein veit kvart steg. Det første kan ein fortrengja. Det andre må ein bera med opne auge. Jesus gjekk den vegen med opne auge.</w:t>
      </w:r>
    </w:p>
    <w:p>
      <w:r>
        <w:t>Og så kjem dei siste orda, som dei ikkje høyrer: Etter tre dagar skal han stå opp.</w:t>
      </w:r>
    </w:p>
    <w:p>
      <w:r>
        <w:t>Tre gonger har han sagt det. Tre gonger har dei berre høyrt døden. Eg undrast om eg hadde høyrt noko anna. Eg trur ikkje det. Når det vonde blir nemnt så tydeleg, fyller det heile synsfeltet. Håpet ligg i ei lita setning til slutt, og ein må ha vore gjennom mørkret før ein kan sjå kor stor ho er.</w:t>
      </w:r>
    </w:p>
    <w:p>
      <w:pPr>
        <w:pStyle w:val="Heading2"/>
      </w:pPr>
      <w:r>
        <w:t>Sjå nøye etter</w:t>
      </w:r>
    </w:p>
    <w:p>
      <w:r>
        <w:t>Kva nye detaljar nemner Jesus om lidinga? Kva lovnad gjev han til slutt?</w:t>
      </w:r>
    </w:p>
    <w:p>
      <w:pPr>
        <w:pStyle w:val="Heading2"/>
      </w:pPr>
      <w:r>
        <w:t>Til ettertanke</w:t>
      </w:r>
    </w:p>
    <w:p>
      <w:r>
        <w:t>Kva hjelp ligg det i at Jesus veit kvar vegen går og likevel går føre?</w:t>
      </w:r>
    </w:p>
    <w:p>
      <w:pPr>
        <w:pStyle w:val="Heading2"/>
      </w:pPr>
      <w:r>
        <w:t>Saman</w:t>
      </w:r>
    </w:p>
    <w:p>
      <w:r>
        <w:t>Korleis kan vi hjelpa kvarandre til å høyra håpet utan å glatta over det smertefulle?</w:t>
      </w:r>
    </w:p>
    <w:p>
      <w:pPr>
        <w:pStyle w:val="Heading2"/>
      </w:pPr>
      <w:r>
        <w:t>Lev det ut</w:t>
      </w:r>
    </w:p>
    <w:p>
      <w:r>
        <w:t>Les dei tre kunngjeringane i Mark 8,31, 9,31 og 10,33–34 saman. Takk Jesus for at han gjekk vegen til ende.</w:t>
      </w:r>
    </w:p>
    <w:p>
      <w:pPr>
        <w:pStyle w:val="Heading2"/>
      </w:pPr>
      <w:r>
        <w:t>Bøn</w:t>
      </w:r>
    </w:p>
    <w:p>
      <w:r>
        <w:t>Jesus, takk for at du gjekk føre med opne auge. Hjelp oss å halda fast ved oppstodehåpet når mørkret fyller synsfeltet.</w:t>
      </w:r>
    </w:p>
    <w:p>
      <w:pPr>
        <w:pStyle w:val="Heading1"/>
        <w:pageBreakBefore/>
      </w:pPr>
      <w:r>
        <w:t>Leksjon 13 Kva vil de eg skal gjera for dykk</w:t>
      </w:r>
    </w:p>
    <w:p>
      <w:r>
        <w:t>Les Mark 10,35–45 i Bibelen din.</w:t>
      </w:r>
    </w:p>
    <w:p>
      <w:pPr>
        <w:pStyle w:val="Heading2"/>
      </w:pPr>
      <w:r>
        <w:t>Gå inn i forteljinga</w:t>
      </w:r>
    </w:p>
    <w:p>
      <w:r>
        <w:t>Jakob og Johannes ber om dei fremste plassane. Jesus samlar dei tolv og lærer dei kva storleik og leiarskap skal vera mellom hans folk.</w:t>
      </w:r>
    </w:p>
    <w:p>
      <w:pPr>
        <w:pStyle w:val="Heading2"/>
      </w:pPr>
      <w:r>
        <w:t>Kommentar</w:t>
      </w:r>
    </w:p>
    <w:p>
      <w:r>
        <w:t>Rett etter at Jesus har tala om hån og piskeslag, kjem Jakob og Johannes til han. Lærar, vi vil at du skal gjera for oss det vi bed deg om.</w:t>
      </w:r>
    </w:p>
    <w:p>
      <w:r>
        <w:t>Det er nesten ikkje til å tru. Men eg kjenner att den bøna. Eg har bede slik sjølv. Ikkje med dei orda, men med same innhaldet: Gje meg det eg vil, så skal eg fortelja deg kva det er etterpå.</w:t>
      </w:r>
    </w:p>
    <w:p>
      <w:r>
        <w:t>Jesus spør: Kva vil de eg skal gjera for dykk?</w:t>
      </w:r>
    </w:p>
    <w:p>
      <w:r>
        <w:t>Dei vil sitja ved sida av han i herlegdomen hans, éin til høgre og éin til venstre. Dei ser føre seg ein trone. Han ser ein kross.</w:t>
      </w:r>
    </w:p>
    <w:p>
      <w:r>
        <w:t>De veit ikkje kva de bed om, seier han. Kan de drikka det begeret eg skal drikka? Og dei svarar: Det kan vi.</w:t>
      </w:r>
    </w:p>
    <w:p>
      <w:r>
        <w:t>Det er noko rørande i det svaret. Dei er så sikre. Og Jesus seier ikkje at dei tek feil. Han seier at dei skal få drikka det. Men dei plassane dei bad om, er ikkje hans å dela ut.</w:t>
      </w:r>
    </w:p>
    <w:p>
      <w:r>
        <w:t>Dei andre ti blir sinte. Eg trur ikkje det var av di dei var betre. Dei hadde berre ikkje kome fram først.</w:t>
      </w:r>
    </w:p>
    <w:p>
      <w:r>
        <w:t>Så samlar Jesus alle og talar om makt. Dei som herskar i verda, lèt folk kjenna makta si. Slik skal det ikkje vera hjå dykk. Den som vil vera stor, skal vera tenar. Den som vil vera fyrst, skal vera træl for alle.</w:t>
      </w:r>
    </w:p>
    <w:p>
      <w:r>
        <w:t>Og så seier han kvifor: For Menneskesonen kom ikkje for å la seg tena, men for å tena og gje livet sitt som løysepengar for mange.</w:t>
      </w:r>
    </w:p>
    <w:p>
      <w:r>
        <w:t>Eg har lese den setninga så ofte at eg må stansa for å høyra ho att. Han som hadde rett til å bli tent, valde å tena. Ikkje som eit dømme vi skal etterlikna med viljestyrke, men som ei gåve som gjer oss frie til å gjera det same.</w:t>
      </w:r>
    </w:p>
    <w:p>
      <w:pPr>
        <w:pStyle w:val="Heading2"/>
      </w:pPr>
      <w:r>
        <w:t>Sjå nøye etter</w:t>
      </w:r>
    </w:p>
    <w:p>
      <w:r>
        <w:t>Kva ønskjer dei to brørne? Kva seier Jesus at Menneskesonen kom for å gjera, og korleis formar det livet til læresveinane?</w:t>
      </w:r>
    </w:p>
    <w:p>
      <w:pPr>
        <w:pStyle w:val="Heading2"/>
      </w:pPr>
      <w:r>
        <w:t>Til ettertanke</w:t>
      </w:r>
    </w:p>
    <w:p>
      <w:r>
        <w:t>Kva ber eg eigentleg om når eg søkjer ære eller innverknad?</w:t>
      </w:r>
    </w:p>
    <w:p>
      <w:pPr>
        <w:pStyle w:val="Heading2"/>
      </w:pPr>
      <w:r>
        <w:t>Saman</w:t>
      </w:r>
    </w:p>
    <w:p>
      <w:r>
        <w:t>Korleis kan leiarar og andre i fellesskapet vårt tena på ein måte som gjev andre rom og fridom?</w:t>
      </w:r>
    </w:p>
    <w:p>
      <w:pPr>
        <w:pStyle w:val="Heading2"/>
      </w:pPr>
      <w:r>
        <w:t>Lev det ut</w:t>
      </w:r>
    </w:p>
    <w:p>
      <w:r>
        <w:t>Gjer ei teneste for nokon utan å søkja ære eller få noko att. Be om å sjå kva vedkomande treng.</w:t>
      </w:r>
    </w:p>
    <w:p>
      <w:pPr>
        <w:pStyle w:val="Heading2"/>
      </w:pPr>
      <w:r>
        <w:t>Bøn</w:t>
      </w:r>
    </w:p>
    <w:p>
      <w:r>
        <w:t>Jesus, takk for at du gav livet ditt som løysepengar for mange. Lat gåva di gjera oss frie til å tena.</w:t>
      </w:r>
    </w:p>
    <w:p>
      <w:pPr>
        <w:pStyle w:val="Heading1"/>
        <w:pageBreakBefore/>
      </w:pPr>
      <w:r>
        <w:t>Leksjon 14 Bartimeus ved vegen</w:t>
      </w:r>
    </w:p>
    <w:p>
      <w:r>
        <w:t>Les Mark 10,46–52 i Bibelen din.</w:t>
      </w:r>
    </w:p>
    <w:p>
      <w:pPr>
        <w:pStyle w:val="Heading2"/>
      </w:pPr>
      <w:r>
        <w:t>Gå inn i forteljinga</w:t>
      </w:r>
    </w:p>
    <w:p>
      <w:r>
        <w:t>Ein blind mann ropar ved vegen, og Jesus stansar. Les spørsmålet Jesus stiller saman med det same spørsmålet til Jakob og Johannes.</w:t>
      </w:r>
    </w:p>
    <w:p>
      <w:pPr>
        <w:pStyle w:val="Heading2"/>
      </w:pPr>
      <w:r>
        <w:t>Kommentar</w:t>
      </w:r>
    </w:p>
    <w:p>
      <w:r>
        <w:t>Ved utgangen av Jeriko sit ein blind mann ved vegen og tiggar. Markus gjev han namn: Bartimeus, son til Timeus. Det er sjeldan ein som blir lækt, får namnet sitt nemnt. Kanskje fordi han seinare vart kjend blant dei som følgde Jesus.</w:t>
      </w:r>
    </w:p>
    <w:p>
      <w:r>
        <w:t>Han høyrer at Jesus går forbi og byrjar å ropa. Jesus, Davids son, miskunna deg over meg!</w:t>
      </w:r>
    </w:p>
    <w:p>
      <w:r>
        <w:t>Mange skjeller han ut og seier han skal tia. Men han ropar endå høgare.</w:t>
      </w:r>
    </w:p>
    <w:p>
      <w:r>
        <w:t>Eg er glad i han for det. Han lèt seg ikkje stoppa av dei som synest han forstyrrar. Han veit kva han treng, og han veit kven som går forbi.</w:t>
      </w:r>
    </w:p>
    <w:p>
      <w:r>
        <w:t>Jesus stansar. Kall han hit, seier han. Og dei same folka som bad han tia, seier no: Ver ved godt mot, reis deg, han kallar på deg.</w:t>
      </w:r>
    </w:p>
    <w:p>
      <w:r>
        <w:t>Bartimeus kastar kappa frå seg, sprett opp og kjem til Jesus.</w:t>
      </w:r>
    </w:p>
    <w:p>
      <w:r>
        <w:t>Eg tenkjer på den kappa. For ein tiggar var ho kanskje det einaste han åtte, eit teppe om natta og eit underlag å samla gåver på om dagen. Rett før i evangeliet gjekk ein rik mann bedrøvd bort fordi han ikkje klarte å sleppa det han åtte. Her kastar ein fattig mann det einaste han har, utan å nøla.</w:t>
      </w:r>
    </w:p>
    <w:p>
      <w:r>
        <w:t>Så spør Jesus nett det same som han spurde Jakob og Johannes: Kva vil du eg skal gjera for deg?</w:t>
      </w:r>
    </w:p>
    <w:p>
      <w:r>
        <w:t>Dei to bad om ære. Bartimeus bed om å få sjå. Rabbuni, lat meg få synet att.</w:t>
      </w:r>
    </w:p>
    <w:p>
      <w:r>
        <w:t>Gå, trua di har frelst deg. Og straks fekk han synet att og følgde Jesus på vegen.</w:t>
      </w:r>
    </w:p>
    <w:p>
      <w:r>
        <w:t>På vegen. Den vegen som går opp mot Jerusalem. Han som nett har fått sjå, vel å gå saman med han mot krossen.</w:t>
      </w:r>
    </w:p>
    <w:p>
      <w:r>
        <w:t>Eg vil gjerne be den bøna. Ikkje om ein plass ved sida av han. Men om å få sjå. Og om å følgja, når eg ser.</w:t>
      </w:r>
    </w:p>
    <w:p>
      <w:pPr>
        <w:pStyle w:val="Heading2"/>
      </w:pPr>
      <w:r>
        <w:t>Sjå nøye etter</w:t>
      </w:r>
    </w:p>
    <w:p>
      <w:r>
        <w:t>Kva ber Bartimeus om? Korleis endrar folket si haldning seg, og kva gjer mannen etter at han har fått synet att?</w:t>
      </w:r>
    </w:p>
    <w:p>
      <w:pPr>
        <w:pStyle w:val="Heading2"/>
      </w:pPr>
      <w:r>
        <w:t>Til ettertanke</w:t>
      </w:r>
    </w:p>
    <w:p>
      <w:r>
        <w:t>Kva vil eg svara når Jesus spør kva eg ønskjer at han skal gjera for meg?</w:t>
      </w:r>
    </w:p>
    <w:p>
      <w:pPr>
        <w:pStyle w:val="Heading2"/>
      </w:pPr>
      <w:r>
        <w:t>Saman</w:t>
      </w:r>
    </w:p>
    <w:p>
      <w:r>
        <w:t>Korleis kan vi vera menneske som ryddar veg og seier: Han kallar på deg?</w:t>
      </w:r>
    </w:p>
    <w:p>
      <w:pPr>
        <w:pStyle w:val="Heading2"/>
      </w:pPr>
      <w:r>
        <w:t>Lev det ut</w:t>
      </w:r>
    </w:p>
    <w:p>
      <w:r>
        <w:t>Hjelp eit menneske som har vorte oversett til å bli høyrt. Be også Jesus om hjelp til å sjå og følgja han sjølv.</w:t>
      </w:r>
    </w:p>
    <w:p>
      <w:pPr>
        <w:pStyle w:val="Heading2"/>
      </w:pPr>
      <w:r>
        <w:t>Bøn</w:t>
      </w:r>
    </w:p>
    <w:p>
      <w:r>
        <w:t>Jesus, miskunna deg over meg. Lat meg få sjå deg tydelegare og følgja deg på vegen.</w:t>
      </w:r>
    </w:p>
    <w:p>
      <w:pPr>
        <w:pStyle w:val="Heading1"/>
        <w:pageBreakBefore/>
      </w:pPr>
      <w:r>
        <w:t>Stans og sjå tilbake på modul 4</w:t>
      </w:r>
    </w:p>
    <w:p>
      <w:r>
        <w:t>Les Mark 8,34–35, Mark 10,45 og Mark 10,52 på nytt. Korleis heng Jesu gåve til oss saman med kallet til å følgja og tena? Sjå tilbake på det Jesus har lært om barn, eigedom, trufastheit og makt. Kva har utfordra deg, og kva har gjeve deg håp?</w:t>
      </w:r>
    </w:p>
    <w:p>
      <w:r>
        <w:t>Del eitt område der de har byrja å handla annleis, og eitt spørsmål de framleis ber på. Be saman om opne auge og mot til å følgja Jesus. I modul 5 går vi med han inn i Jerusalem.</w:t>
      </w:r>
    </w:p>
    <w:p>
      <w:pPr>
        <w:pStyle w:val="Heading1"/>
        <w:pageBreakBefore/>
      </w:pPr>
      <w:r>
        <w:t>Modul 5 Jesus i Jerusalem</w:t>
      </w:r>
    </w:p>
    <w:p>
      <w:r>
        <w:t>Mark 11,1–13,37</w:t>
      </w:r>
    </w:p>
    <w:p>
      <w:r>
        <w:t>Jesus går inn i Jerusalem som kongen folket ventar på. På tempelplassen møter vi både jubel, motstand og ærlege spørsmål. Han kallar oss til tru og bøn, kjærleik til Gud og nesten, og omsorg for menneske andre overser. Når læresveinane spør om det som skal koma, lærer han dei å halda ut og vaka. Orda hans skal stå når det dei trudde var varig, fell.</w:t>
      </w:r>
    </w:p>
    <w:p>
      <w:r>
        <w:t>Modulen har sytten leksjonar. Les bibelavsnittet først og gå tilbake til teksten etter kommentaren. Les dei tre avsnitta om fikentreet, tempelet og bøna i samanheng. I Markus 13 er det viktig å høyra både åtvaringane, omsorga og håpet. Bruk gjerne ein oppsummeringsdag etter kvar sjette lesing.</w:t>
      </w:r>
    </w:p>
    <w:p>
      <w:pPr>
        <w:pStyle w:val="Heading1"/>
        <w:pageBreakBefore/>
      </w:pPr>
      <w:r>
        <w:t>Leksjon 1 Eit fole som ingen hadde ride på</w:t>
      </w:r>
    </w:p>
    <w:p>
      <w:r>
        <w:t>Les Mark 11,1–11 i Bibelen din.</w:t>
      </w:r>
    </w:p>
    <w:p>
      <w:pPr>
        <w:pStyle w:val="Heading2"/>
      </w:pPr>
      <w:r>
        <w:t>Gå inn i forteljinga</w:t>
      </w:r>
    </w:p>
    <w:p>
      <w:r>
        <w:t>Sjå føre deg vegen inn i Jerusalem. Jesus sender to læresveinar etter eit fole, folket ropar, og til slutt går han stille omkring i tempelet.</w:t>
      </w:r>
    </w:p>
    <w:p>
      <w:pPr>
        <w:pStyle w:val="Heading2"/>
      </w:pPr>
      <w:r>
        <w:t>Kommentar</w:t>
      </w:r>
    </w:p>
    <w:p>
      <w:r>
        <w:t>Jesus sender to av læresveinane inn i landsbyen for å henta eit fole som står bunde. Ingen har ridi på det før. Og om nokon spør, skal dei seia at Herren treng det.</w:t>
      </w:r>
    </w:p>
    <w:p>
      <w:r>
        <w:t>Eg har alltid likt den setninga. Herren treng det. Eit ungt dyr ved ei dør i ein landsby, som ingen har bruka til noko enno. Det er det han vel for å koma inn i byen.</w:t>
      </w:r>
    </w:p>
    <w:p>
      <w:r>
        <w:t>Dei legg kappene sine på folet, og folk breier kleda sine og greiner på vegen. Dei som går føre og dei som går etter, ropar: Hosianna! Velsigna er han som kjem i Herrens namn!</w:t>
      </w:r>
    </w:p>
    <w:p>
      <w:r>
        <w:t>Hosianna tyder eigentleg: Frels no. Det er eit rop om hjelp som har vorte til lovsong. Eg trur ikkje folket visste heilt kva dei ropa. Men orda var sanne likevel, sannare enn dei sjølve forstod.</w:t>
      </w:r>
    </w:p>
    <w:p>
      <w:r>
        <w:t>Og så kjem det som eg alltid stansar ved. Jesus går inn i Jerusalem, inn på tempelplassen, og ser seg rundt på alt. Så, sidan det alt var seint, går han ut att til Betania med dei tolv.</w:t>
      </w:r>
    </w:p>
    <w:p>
      <w:r>
        <w:t>Etter all jubelen står han stille og ser. Ingen tale, inga handling. Berre eit blikk over alt som var der. Eg tenkjer at det er slik han kjem inn i livet mitt òg. Ikkje alltid med ord med ein gong. Først ser han. Så kjem han att dagen etter.</w:t>
      </w:r>
    </w:p>
    <w:p>
      <w:pPr>
        <w:pStyle w:val="Heading2"/>
      </w:pPr>
      <w:r>
        <w:t>Sjå nøye etter</w:t>
      </w:r>
    </w:p>
    <w:p>
      <w:r>
        <w:t>Kva seier læresveinane om folet, og kva ropar folket om Jesus og riket? Kva gjer Jesus etter jubelen?</w:t>
      </w:r>
    </w:p>
    <w:p>
      <w:pPr>
        <w:pStyle w:val="Heading2"/>
      </w:pPr>
      <w:r>
        <w:t>Til ettertanke</w:t>
      </w:r>
    </w:p>
    <w:p>
      <w:r>
        <w:t>Kva vil det seia å ta imot Jesus som konge over mitt eige liv?</w:t>
      </w:r>
    </w:p>
    <w:p>
      <w:pPr>
        <w:pStyle w:val="Heading2"/>
      </w:pPr>
      <w:r>
        <w:t>Saman</w:t>
      </w:r>
    </w:p>
    <w:p>
      <w:r>
        <w:t>Korleis kan lovsongen vår få uttrykk i at vi stiller livet og det vi har til rådvelde for Jesus?</w:t>
      </w:r>
    </w:p>
    <w:p>
      <w:pPr>
        <w:pStyle w:val="Heading2"/>
      </w:pPr>
      <w:r>
        <w:t>Lev det ut</w:t>
      </w:r>
    </w:p>
    <w:p>
      <w:r>
        <w:t>Legg ei konkret oppgåve eller noko du eig fram for Jesus, og spør korleis det kan tena han og andre.</w:t>
      </w:r>
    </w:p>
    <w:p>
      <w:pPr>
        <w:pStyle w:val="Heading2"/>
      </w:pPr>
      <w:r>
        <w:t>Bøn</w:t>
      </w:r>
    </w:p>
    <w:p>
      <w:r>
        <w:t>Jesus, velsigna er du som kjem i Herrens namn. Ver konge i livet mitt, og lær meg å ta imot deg.</w:t>
      </w:r>
    </w:p>
    <w:p>
      <w:pPr>
        <w:pStyle w:val="Heading1"/>
        <w:pageBreakBefore/>
      </w:pPr>
      <w:r>
        <w:t>Leksjon 2 Berre blad</w:t>
      </w:r>
    </w:p>
    <w:p>
      <w:r>
        <w:t>Les Mark 11,12–14 i Bibelen din.</w:t>
      </w:r>
    </w:p>
    <w:p>
      <w:pPr>
        <w:pStyle w:val="Heading2"/>
      </w:pPr>
      <w:r>
        <w:t>Gå inn i forteljinga</w:t>
      </w:r>
    </w:p>
    <w:p>
      <w:r>
        <w:t>Les om fikentreet og fortset gjerne til hendinga i tempelet. Markus vender tilbake til treet i vers 20. Dei ulike delane kastar lys over kvarandre.</w:t>
      </w:r>
    </w:p>
    <w:p>
      <w:pPr>
        <w:pStyle w:val="Heading2"/>
      </w:pPr>
      <w:r>
        <w:t>Kommentar</w:t>
      </w:r>
    </w:p>
    <w:p>
      <w:r>
        <w:t>Neste morgon er Jesus svolten. Han ser eit fikentre med blad og går bort for å sjå om det er frukt på det. Men det er berre blad, for det var ikkje tida for fikener. Og han seier: Aldri meir skal nokon eta frukt av deg.</w:t>
      </w:r>
    </w:p>
    <w:p>
      <w:r>
        <w:t>Eg vil vera ærleg: Dette er ein av dei tekstane eg har streva med. Det verkar urimeleg å forbanna eit tre fordi det ikkje ber frukt utanom tida. Eg har lese mange forklaringar, og nokre av dei hjelper.</w:t>
      </w:r>
    </w:p>
    <w:p>
      <w:r>
        <w:t>Men eg trur ikkje eg skal gjera teksten for lett. Eg les han som eit teikn, ei handling som peikar ut over seg sjølv. Markus plasserer ho rett før Jesus går inn i tempelet. Og han kjem attende til treet etterpå.</w:t>
      </w:r>
    </w:p>
    <w:p>
      <w:r>
        <w:t>Det eg sit att med, er bladverket. Eit tre som ser levande ut, som lovar noko, men som ikkje har noko å gje den som er svolten.</w:t>
      </w:r>
    </w:p>
    <w:p>
      <w:r>
        <w:t>Eg kjenner att det i meg sjølv. Eg kan ha mykje som liknar liv: ord, aktivitet, eit fromt ytre. Og likevel kan nokon koma til meg svoltne og gå tomhendte bort.</w:t>
      </w:r>
    </w:p>
    <w:p>
      <w:pPr>
        <w:pStyle w:val="Heading2"/>
      </w:pPr>
      <w:r>
        <w:t>Sjå nøye etter</w:t>
      </w:r>
    </w:p>
    <w:p>
      <w:r>
        <w:t>Kva finn Jesus på treet? Kva seier kommentaren om samanhengen med tempelet? Skil mellom det teksten fortel og tolkinga av teiknet.</w:t>
      </w:r>
    </w:p>
    <w:p>
      <w:pPr>
        <w:pStyle w:val="Heading2"/>
      </w:pPr>
      <w:r>
        <w:t>Til ettertanke</w:t>
      </w:r>
    </w:p>
    <w:p>
      <w:r>
        <w:t>Kvar kan eit fromt ytre skjula at det manglar frukt i livet mitt?</w:t>
      </w:r>
    </w:p>
    <w:p>
      <w:pPr>
        <w:pStyle w:val="Heading2"/>
      </w:pPr>
      <w:r>
        <w:t>Saman</w:t>
      </w:r>
    </w:p>
    <w:p>
      <w:r>
        <w:t>Kva får menneske som kjem til fellesskapet vårt med svolt etter omsorg og håp?</w:t>
      </w:r>
    </w:p>
    <w:p>
      <w:pPr>
        <w:pStyle w:val="Heading2"/>
      </w:pPr>
      <w:r>
        <w:t>Lev det ut</w:t>
      </w:r>
    </w:p>
    <w:p>
      <w:r>
        <w:t>La eitt godt ord du brukar få uttrykk i ei konkret handling for eit menneske i dag.</w:t>
      </w:r>
    </w:p>
    <w:p>
      <w:pPr>
        <w:pStyle w:val="Heading2"/>
      </w:pPr>
      <w:r>
        <w:t>Bøn</w:t>
      </w:r>
    </w:p>
    <w:p>
      <w:r>
        <w:t>Jesus, lat livet mitt bera frukt. Hjelp meg å leva det eg seier, og ha noko å gje til den som treng omsorg.</w:t>
      </w:r>
    </w:p>
    <w:p>
      <w:pPr>
        <w:pStyle w:val="Heading1"/>
        <w:pageBreakBefore/>
      </w:pPr>
      <w:r>
        <w:t>Leksjon 3 Eit bøns hus for alle folk</w:t>
      </w:r>
    </w:p>
    <w:p>
      <w:r>
        <w:t>Les Mark 11,15–19 i Bibelen din.</w:t>
      </w:r>
    </w:p>
    <w:p>
      <w:pPr>
        <w:pStyle w:val="Heading2"/>
      </w:pPr>
      <w:r>
        <w:t>Gå inn i forteljinga</w:t>
      </w:r>
    </w:p>
    <w:p>
      <w:r>
        <w:t>Jesus går tilbake til tempelet. Sjå kva han stansar, og lytt til kva han seier huset skal vera.</w:t>
      </w:r>
    </w:p>
    <w:p>
      <w:pPr>
        <w:pStyle w:val="Heading2"/>
      </w:pPr>
      <w:r>
        <w:t>Kommentar</w:t>
      </w:r>
    </w:p>
    <w:p>
      <w:r>
        <w:t>Så kjem Jesus inn på tempelplassen og byrjar å driva ut dei som sel og kjøper. Han veltar borda til pengevekslarane og benkene til dei som sel duer.</w:t>
      </w:r>
    </w:p>
    <w:p>
      <w:r>
        <w:t>Markus tek med ein detalj som dei andre evangelistane ikkje har: Han lét ingen bera noko gjennom tempelet. Tempelplassen hadde vorte ein snarveg, ein stad folk gjekk gjennom med varene sine. Han stansar det.</w:t>
      </w:r>
    </w:p>
    <w:p>
      <w:r>
        <w:t>Så siterer han profeten: Huset mitt skal kallast eit bøns hus for alle folk. Men de har gjort det til ei røvarhòle.</w:t>
      </w:r>
    </w:p>
    <w:p>
      <w:r>
        <w:t>For alle folk. Dette skjedde på den delen av tempelet der heidningane kunne koma. Den einaste plassen dei hadde, var fylt av handel og larm.</w:t>
      </w:r>
    </w:p>
    <w:p>
      <w:r>
        <w:t>Eg tenkjer på kva som fyller det rommet i meg der eg skulle be. Travelheit, planar, alt eg skal ha gjort. Det er ikkje vondskap. Det er berre det at rommet har vorte ein gjennomgang. Og eg tenkjer på kor lett eit kristent fellesskap kan fyllast opp slik at det ikkje blir plass for den som kjem utanfrå og leitar.</w:t>
      </w:r>
    </w:p>
    <w:p>
      <w:r>
        <w:t>Øvsteprestane og dei skriftlærde høyrer det og leitar etter ein måte å rydja han av vegen på. Dei er redde for han, står det, fordi heile folket var gripe av det han lærte.</w:t>
      </w:r>
    </w:p>
    <w:p>
      <w:r>
        <w:t>Om kvelden går han ut av byen att.</w:t>
      </w:r>
    </w:p>
    <w:p>
      <w:pPr>
        <w:pStyle w:val="Heading2"/>
      </w:pPr>
      <w:r>
        <w:t>Sjå nøye etter</w:t>
      </w:r>
    </w:p>
    <w:p>
      <w:r>
        <w:t>Kva gjer Jesus, og kva skriftord bruker han? Legg merke til orda for alle folk og reaksjonen til leiarane.</w:t>
      </w:r>
    </w:p>
    <w:p>
      <w:pPr>
        <w:pStyle w:val="Heading2"/>
      </w:pPr>
      <w:r>
        <w:t>Til ettertanke</w:t>
      </w:r>
    </w:p>
    <w:p>
      <w:r>
        <w:t>Kva fyller rommet i meg der eg skulle søkja Gud i bøn?</w:t>
      </w:r>
    </w:p>
    <w:p>
      <w:pPr>
        <w:pStyle w:val="Heading2"/>
      </w:pPr>
      <w:r>
        <w:t>Saman</w:t>
      </w:r>
    </w:p>
    <w:p>
      <w:r>
        <w:t>Korleis kan vi gje både bøna og menneske som kjem utanfrå, rom i fellesskapet?</w:t>
      </w:r>
    </w:p>
    <w:p>
      <w:pPr>
        <w:pStyle w:val="Heading2"/>
      </w:pPr>
      <w:r>
        <w:t>Lev det ut</w:t>
      </w:r>
    </w:p>
    <w:p>
      <w:r>
        <w:t>Set av ei stund til bøn og be for eit folkeslag eller menneske utanfor det vanlege fellesskapet ditt.</w:t>
      </w:r>
    </w:p>
    <w:p>
      <w:pPr>
        <w:pStyle w:val="Heading2"/>
      </w:pPr>
      <w:r>
        <w:t>Bøn</w:t>
      </w:r>
    </w:p>
    <w:p>
      <w:r>
        <w:t>Far, gje bøna rom mellom oss. Hjelp oss å vera eit ope fellesskap der menneske frå alle folk kan søkja deg.</w:t>
      </w:r>
    </w:p>
    <w:p>
      <w:pPr>
        <w:pStyle w:val="Heading1"/>
        <w:pageBreakBefore/>
      </w:pPr>
      <w:r>
        <w:t>Leksjon 4 Ha tru på Gud</w:t>
      </w:r>
    </w:p>
    <w:p>
      <w:r>
        <w:t>Les Mark 11,20–26 i Bibelen din.</w:t>
      </w:r>
    </w:p>
    <w:p>
      <w:pPr>
        <w:pStyle w:val="Heading2"/>
      </w:pPr>
      <w:r>
        <w:t>Gå inn i forteljinga</w:t>
      </w:r>
    </w:p>
    <w:p>
      <w:r>
        <w:t>Læresveinane ser det visna treet. Jesus talar om tru, bøn og tilgjeving. Les heile svaret hans.</w:t>
      </w:r>
    </w:p>
    <w:p>
      <w:pPr>
        <w:pStyle w:val="Heading2"/>
      </w:pPr>
      <w:r>
        <w:t>Kommentar</w:t>
      </w:r>
    </w:p>
    <w:p>
      <w:r>
        <w:t>Neste morgon går dei forbi fikentreet igjen. Det har visna heilt frå rota. Peter hugsar det og seier: Rabbi, sjå!</w:t>
      </w:r>
    </w:p>
    <w:p>
      <w:r>
        <w:t>Jesus svarar: Ha tru på Gud.</w:t>
      </w:r>
    </w:p>
    <w:p>
      <w:r>
        <w:t>Så talar han om å seia til fjellet at det skal kasta seg i havet, og om at alt ein bed om, skal ein tru at ein har fått. Det er store ord, og eg har ikkje alltid sett dei gå i oppfylling slik eg bad. Eg les dei ikkje som ein lovnad om at alt eg ønskjer, skal skje. Eg les dei som eit kall til å be med heile meg, utan å halda noko tilbake i reserve.</w:t>
      </w:r>
    </w:p>
    <w:p>
      <w:r>
        <w:t>Men det er den siste setninga som har følgt meg mest: Når de står og bed, så tilgjev om de har noko imot nokon.</w:t>
      </w:r>
    </w:p>
    <w:p>
      <w:r>
        <w:t>Det er underleg å lesa dette rett etter forteljinga om treet. Frå forbanning til tilgjeving, i løpet av nokre få vers. Men kanskje er det nett poenget. Den som bed, kan ikkje halda fast på bitterheit. Bøna og uforsonlegheita kan ikkje bu i same hjarta over tid.</w:t>
      </w:r>
    </w:p>
    <w:p>
      <w:r>
        <w:t>Eg har stått og bede med ein nag i meg. Eg veit korleis det kjennest. Orda går opp, men noko heng att. Og eg har òg kjent kor det lettar når eg sleppte, ikkje fordi den andre fortente det, men fordi eg ikkje orka å bera det lenger inn i bøna.</w:t>
      </w:r>
    </w:p>
    <w:p>
      <w:r>
        <w:t>Kanskje er det det fjellet eg oftast treng å be om at skal kastast i havet.</w:t>
      </w:r>
    </w:p>
    <w:p>
      <w:pPr>
        <w:pStyle w:val="Heading2"/>
      </w:pPr>
      <w:r>
        <w:t>Sjå nøye etter</w:t>
      </w:r>
    </w:p>
    <w:p>
      <w:r>
        <w:t>Kven skal trua vera retta mot? Kva seier Jesus at den som står og bed, skal gjera dersom han har noko imot nokon?</w:t>
      </w:r>
    </w:p>
    <w:p>
      <w:pPr>
        <w:pStyle w:val="Heading2"/>
      </w:pPr>
      <w:r>
        <w:t>Til ettertanke</w:t>
      </w:r>
    </w:p>
    <w:p>
      <w:r>
        <w:t>Kva ber eg på som eg treng å leggja fram for Gud og sleppa taket i?</w:t>
      </w:r>
    </w:p>
    <w:p>
      <w:pPr>
        <w:pStyle w:val="Heading2"/>
      </w:pPr>
      <w:r>
        <w:t>Saman</w:t>
      </w:r>
    </w:p>
    <w:p>
      <w:r>
        <w:t>Korleis kan vi hjelpa kvarandre til både frimodig bøn og tilgjeving?</w:t>
      </w:r>
    </w:p>
    <w:p>
      <w:pPr>
        <w:pStyle w:val="Heading2"/>
      </w:pPr>
      <w:r>
        <w:t>Lev det ut</w:t>
      </w:r>
    </w:p>
    <w:p>
      <w:r>
        <w:t>Be konkret for eit behov. Legg også fram for Gud ein relasjon der du ber på nag, og be om hjelp til å tilgje.</w:t>
      </w:r>
    </w:p>
    <w:p>
      <w:pPr>
        <w:pStyle w:val="Heading2"/>
      </w:pPr>
      <w:r>
        <w:t>Bøn</w:t>
      </w:r>
    </w:p>
    <w:p>
      <w:r>
        <w:t>Far, eg set mi lit til deg. Hjelp meg å be med frimod og sleppa bitterheita eg har bore.</w:t>
      </w:r>
    </w:p>
    <w:p>
      <w:pPr>
        <w:pStyle w:val="Heading1"/>
        <w:pageBreakBefore/>
      </w:pPr>
      <w:r>
        <w:t>Leksjon 5 Kven gav deg lov</w:t>
      </w:r>
    </w:p>
    <w:p>
      <w:r>
        <w:t>Les Mark 11,27–33 i Bibelen din.</w:t>
      </w:r>
    </w:p>
    <w:p>
      <w:pPr>
        <w:pStyle w:val="Heading2"/>
      </w:pPr>
      <w:r>
        <w:t>Gå inn i forteljinga</w:t>
      </w:r>
    </w:p>
    <w:p>
      <w:r>
        <w:t>Leiarane spør kva fullmakt Jesus har. Han svarar med eit spørsmål om Johannes. Les samtalen dei fører seg imellom.</w:t>
      </w:r>
    </w:p>
    <w:p>
      <w:pPr>
        <w:pStyle w:val="Heading2"/>
      </w:pPr>
      <w:r>
        <w:t>Kommentar</w:t>
      </w:r>
    </w:p>
    <w:p>
      <w:r>
        <w:t>Jesus går omkring på tempelplassen, same staden der han dagen før velte borda. No kjem øvsteprestane, dei skriftlærde og dei eldste til han. Kva fullmakt har du til å gjera dette? Kven gav deg lov?</w:t>
      </w:r>
    </w:p>
    <w:p>
      <w:r>
        <w:t>Det er eit rimeleg spørsmål. Dei hadde ansvaret for tempelet. Ein mann frå Galilea hadde kome inn og snudd opp ned på alt. Eg ville kanskje ha spurt det same.</w:t>
      </w:r>
    </w:p>
    <w:p>
      <w:r>
        <w:t>Jesus svarar med eit spørsmål: Dåpen til Johannes, var han frå himmelen eller frå menneske? Svar meg.</w:t>
      </w:r>
    </w:p>
    <w:p>
      <w:r>
        <w:t>Og så får vi høyra samtalen deira seg imellom. Seier vi frå himmelen, spør han kvifor vi ikkje trudde han. Seier vi frå menneske, blir folket sinte, for alle rekna Johannes for ein profet.</w:t>
      </w:r>
    </w:p>
    <w:p>
      <w:r>
        <w:t>Eg legg merke til kva dei ikkje spør om. Dei spør ikkje kva som er sant. Dei spør kva det vil kosta å seia det. Heile samtalen handlar om konsekvensar, ikkje om Johannes.</w:t>
      </w:r>
    </w:p>
    <w:p>
      <w:r>
        <w:t>Så svarar dei: Vi veit ikkje.</w:t>
      </w:r>
    </w:p>
    <w:p>
      <w:r>
        <w:t>Eg har stor respekt for dei orda når dei er ærlege. Det finst mykje eg ikkje veit, og eg har lært at det ofte er det sannaste eg kan seia. Men her er dei ikkje ærlege. Dei veit godt kva dei meiner. Dei vil berre ikkje ta risikoen ved å seia det.</w:t>
      </w:r>
    </w:p>
    <w:p>
      <w:r>
        <w:t>Eg kjenner meg att også her. Eg har rekna ut svar. Eg har vore vag der eg kunne ha vore tydeleg, fordi eg ikkje ville støyta nokon eller miste noko. Eg har kalla det klokskap. Men av og til var det berre frykt.</w:t>
      </w:r>
    </w:p>
    <w:p>
      <w:r>
        <w:t>Jesus seier: Då seier heller ikkje eg dykk kva fullmakt eg har til å gjera dette.</w:t>
      </w:r>
    </w:p>
    <w:p>
      <w:r>
        <w:t>Det er ikkje eit svar som stengjer døra heilt. Han har jo alt svara, på sin måte. Den som hadde vore ærleg om Johannes, hadde forstått kven Jesus var. Johannes peika på han. Men sanninga let seg ikkje tvinga fram hjå den som ikkje vil våga noko for henne.</w:t>
      </w:r>
    </w:p>
    <w:p>
      <w:r>
        <w:t>Eg trur spørsmålet hans står att til meg. Ikkje kva som er trygt å seia om han, men kva eg eigentleg meiner. Og om eg torer å seia det høgt.</w:t>
      </w:r>
    </w:p>
    <w:p>
      <w:pPr>
        <w:pStyle w:val="Heading2"/>
      </w:pPr>
      <w:r>
        <w:t>Sjå nøye etter</w:t>
      </w:r>
    </w:p>
    <w:p>
      <w:r>
        <w:t>Kva avgjer kva leiarane vil svara? Kva skil eit ærleg eg veit ikkje frå svaret dei gjev her?</w:t>
      </w:r>
    </w:p>
    <w:p>
      <w:pPr>
        <w:pStyle w:val="Heading2"/>
      </w:pPr>
      <w:r>
        <w:t>Til ettertanke</w:t>
      </w:r>
    </w:p>
    <w:p>
      <w:r>
        <w:t>Kvar har eg vore vag av frykt, sjølv om eg visste kva eg meinte?</w:t>
      </w:r>
    </w:p>
    <w:p>
      <w:pPr>
        <w:pStyle w:val="Heading2"/>
      </w:pPr>
      <w:r>
        <w:t>Saman</w:t>
      </w:r>
    </w:p>
    <w:p>
      <w:r>
        <w:t>Korleis kan vi skapa rom for både ærleg uvisse og modige svar?</w:t>
      </w:r>
    </w:p>
    <w:p>
      <w:pPr>
        <w:pStyle w:val="Heading2"/>
      </w:pPr>
      <w:r>
        <w:t>Lev det ut</w:t>
      </w:r>
    </w:p>
    <w:p>
      <w:r>
        <w:t>Ver sannferdig i ein samtale der du elles ville ha gøymt deg bak eit uklart svar.</w:t>
      </w:r>
    </w:p>
    <w:p>
      <w:pPr>
        <w:pStyle w:val="Heading2"/>
      </w:pPr>
      <w:r>
        <w:t>Bøn</w:t>
      </w:r>
    </w:p>
    <w:p>
      <w:r>
        <w:t>Jesus, hjelp meg å søkja sanninga og våga å svara ærleg. Gje meg mot og kjærleik i det eg seier.</w:t>
      </w:r>
    </w:p>
    <w:p>
      <w:pPr>
        <w:pStyle w:val="Heading1"/>
        <w:pageBreakBefore/>
      </w:pPr>
      <w:r>
        <w:t>Leksjon 6 Dei vil vel ha vørdnad for son min</w:t>
      </w:r>
    </w:p>
    <w:p>
      <w:r>
        <w:t>Les Mark 12,1–12 i Bibelen din.</w:t>
      </w:r>
    </w:p>
    <w:p>
      <w:pPr>
        <w:pStyle w:val="Heading2"/>
      </w:pPr>
      <w:r>
        <w:t>Gå inn i forteljinga</w:t>
      </w:r>
    </w:p>
    <w:p>
      <w:r>
        <w:t>Jesus fortel om ein vingard eigaren har gjort klar. Les kva leigefolket gjer med utsendingane og til slutt med sonen.</w:t>
      </w:r>
    </w:p>
    <w:p>
      <w:pPr>
        <w:pStyle w:val="Heading2"/>
      </w:pPr>
      <w:r>
        <w:t>Kommentar</w:t>
      </w:r>
    </w:p>
    <w:p>
      <w:r>
        <w:t>Ein mann plantar ein vingard, set gjerde rundt, grev ut ei vinpresse og byggjer eit tårn. Så leiger han han bort og reiser utanlands.</w:t>
      </w:r>
    </w:p>
    <w:p>
      <w:r>
        <w:t>Eg har alltid lagt merke til kor mykje eigaren har gjort før han reiser. Alt er klart. Leigefolket får ein ferdig vingard. Dei har ikkje bygt noko av det sjølve.</w:t>
      </w:r>
    </w:p>
    <w:p>
      <w:r>
        <w:t>Når tida er inne, sender han ein tenar for å få sin del av avlinga. Dei slår han og sender han tomhendt bort. Han sender ein til, og ein til. Nokre blir slegne, nokre drepne. Og han held fram med å senda.</w:t>
      </w:r>
    </w:p>
    <w:p>
      <w:r>
        <w:t>Til slutt har han berre éin att, sonen han elskar. Og han tenkjer: Dei vil vel ha vørdnad for son min.</w:t>
      </w:r>
    </w:p>
    <w:p>
      <w:r>
        <w:t>Den setninga rører meg meir enn nokon annan i likninga. Det er nesten naivt. Etter alt som har skjedd, trur eigaren framleis at det finst noko godt i dei. Eg trur det er slik Gud er. Han gjev ikkje opp håpet om oss, sjølv når all erfaring talar imot.</w:t>
      </w:r>
    </w:p>
    <w:p>
      <w:r>
        <w:t>Eg tenkjer på livet mitt som ein slik vingard. Eg har ikkje sådd det meste av det som veks der. Det er lånt. Og spørsmålet er ikkje om eg eig det, men korleis eg tek imot dei som kjem for å minna meg om kven det høyrer til.</w:t>
      </w:r>
    </w:p>
    <w:p>
      <w:r>
        <w:t>Steinen bygningsmennene vraka, har vorte hovudhjørnestein. Det som vart kasta ut, bèr no heile huset.</w:t>
      </w:r>
    </w:p>
    <w:p>
      <w:pPr>
        <w:pStyle w:val="Heading2"/>
      </w:pPr>
      <w:r>
        <w:t>Sjå nøye etter</w:t>
      </w:r>
    </w:p>
    <w:p>
      <w:r>
        <w:t>Kva har eigaren gjeve leigefolket? Kva seier Jesus om steinen som vart vraka, og korleis reagerer motstandarane?</w:t>
      </w:r>
    </w:p>
    <w:p>
      <w:pPr>
        <w:pStyle w:val="Heading2"/>
      </w:pPr>
      <w:r>
        <w:t>Til ettertanke</w:t>
      </w:r>
    </w:p>
    <w:p>
      <w:r>
        <w:t>Kva i livet mitt har eg teke imot som ei gåve, og korleis forvaltar eg det?</w:t>
      </w:r>
    </w:p>
    <w:p>
      <w:pPr>
        <w:pStyle w:val="Heading2"/>
      </w:pPr>
      <w:r>
        <w:t>Saman</w:t>
      </w:r>
    </w:p>
    <w:p>
      <w:r>
        <w:t>Korleis kan vi hjelpa kvarandre til å ta imot Sonen og forvalta det Gud har gjeve oss?</w:t>
      </w:r>
    </w:p>
    <w:p>
      <w:pPr>
        <w:pStyle w:val="Heading2"/>
      </w:pPr>
      <w:r>
        <w:t>Lev det ut</w:t>
      </w:r>
    </w:p>
    <w:p>
      <w:r>
        <w:t>Takk Gud for noko du har fått utan å ha skapt det sjølv. Bruk gåva til beste for eit anna menneske.</w:t>
      </w:r>
    </w:p>
    <w:p>
      <w:pPr>
        <w:pStyle w:val="Heading2"/>
      </w:pPr>
      <w:r>
        <w:t>Bøn</w:t>
      </w:r>
    </w:p>
    <w:p>
      <w:r>
        <w:t>Far, takk for Son din og for gåvene dine. Hjelp oss å ta imot han og forvalta livet i takksemd.</w:t>
      </w:r>
    </w:p>
    <w:p>
      <w:pPr>
        <w:pStyle w:val="Heading1"/>
        <w:pageBreakBefore/>
      </w:pPr>
      <w:r>
        <w:t>Leksjon 7 Kven sitt bilete</w:t>
      </w:r>
    </w:p>
    <w:p>
      <w:r>
        <w:t>Les Mark 12,13–17 i Bibelen din.</w:t>
      </w:r>
    </w:p>
    <w:p>
      <w:pPr>
        <w:pStyle w:val="Heading2"/>
      </w:pPr>
      <w:r>
        <w:t>Gå inn i forteljinga</w:t>
      </w:r>
    </w:p>
    <w:p>
      <w:r>
        <w:t>Spørsmålet om skatt er meint som ei felle. Jesus bed om ein mynt og fører samtalen vidare med eit spørsmål.</w:t>
      </w:r>
    </w:p>
    <w:p>
      <w:pPr>
        <w:pStyle w:val="Heading2"/>
      </w:pPr>
      <w:r>
        <w:t>Kommentar</w:t>
      </w:r>
    </w:p>
    <w:p>
      <w:r>
        <w:t>Nokre farisearar og herodianarar kjem med fine ord. Lærar, vi veit at du er sannferdig og ikkje tek omsyn til nokon. Så kjem fella: Er det rett å betala skatt til keisaren eller ikkje?</w:t>
      </w:r>
    </w:p>
    <w:p>
      <w:r>
        <w:t>Jesus ser gjennom dei. Kvifor set de meg på prøve? Kom med ein denar, så eg får sjå han.</w:t>
      </w:r>
    </w:p>
    <w:p>
      <w:r>
        <w:t>Eg har alltid lagt merke til at han ikkje har ein sjølv. Dei må henta mynten. Så spør han: Kven sitt bilete og namn er dette? Keisaren sitt.</w:t>
      </w:r>
    </w:p>
    <w:p>
      <w:r>
        <w:t>Gjev då keisaren det som høyrer keisaren til, og Gud det som høyrer Gud til.</w:t>
      </w:r>
    </w:p>
    <w:p>
      <w:r>
        <w:t>Folk har brukt dette ordet til mykje, om kyrkje og stat, om skatt og lydnad. Men det eg sit att med, er eit anna spørsmål som ligg under. Om mynten høyrer keisaren til fordi biletet hans står på han, kva høyrer då Gud til?</w:t>
      </w:r>
    </w:p>
    <w:p>
      <w:r>
        <w:t>Det som ber Guds bilete. Mennesket. Meg.</w:t>
      </w:r>
    </w:p>
    <w:p>
      <w:r>
        <w:t>Keisaren kan få myntane sine. Men eg kan ikkje gje Gud mindre enn meg sjølv. Det er ikkje eit krav som blir lagt på meg utanfrå. Det er berre å gje tilbake det som alltid var hans.</w:t>
      </w:r>
    </w:p>
    <w:p>
      <w:pPr>
        <w:pStyle w:val="Heading2"/>
      </w:pPr>
      <w:r>
        <w:t>Sjå nøye etter</w:t>
      </w:r>
    </w:p>
    <w:p>
      <w:r>
        <w:t>Kva spør Jesus om på mynten? Kva seier han om keisaren og Gud? Merk at tanken om mennesket som Guds bilete er refleksjonen i kommentaren.</w:t>
      </w:r>
    </w:p>
    <w:p>
      <w:pPr>
        <w:pStyle w:val="Heading2"/>
      </w:pPr>
      <w:r>
        <w:t>Til ettertanke</w:t>
      </w:r>
    </w:p>
    <w:p>
      <w:r>
        <w:t>Kva inneber det at eg sjølv høyrer Gud til?</w:t>
      </w:r>
    </w:p>
    <w:p>
      <w:pPr>
        <w:pStyle w:val="Heading2"/>
      </w:pPr>
      <w:r>
        <w:t>Saman</w:t>
      </w:r>
    </w:p>
    <w:p>
      <w:r>
        <w:t>Korleis kan det at mennesket ber Guds bilete, forma måten vi møter og omtalar andre på?</w:t>
      </w:r>
    </w:p>
    <w:p>
      <w:pPr>
        <w:pStyle w:val="Heading2"/>
      </w:pPr>
      <w:r>
        <w:t>Lev det ut</w:t>
      </w:r>
    </w:p>
    <w:p>
      <w:r>
        <w:t>Møt eit menneske du er usamd med, med respekt. Be Gud hjelpa deg å sjå verdien han har gjeve vedkomande.</w:t>
      </w:r>
    </w:p>
    <w:p>
      <w:pPr>
        <w:pStyle w:val="Heading2"/>
      </w:pPr>
      <w:r>
        <w:t>Bøn</w:t>
      </w:r>
    </w:p>
    <w:p>
      <w:r>
        <w:t>Gud, livet mitt høyrer deg til. Hjelp meg å æra deg og sjå biletet ditt i menneska eg møter.</w:t>
      </w:r>
    </w:p>
    <w:p>
      <w:pPr>
        <w:pStyle w:val="Heading1"/>
        <w:pageBreakBefore/>
      </w:pPr>
      <w:r>
        <w:t>Leksjon 8 Ein Gud for dei levande</w:t>
      </w:r>
    </w:p>
    <w:p>
      <w:r>
        <w:t>Les Mark 12,18–27 i Bibelen din.</w:t>
      </w:r>
    </w:p>
    <w:p>
      <w:pPr>
        <w:pStyle w:val="Heading2"/>
      </w:pPr>
      <w:r>
        <w:t>Gå inn i forteljinga</w:t>
      </w:r>
    </w:p>
    <w:p>
      <w:r>
        <w:t>Saddukearane bruker ei forteljing for å setja spørsmålet om oppstoda på spissen. Lytt til svaret Jesus gjev frå skriftene.</w:t>
      </w:r>
    </w:p>
    <w:p>
      <w:pPr>
        <w:pStyle w:val="Heading2"/>
      </w:pPr>
      <w:r>
        <w:t>Kommentar</w:t>
      </w:r>
    </w:p>
    <w:p>
      <w:r>
        <w:t>Saddukearane trur ikkje på oppstoda. Så dei kjem med ei historie som skal gjera heile tanken latterleg. Sju brør gifter seg etter tur med same kvinna, og alle døyr barnlause. Kven sin kone skal ho vera i oppstoda?</w:t>
      </w:r>
    </w:p>
    <w:p>
      <w:r>
        <w:t>Jesus svarar at dei tek feil, fordi dei verken kjenner skriftene eller Guds kraft. I oppstoda gifter dei seg ikkje. Dei er som englane.</w:t>
      </w:r>
    </w:p>
    <w:p>
      <w:r>
        <w:t>Så går han til den brennande tornebusken. Gud sa til Moses: Eg er Abrahams Gud, Isaks Gud og Jakobs Gud. Ikkje var. Er. Og han legg til: Han er ikkje ein Gud for døde, men for levande.</w:t>
      </w:r>
    </w:p>
    <w:p>
      <w:r>
        <w:t>Eg har levd lenge nok til å ha mist mange. Foreldre, venner, folk eg har gått saman med i teneste. Når eg les denne teksten, tenkjer eg på dei. Gud sluttar ikkje å vera deira Gud fordi dei ikkje lenger er her. Relasjonen held. Det er ikkje eg som held han oppe med minna mine. Det er Gud som held han.</w:t>
      </w:r>
    </w:p>
    <w:p>
      <w:r>
        <w:t>Eg veit ikkje korleis det blir. Jesus seier lite om det, og eg vil ikkje seia meir enn han. Men det han seier, er nok. Dei eg har mist, er ikkje borte for Gud.</w:t>
      </w:r>
    </w:p>
    <w:p>
      <w:pPr>
        <w:pStyle w:val="Heading2"/>
      </w:pPr>
      <w:r>
        <w:t>Sjå nøye etter</w:t>
      </w:r>
    </w:p>
    <w:p>
      <w:r>
        <w:t>Kva seier Jesus at dei ikkje kjenner? Kva lærer han gjennom orda til Moses om Abraham, Isak og Jakob?</w:t>
      </w:r>
    </w:p>
    <w:p>
      <w:pPr>
        <w:pStyle w:val="Heading2"/>
      </w:pPr>
      <w:r>
        <w:t>Til ettertanke</w:t>
      </w:r>
    </w:p>
    <w:p>
      <w:r>
        <w:t>Kva håp gjev Jesu ord meg når eg tenkjer på døden og dei eg har mist?</w:t>
      </w:r>
    </w:p>
    <w:p>
      <w:pPr>
        <w:pStyle w:val="Heading2"/>
      </w:pPr>
      <w:r>
        <w:t>Saman</w:t>
      </w:r>
    </w:p>
    <w:p>
      <w:r>
        <w:t>Korleis kan vi bera kvarandre i sorg og halda fram håpet utan å seia meir enn vi veit?</w:t>
      </w:r>
    </w:p>
    <w:p>
      <w:pPr>
        <w:pStyle w:val="Heading2"/>
      </w:pPr>
      <w:r>
        <w:t>Lev det ut</w:t>
      </w:r>
    </w:p>
    <w:p>
      <w:r>
        <w:t>Gje tid og omsorg til nokon som sørgjer. Les gjerne Jesu ord saman dersom vedkomande ønskjer det.</w:t>
      </w:r>
    </w:p>
    <w:p>
      <w:pPr>
        <w:pStyle w:val="Heading2"/>
      </w:pPr>
      <w:r>
        <w:t>Bøn</w:t>
      </w:r>
    </w:p>
    <w:p>
      <w:r>
        <w:t>Gud for dei levande, takk for at vi høyrer deg til. Ber oss i sorga, og styrk håpet om oppstoda.</w:t>
      </w:r>
    </w:p>
    <w:p>
      <w:pPr>
        <w:pStyle w:val="Heading1"/>
        <w:pageBreakBefore/>
      </w:pPr>
      <w:r>
        <w:t>Leksjon 9 Ikkje langt frå Guds rike</w:t>
      </w:r>
    </w:p>
    <w:p>
      <w:r>
        <w:t>Les Mark 12,28–34 i Bibelen din.</w:t>
      </w:r>
    </w:p>
    <w:p>
      <w:pPr>
        <w:pStyle w:val="Heading2"/>
      </w:pPr>
      <w:r>
        <w:t>Gå inn i forteljinga</w:t>
      </w:r>
    </w:p>
    <w:p>
      <w:r>
        <w:t>Ein skriftlærd kjem med eit spørsmål Jesus tek på alvor. Les både svaret frå Jesus og det mannen seier etterpå.</w:t>
      </w:r>
    </w:p>
    <w:p>
      <w:pPr>
        <w:pStyle w:val="Heading2"/>
      </w:pPr>
      <w:r>
        <w:t>Kommentar</w:t>
      </w:r>
    </w:p>
    <w:p>
      <w:r>
        <w:t>Ein skriftlærd har høyrt samtalen og ser at Jesus svarar godt. Så spør han, og eg trur han spør ærleg: Kva er det fyrste av alle boda?</w:t>
      </w:r>
    </w:p>
    <w:p>
      <w:r>
        <w:t>Jesus svarar med ordet som kvar jøde bad morgon og kveld. Høyr, Israel! Herren vår Gud, Herren er éin. Du skal elska Herren din Gud av heile ditt hjarta, av heile di sjel, av heile din forstand og av all di kraft. Og det andre: Du skal elska nesten din som deg sjølv.</w:t>
      </w:r>
    </w:p>
    <w:p>
      <w:r>
        <w:t>Heile. Heile. Heile. All. Eg har lese det mange gonger og tenkt at det ikkje er plass for noko avgrensa her. Ikkje ein del av tida, ein del av tankane, ein del av kjærleiken. Heile mennesket, vendt mot Gud. Og så, frå den same kjelda, mot nesten.</w:t>
      </w:r>
    </w:p>
    <w:p>
      <w:r>
        <w:t>Den skriftlærde seier seg samd og legg til at dette er meir enn alle brennoffer og slaktoffer. Og Jesus ser at han har svara klokt og seier: Du er ikkje langt frå Guds rike.</w:t>
      </w:r>
    </w:p>
    <w:p>
      <w:r>
        <w:t>Ikkje langt frå. Eg har lenge tenkt på kva det tyder. Det er ros. Men det er òg ei påminning om at ein kan vera nær utan å vera inne. Ein kan kunna alle dei rette orda, vera samd i alt, og likevel stå rett utanfor døra.</w:t>
      </w:r>
    </w:p>
    <w:p>
      <w:r>
        <w:t>Eg trur skilnaden ikkje ligg i kunnskap. Den skriftlærde visste alt. Kanskje ligg skilnaden i å gå dei siste stega, frå å vera samd til å følgja.</w:t>
      </w:r>
    </w:p>
    <w:p>
      <w:pPr>
        <w:pStyle w:val="Heading2"/>
      </w:pPr>
      <w:r>
        <w:t>Sjå nøye etter</w:t>
      </w:r>
    </w:p>
    <w:p>
      <w:r>
        <w:t>Kva to bod nemner Jesus? Kva seier mannen om kjærleik og offer, og korleis svarar Jesus han?</w:t>
      </w:r>
    </w:p>
    <w:p>
      <w:pPr>
        <w:pStyle w:val="Heading2"/>
      </w:pPr>
      <w:r>
        <w:t>Til ettertanke</w:t>
      </w:r>
    </w:p>
    <w:p>
      <w:r>
        <w:t>Kva vil det seia å elska Gud med heile meg og nesten som meg sjølv i dag?</w:t>
      </w:r>
    </w:p>
    <w:p>
      <w:pPr>
        <w:pStyle w:val="Heading2"/>
      </w:pPr>
      <w:r>
        <w:t>Saman</w:t>
      </w:r>
    </w:p>
    <w:p>
      <w:r>
        <w:t>Korleis kan vi hjelpa kvarandre vidare frå å vera samde til å leva det Jesus lærer?</w:t>
      </w:r>
    </w:p>
    <w:p>
      <w:pPr>
        <w:pStyle w:val="Heading2"/>
      </w:pPr>
      <w:r>
        <w:t>Lev det ut</w:t>
      </w:r>
    </w:p>
    <w:p>
      <w:r>
        <w:t>Gjer ei konkret handling som søkjer det beste for ein annan. Lat henne springa ut av bøna og kjærleiken til Gud.</w:t>
      </w:r>
    </w:p>
    <w:p>
      <w:pPr>
        <w:pStyle w:val="Heading2"/>
      </w:pPr>
      <w:r>
        <w:t>Bøn</w:t>
      </w:r>
    </w:p>
    <w:p>
      <w:r>
        <w:t>Far, lat heile livet mitt vera vendt mot deg. Lær meg å elska nesten min i ord og handling.</w:t>
      </w:r>
    </w:p>
    <w:p>
      <w:pPr>
        <w:pStyle w:val="Heading1"/>
        <w:pageBreakBefore/>
      </w:pPr>
      <w:r>
        <w:t>Leksjon 10 Lange kappar og fremste plassar</w:t>
      </w:r>
    </w:p>
    <w:p>
      <w:r>
        <w:t>Les Mark 12,35–40 i Bibelen din.</w:t>
      </w:r>
    </w:p>
    <w:p>
      <w:pPr>
        <w:pStyle w:val="Heading2"/>
      </w:pPr>
      <w:r>
        <w:t>Gå inn i forteljinga</w:t>
      </w:r>
    </w:p>
    <w:p>
      <w:r>
        <w:t>Jesus spør om Messias som Davids Herre og åtvarar så mot ein religiøs framferd som tener seg sjølv på kostnad av andre.</w:t>
      </w:r>
    </w:p>
    <w:p>
      <w:pPr>
        <w:pStyle w:val="Heading2"/>
      </w:pPr>
      <w:r>
        <w:t>Kommentar</w:t>
      </w:r>
    </w:p>
    <w:p>
      <w:r>
        <w:t>Jesus stiller eit spørsmål om Messias. Korleis kan han vera Davids son, når David sjølv kallar han Herre? Dei skriftlærde svarar ikkje. Men det står at den store folkemengda høyrde gjerne på han.</w:t>
      </w:r>
    </w:p>
    <w:p>
      <w:r>
        <w:t>Så åtvarar han mot dei skriftlærde som likar å gå omkring i lange kappar og bli helste på torga, som vil ha dei fremste plassane i synagogane og heidersplassane i gjestebod. Dei et opp husa til enkjene og bed lange bøner for å bli sedde.</w:t>
      </w:r>
    </w:p>
    <w:p>
      <w:r>
        <w:t>Eg les dette med ubehag, fordi eg veit at det gjeld meg òg. Eg har fått mykje merksemd i livet. Bøker, foredrag, folk som kjenner namnet mitt. Og eg har likt det. Eg har likt å bli helst på. Eg har sete på fremste benk.</w:t>
      </w:r>
    </w:p>
    <w:p>
      <w:r>
        <w:t>Det er ikkje galt i seg sjølv. Men Jesus ser under det. Han ser kva det gjer med eit menneske når ein byrjar å leva for å bli sett. Og han set det rett ved sida av det verste: å tena seg sjølv på kostnad av dei svakaste.</w:t>
      </w:r>
    </w:p>
    <w:p>
      <w:r>
        <w:t>Lange bøner for å bli sedde. Eg har kjent den freistinga òg. Å be med tanke på dei som høyrer. Då er det ikkje lenger bøn. Det er framføring.</w:t>
      </w:r>
    </w:p>
    <w:p>
      <w:r>
        <w:t>Eg treng denne åtvaringa, og eg treng å høyra henne oftare enn eg gjer.</w:t>
      </w:r>
    </w:p>
    <w:p>
      <w:pPr>
        <w:pStyle w:val="Heading2"/>
      </w:pPr>
      <w:r>
        <w:t>Sjå nøye etter</w:t>
      </w:r>
    </w:p>
    <w:p>
      <w:r>
        <w:t>Kva seier David om Messias? Kva haldningar og handlingar åtvarar Jesus mot hjå dei skriftlærde?</w:t>
      </w:r>
    </w:p>
    <w:p>
      <w:pPr>
        <w:pStyle w:val="Heading2"/>
      </w:pPr>
      <w:r>
        <w:t>Til ettertanke</w:t>
      </w:r>
    </w:p>
    <w:p>
      <w:r>
        <w:t>Kvar søkjer eg å bli sett, framfor å søkja Gud og tena andre?</w:t>
      </w:r>
    </w:p>
    <w:p>
      <w:pPr>
        <w:pStyle w:val="Heading2"/>
      </w:pPr>
      <w:r>
        <w:t>Saman</w:t>
      </w:r>
    </w:p>
    <w:p>
      <w:r>
        <w:t>Korleis kan vi bruka innverknad til å verna dei svakaste og gje dei rom?</w:t>
      </w:r>
    </w:p>
    <w:p>
      <w:pPr>
        <w:pStyle w:val="Heading2"/>
      </w:pPr>
      <w:r>
        <w:t>Lev det ut</w:t>
      </w:r>
    </w:p>
    <w:p>
      <w:r>
        <w:t>Gjer ei teneste som ikkje treng merksemd eller takk. Be ei enkel bøn der du ikkje tenkjer på korleis ho høyrest ut.</w:t>
      </w:r>
    </w:p>
    <w:p>
      <w:pPr>
        <w:pStyle w:val="Heading2"/>
      </w:pPr>
      <w:r>
        <w:t>Bøn</w:t>
      </w:r>
    </w:p>
    <w:p>
      <w:r>
        <w:t>Jesus, hjelp meg å tena utan å søkja ære. Lat bøna vera sann, og lær meg å ta vare på dei sårbare.</w:t>
      </w:r>
    </w:p>
    <w:p>
      <w:pPr>
        <w:pStyle w:val="Heading1"/>
        <w:pageBreakBefore/>
      </w:pPr>
      <w:r>
        <w:t>Leksjon 11 To små koparmyntar</w:t>
      </w:r>
    </w:p>
    <w:p>
      <w:r>
        <w:t>Les Mark 12,41–44 i Bibelen din.</w:t>
      </w:r>
    </w:p>
    <w:p>
      <w:pPr>
        <w:pStyle w:val="Heading2"/>
      </w:pPr>
      <w:r>
        <w:t>Gå inn i forteljinga</w:t>
      </w:r>
    </w:p>
    <w:p>
      <w:r>
        <w:t>Jesus set seg ned og ser på gåvene ved tempelkista. Les forteljinga i samanheng med åtvaringa mot å eta opp husa til enkjene.</w:t>
      </w:r>
    </w:p>
    <w:p>
      <w:pPr>
        <w:pStyle w:val="Heading2"/>
      </w:pPr>
      <w:r>
        <w:t>Kommentar</w:t>
      </w:r>
    </w:p>
    <w:p>
      <w:r>
        <w:t>Jesus set seg ned midt imot tempelkista og ser på folk som legg pengar i ho. Mange rike legg i mykje. Så kjem ei fattig enkje og legg i to små koparmyntar.</w:t>
      </w:r>
    </w:p>
    <w:p>
      <w:r>
        <w:t>Han kallar på læresveinane. Denne enkja har lagt i meir enn alle dei andre. Dei gav av overflod. Ho gav av det ho trong, alt ho hadde å leva av.</w:t>
      </w:r>
    </w:p>
    <w:p>
      <w:r>
        <w:t>Eg legg merke til at Jesus sit og ser. Han har tid til det. Midt i den siste veka, med alt som ventar, set han seg ned og ser kva folk gjev. Og han ser den som ingen andre ser.</w:t>
      </w:r>
    </w:p>
    <w:p>
      <w:r>
        <w:t>Eg legg òg merke til kvar i evangeliet dette står. Rett før åtvara han mot dei som et opp husa til enkjene. No kjem ei enkje og gjev alt ho har til eit tempel som han nett har sagt skal gå under. Eg veit ikkje heilt kva eg skal gjera med det. Eg trur ikkje Jesus rosar systemet som tok pengane hennar. Men han ser henne. Han ser gåva og hjartet bak.</w:t>
      </w:r>
    </w:p>
    <w:p>
      <w:r>
        <w:t>Eg har gjeve mykje av overflod. Det har kosta meg lite. Eg veit ikkje om eg nokon gong har gjeve slik ho gjorde, alt, utan å halda noko att.</w:t>
      </w:r>
    </w:p>
    <w:p>
      <w:r>
        <w:t>Kanskje er det ikkje storleiken på gåva Jesus ser. Kanskje er det kor mykje av seg sjølv ein legg i henne.</w:t>
      </w:r>
    </w:p>
    <w:p>
      <w:r>
        <w:t>Og så, rett etterpå, går dei ut av tempelet, og ein av læresveinane seier: Lærar, sjå for nokre steinar og for nokre bygningar!</w:t>
      </w:r>
    </w:p>
    <w:p>
      <w:r>
        <w:t>Dei såg steinane. Han hadde sett enkja.</w:t>
      </w:r>
    </w:p>
    <w:p>
      <w:pPr>
        <w:pStyle w:val="Heading2"/>
      </w:pPr>
      <w:r>
        <w:t>Sjå nøye etter</w:t>
      </w:r>
    </w:p>
    <w:p>
      <w:r>
        <w:t>Kva ser Jesus i gåva til enkja som andre kan oversjå? Kva er skilnaden på det ho og dei rike gjev?</w:t>
      </w:r>
    </w:p>
    <w:p>
      <w:pPr>
        <w:pStyle w:val="Heading2"/>
      </w:pPr>
      <w:r>
        <w:t>Til ettertanke</w:t>
      </w:r>
    </w:p>
    <w:p>
      <w:r>
        <w:t>Kva lærer denne forteljinga meg om å sjå mennesket og hjartet bak ei gåve?</w:t>
      </w:r>
    </w:p>
    <w:p>
      <w:pPr>
        <w:pStyle w:val="Heading2"/>
      </w:pPr>
      <w:r>
        <w:t>Saman</w:t>
      </w:r>
    </w:p>
    <w:p>
      <w:r>
        <w:t>Korleis kan vi verdsetja det menneske gjev og samstundes ta vare på dei som har lite?</w:t>
      </w:r>
    </w:p>
    <w:p>
      <w:pPr>
        <w:pStyle w:val="Heading2"/>
      </w:pPr>
      <w:r>
        <w:t>Lev det ut</w:t>
      </w:r>
    </w:p>
    <w:p>
      <w:r>
        <w:t>Legg merke til ei lita gåve eller teneste nokon gjev. Takk for henne, og ver merksam på behov vedkomande sjølv har.</w:t>
      </w:r>
    </w:p>
    <w:p>
      <w:pPr>
        <w:pStyle w:val="Heading2"/>
      </w:pPr>
      <w:r>
        <w:t>Bøn</w:t>
      </w:r>
    </w:p>
    <w:p>
      <w:r>
        <w:t>Jesus, lær meg å sjå den du ser. Gje oss rause hjarte og omsorg for dei som har lite.</w:t>
      </w:r>
    </w:p>
    <w:p>
      <w:pPr>
        <w:pStyle w:val="Heading1"/>
        <w:pageBreakBefore/>
      </w:pPr>
      <w:r>
        <w:t>Leksjon 12 Steinane</w:t>
      </w:r>
    </w:p>
    <w:p>
      <w:r>
        <w:t>Les Mark 13,1–2 i Bibelen din.</w:t>
      </w:r>
    </w:p>
    <w:p>
      <w:pPr>
        <w:pStyle w:val="Heading2"/>
      </w:pPr>
      <w:r>
        <w:t>Gå inn i forteljinga</w:t>
      </w:r>
    </w:p>
    <w:p>
      <w:r>
        <w:t>Ein læresvein blir gripen av storleiken på tempelet. Jesus seier at steinane ikkje skal bli ståande.</w:t>
      </w:r>
    </w:p>
    <w:p>
      <w:pPr>
        <w:pStyle w:val="Heading2"/>
      </w:pPr>
      <w:r>
        <w:t>Kommentar</w:t>
      </w:r>
    </w:p>
    <w:p>
      <w:r>
        <w:t>Dei går ut av tempelet, og ein av læresveinane seier: Lærar, sjå for nokre steinar og for nokre bygningar!</w:t>
      </w:r>
    </w:p>
    <w:p>
      <w:r>
        <w:t>Eg forstår han. Han var frå Galilea, frå fiskarbåtar og små hus. Og der stod han framfor noko av det største menneske hadde bygt. Det må ha kjennest som om ingenting kunne rikka det.</w:t>
      </w:r>
    </w:p>
    <w:p>
      <w:r>
        <w:t>Jesus svarar: Ikkje ein stein skal liggja att på den andre.</w:t>
      </w:r>
    </w:p>
    <w:p>
      <w:r>
        <w:t>Eg har sett nok i livet til å vita at det han sa, ikkje berre gjaldt tempelet i Jerusalem. Eg har sett ting eg trudde var faste, gå i oppløysing. Kyrkjelydar som var fulle, står tomme. Rørsler som bar ei heil generasjon, finst ikkje lenger. Eg har sett menneske eg trudde var stolpar, falla.</w:t>
      </w:r>
    </w:p>
    <w:p>
      <w:r>
        <w:t>Det er ikkje trist berre. Det er ei fridom i det òg. Om ikkje steinane varer, treng eg ikkje byggja livet mitt på dei. Då kan eg retta blikket mot han som stod og såg på steinane saman med læresveinen, og som visste kva som skulle stå att når alt anna var borte.</w:t>
      </w:r>
    </w:p>
    <w:p>
      <w:pPr>
        <w:pStyle w:val="Heading2"/>
      </w:pPr>
      <w:r>
        <w:t>Sjå nøye etter</w:t>
      </w:r>
    </w:p>
    <w:p>
      <w:r>
        <w:t>Kva legg læresveinen merke til, og kva svarar Jesus? Les gjerne dette saman med det Jesus nett har sett ved tempelkista.</w:t>
      </w:r>
    </w:p>
    <w:p>
      <w:pPr>
        <w:pStyle w:val="Heading2"/>
      </w:pPr>
      <w:r>
        <w:t>Til ettertanke</w:t>
      </w:r>
    </w:p>
    <w:p>
      <w:r>
        <w:t>Kva byggjer eg tryggleiken min på når det eg trudde var fast, kan falla?</w:t>
      </w:r>
    </w:p>
    <w:p>
      <w:pPr>
        <w:pStyle w:val="Heading2"/>
      </w:pPr>
      <w:r>
        <w:t>Saman</w:t>
      </w:r>
    </w:p>
    <w:p>
      <w:r>
        <w:t>Korleis kan vi støtta kvarandre når ei ordning eller eit fellesskap endrar seg eller går i oppløysing?</w:t>
      </w:r>
    </w:p>
    <w:p>
      <w:pPr>
        <w:pStyle w:val="Heading2"/>
      </w:pPr>
      <w:r>
        <w:t>Lev det ut</w:t>
      </w:r>
    </w:p>
    <w:p>
      <w:r>
        <w:t>Legg ei endring som uroar deg fram for Gud. Les eit ord frå Jesus som kan hjelpa deg å halda fast ved han.</w:t>
      </w:r>
    </w:p>
    <w:p>
      <w:pPr>
        <w:pStyle w:val="Heading2"/>
      </w:pPr>
      <w:r>
        <w:t>Bøn</w:t>
      </w:r>
    </w:p>
    <w:p>
      <w:r>
        <w:t>Jesus, hjelp meg å byggja livet på deg. Ver mi tryggleik når det eg trudde var varig, blir borte.</w:t>
      </w:r>
    </w:p>
    <w:p>
      <w:pPr>
        <w:pStyle w:val="Heading1"/>
        <w:pageBreakBefore/>
      </w:pPr>
      <w:r>
        <w:t>Leksjon 13 Sjå til at ingen fører dykk vill</w:t>
      </w:r>
    </w:p>
    <w:p>
      <w:r>
        <w:t>Les Mark 13,3–13 i Bibelen din.</w:t>
      </w:r>
    </w:p>
    <w:p>
      <w:pPr>
        <w:pStyle w:val="Heading2"/>
      </w:pPr>
      <w:r>
        <w:t>Gå inn i forteljinga</w:t>
      </w:r>
    </w:p>
    <w:p>
      <w:r>
        <w:t>Læresveinane spør om tidspunkt og teikn. Jesus lærer dei korleis dei skal møta forføring, uro og motstand.</w:t>
      </w:r>
    </w:p>
    <w:p>
      <w:pPr>
        <w:pStyle w:val="Heading2"/>
      </w:pPr>
      <w:r>
        <w:t>Kommentar</w:t>
      </w:r>
    </w:p>
    <w:p>
      <w:r>
        <w:t>Seinare sit Jesus på Oljeberget, rett overfor tempelet. Fire av læresveinane kjem til han og spør: Når skal dette skje? Og kva er teiknet?</w:t>
      </w:r>
    </w:p>
    <w:p>
      <w:r>
        <w:t>Eg legg merke til at han ikkje svarar på det dei spør om. Han seier i staden: Sjå til at ingen fører dykk vill.</w:t>
      </w:r>
    </w:p>
    <w:p>
      <w:r>
        <w:t>Mange skal koma i hans namn. Det skal vera krig og rykte om krig, jordskjelv og svolt. Men det er ikkje enden. Det er berre byrjinga på fødselsrier.</w:t>
      </w:r>
    </w:p>
    <w:p>
      <w:r>
        <w:t>Eg har høyrt mange forkynnarar rekna ut tida. Eg har sett folk bli urolege, selja alt, venta på ein dato. Eg har sjølv kjent dragnaden mot å lesa nyheitene som teikn. Men Jesus gjev ingen kalender. Han gjev ei åtvaring mot dei som påstår å ha ein.</w:t>
      </w:r>
    </w:p>
    <w:p>
      <w:r>
        <w:t>Så talar han om det som skal henda dei: Dei skal bli overgjevne til domstolar, slegne i synagogar, stilte fram for landshovdingar og kongar. Og han seier noko som eg trur har bore mange: Ver ikkje urolege for kva de skal seia. Det er ikkje de som talar, men Den heilage ande.</w:t>
      </w:r>
    </w:p>
    <w:p>
      <w:r>
        <w:t>Eg har aldri stått for ein domstol for trua mi. Men eg har stått i samtalar der eg ikkje visste kva eg skulle seia, og kjent at orda kom likevel. Ikkje frå meg.</w:t>
      </w:r>
    </w:p>
    <w:p>
      <w:r>
        <w:t>Den som held ut til enden, skal bli frelst. Ikkje den som skjønar alt. Den som held ut.</w:t>
      </w:r>
    </w:p>
    <w:p>
      <w:pPr>
        <w:pStyle w:val="Heading2"/>
      </w:pPr>
      <w:r>
        <w:t>Sjå nøye etter</w:t>
      </w:r>
    </w:p>
    <w:p>
      <w:r>
        <w:t>Kva åtvarar Jesus mot, og kva seier han om krig og uro? Kva lovnad gjev han om Anden når dei skal vitna?</w:t>
      </w:r>
    </w:p>
    <w:p>
      <w:pPr>
        <w:pStyle w:val="Heading2"/>
      </w:pPr>
      <w:r>
        <w:t>Til ettertanke</w:t>
      </w:r>
    </w:p>
    <w:p>
      <w:r>
        <w:t>Kva røyster formar frykta og forventningane mine? Korleis kan eg halda fast ved Jesu ord?</w:t>
      </w:r>
    </w:p>
    <w:p>
      <w:pPr>
        <w:pStyle w:val="Heading2"/>
      </w:pPr>
      <w:r>
        <w:t>Saman</w:t>
      </w:r>
    </w:p>
    <w:p>
      <w:r>
        <w:t>Korleis kan vi støtta kristne som møter motstand, og hjelpa kvarandre til å halda ut?</w:t>
      </w:r>
    </w:p>
    <w:p>
      <w:pPr>
        <w:pStyle w:val="Heading2"/>
      </w:pPr>
      <w:r>
        <w:t>Lev det ut</w:t>
      </w:r>
    </w:p>
    <w:p>
      <w:r>
        <w:t>Be for kristne som møter press eller forfølging. Les Jesu ord før du tek stilling til ein påstand som skaper frykt.</w:t>
      </w:r>
    </w:p>
    <w:p>
      <w:pPr>
        <w:pStyle w:val="Heading2"/>
      </w:pPr>
      <w:r>
        <w:t>Bøn</w:t>
      </w:r>
    </w:p>
    <w:p>
      <w:r>
        <w:t>Jesus, vern oss mot å bli førte vill. Heilage Ande, hjelp oss å vitna og vera trufaste når vi møter motstand.</w:t>
      </w:r>
    </w:p>
    <w:p>
      <w:pPr>
        <w:pStyle w:val="Heading1"/>
        <w:pageBreakBefore/>
      </w:pPr>
      <w:r>
        <w:t>Leksjon 14 Be om at det ikkje skal skje om vinteren</w:t>
      </w:r>
    </w:p>
    <w:p>
      <w:r>
        <w:t>Les Mark 13,14–23 i Bibelen din.</w:t>
      </w:r>
    </w:p>
    <w:p>
      <w:pPr>
        <w:pStyle w:val="Heading2"/>
      </w:pPr>
      <w:r>
        <w:t>Gå inn i forteljinga</w:t>
      </w:r>
    </w:p>
    <w:p>
      <w:r>
        <w:t>Jesus talar om naud og flukt. Legg merke til dei konkrete råda og menneska han nemner særskilt.</w:t>
      </w:r>
    </w:p>
    <w:p>
      <w:pPr>
        <w:pStyle w:val="Heading2"/>
      </w:pPr>
      <w:r>
        <w:t>Kommentar</w:t>
      </w:r>
    </w:p>
    <w:p>
      <w:r>
        <w:t>Så talar Jesus om ei tid då dei som er i Judea, må flykta til fjells. Den som er på taket, skal ikkje gå ned for å henta noko. Den som er ute på åkeren, skal ikkje venda om for å henta kappa si.</w:t>
      </w:r>
    </w:p>
    <w:p>
      <w:r>
        <w:t>Det er rare, konkrete bilete midt i det store. Eg ser for meg ein mann som står ute på åkeren og tenkjer på kappa som heng heime. Han må la henne vera.</w:t>
      </w:r>
    </w:p>
    <w:p>
      <w:r>
        <w:t>Og så seier Jesus noko som eg ikkje kan lesa utan å bli rørt: Ve dei som er med barn og dei som ammar i dei dagane. Og: Be om at det ikkje skal henda om vinteren.</w:t>
      </w:r>
    </w:p>
    <w:p>
      <w:r>
        <w:t>Midt i talen om katastrofar tenkjer han på gravide kvinner og på kulde. Han tenkjer på kor vanskeleg det er å flykta med eit lite barn. Han tenkjer på vegar som blir glatte, og vind som går gjennom kleda.</w:t>
      </w:r>
    </w:p>
    <w:p>
      <w:r>
        <w:t>Det seier meg noko om kven han er. Han som talar om verdas ende, har ikkje gløymt dei minste og mest sårbare. Han ber dei be om det heilt praktiske. Ikkje berre om frelse, men om milde vintrar.</w:t>
      </w:r>
    </w:p>
    <w:p>
      <w:r>
        <w:t>Så åtvarar han igjen: Om nokon seier, sjå, her er Messias, så tru det ikkje. Og han sluttar med ei enkel setning: Eg har sagt dykk alt på førehand.</w:t>
      </w:r>
    </w:p>
    <w:p>
      <w:r>
        <w:t>Det er ikkje eit løfte om at det skal bli lett. Det er eit løfte om at han visste, og at han har sagt det.</w:t>
      </w:r>
    </w:p>
    <w:p>
      <w:pPr>
        <w:pStyle w:val="Heading2"/>
      </w:pPr>
      <w:r>
        <w:t>Sjå nøye etter</w:t>
      </w:r>
    </w:p>
    <w:p>
      <w:r>
        <w:t>Kven blir nemnde i Jesu ord om flukta? Kva bed han dei be om, og kva åtvarar han mot?</w:t>
      </w:r>
    </w:p>
    <w:p>
      <w:pPr>
        <w:pStyle w:val="Heading2"/>
      </w:pPr>
      <w:r>
        <w:t>Til ettertanke</w:t>
      </w:r>
    </w:p>
    <w:p>
      <w:r>
        <w:t>Kva lærer Jesu praktiske omsorg meg om kva eg kan be for?</w:t>
      </w:r>
    </w:p>
    <w:p>
      <w:pPr>
        <w:pStyle w:val="Heading2"/>
      </w:pPr>
      <w:r>
        <w:t>Saman</w:t>
      </w:r>
    </w:p>
    <w:p>
      <w:r>
        <w:t>Korleis kan vi støtta menneske på flukt og familiar i naud?</w:t>
      </w:r>
    </w:p>
    <w:p>
      <w:pPr>
        <w:pStyle w:val="Heading2"/>
      </w:pPr>
      <w:r>
        <w:t>Lev det ut</w:t>
      </w:r>
    </w:p>
    <w:p>
      <w:r>
        <w:t>Be for eit konkret praktisk behov hjå menneske i ei krise. Gje hjelp gjennom ei påliteleg ordning om du har høve.</w:t>
      </w:r>
    </w:p>
    <w:p>
      <w:pPr>
        <w:pStyle w:val="Heading2"/>
      </w:pPr>
      <w:r>
        <w:t>Bøn</w:t>
      </w:r>
    </w:p>
    <w:p>
      <w:r>
        <w:t>Jesus, takk for at du ser dei sårbare. Vern dei som må flykta, og hjelp oss å møta konkrete behov med omsorg.</w:t>
      </w:r>
    </w:p>
    <w:p>
      <w:pPr>
        <w:pStyle w:val="Heading1"/>
        <w:pageBreakBefore/>
      </w:pPr>
      <w:r>
        <w:t>Leksjon 15 Frå dei fire vindane</w:t>
      </w:r>
    </w:p>
    <w:p>
      <w:r>
        <w:t>Les Mark 13,24–27 i Bibelen din.</w:t>
      </w:r>
    </w:p>
    <w:p>
      <w:pPr>
        <w:pStyle w:val="Heading2"/>
      </w:pPr>
      <w:r>
        <w:t>Gå inn i forteljinga</w:t>
      </w:r>
    </w:p>
    <w:p>
      <w:r>
        <w:t>Språket blir stort og alvorleg. Midt i det som blir rista, talar Jesus om Menneskesonen og om å samla dei utvalde.</w:t>
      </w:r>
    </w:p>
    <w:p>
      <w:pPr>
        <w:pStyle w:val="Heading2"/>
      </w:pPr>
      <w:r>
        <w:t>Kommentar</w:t>
      </w:r>
    </w:p>
    <w:p>
      <w:r>
        <w:t>Så skiftar språket. Sola skal myrkna, månen skal ikkje gje lys, stjernene skal falla frå himmelen. Og då skal dei sjå Menneskesonen koma i skyene med stor makt og herlegdom.</w:t>
      </w:r>
    </w:p>
    <w:p>
      <w:r>
        <w:t>Eg les ikkje dette som ei skildring eg kan teikna eller rekna på. Eg les det som eit bilete av at alt det som har gjeve lys og orden, ein gong skal slokna. Og nett då kjem han.</w:t>
      </w:r>
    </w:p>
    <w:p>
      <w:r>
        <w:t>Det som rører meg mest, er den siste setninga. Han skal senda ut englane og samla sine utvalde frå dei fire vindane, frå enden av jorda til enden av himmelen.</w:t>
      </w:r>
    </w:p>
    <w:p>
      <w:r>
        <w:t>Samla. Det er det han gjer. Ikkje spreia, ikkje skilja ut, men samla. Frå alle kantar. Dei som er spreidde, dei som har gått seg bort, dei som bur langt borte frå kvarandre.</w:t>
      </w:r>
    </w:p>
    <w:p>
      <w:r>
        <w:t>Eg har vener over heile verda. Menneske eg har bede saman med i andre land, på andre språk. Mange av dei har eg ikkje sett på mange år. Nokre vil eg aldri sjå att her. Men eg trur på den samlinga. Ein dag skal vi stå saman.</w:t>
      </w:r>
    </w:p>
    <w:p>
      <w:pPr>
        <w:pStyle w:val="Heading2"/>
      </w:pPr>
      <w:r>
        <w:t>Sjå nøye etter</w:t>
      </w:r>
    </w:p>
    <w:p>
      <w:r>
        <w:t>Kva seier Jesus om Menneskesonen, og kor vidt femner samlinga av dei utvalde?</w:t>
      </w:r>
    </w:p>
    <w:p>
      <w:pPr>
        <w:pStyle w:val="Heading2"/>
      </w:pPr>
      <w:r>
        <w:t>Til ettertanke</w:t>
      </w:r>
    </w:p>
    <w:p>
      <w:r>
        <w:t>Kva håp gjev det meg at Jesus skal samla sitt folk frå alle kantar?</w:t>
      </w:r>
    </w:p>
    <w:p>
      <w:pPr>
        <w:pStyle w:val="Heading2"/>
      </w:pPr>
      <w:r>
        <w:t>Saman</w:t>
      </w:r>
    </w:p>
    <w:p>
      <w:r>
        <w:t>Korleis kan håpet om denne samlinga styrkja fellesskapet vårt med kristne i andre land?</w:t>
      </w:r>
    </w:p>
    <w:p>
      <w:pPr>
        <w:pStyle w:val="Heading2"/>
      </w:pPr>
      <w:r>
        <w:t>Lev det ut</w:t>
      </w:r>
    </w:p>
    <w:p>
      <w:r>
        <w:t>Be for eit kristent fellesskap i eit anna land. Ta gjerne kontakt med nokon du kjenner, og gje ei oppmuntring.</w:t>
      </w:r>
    </w:p>
    <w:p>
      <w:pPr>
        <w:pStyle w:val="Heading2"/>
      </w:pPr>
      <w:r>
        <w:t>Bøn</w:t>
      </w:r>
    </w:p>
    <w:p>
      <w:r>
        <w:t>Jesus, takk for håpet om å bli samla hos deg. Styrk folket ditt over heile verda og hjelp oss å halda fast ved deg.</w:t>
      </w:r>
    </w:p>
    <w:p>
      <w:pPr>
        <w:pStyle w:val="Heading1"/>
        <w:pageBreakBefore/>
      </w:pPr>
      <w:r>
        <w:t>Leksjon 16 Lær av fikentreet</w:t>
      </w:r>
    </w:p>
    <w:p>
      <w:r>
        <w:t>Les Mark 13,28–31 i Bibelen din.</w:t>
      </w:r>
    </w:p>
    <w:p>
      <w:pPr>
        <w:pStyle w:val="Heading2"/>
      </w:pPr>
      <w:r>
        <w:t>Gå inn i forteljinga</w:t>
      </w:r>
    </w:p>
    <w:p>
      <w:r>
        <w:t>Jesus bruker fikentreet til å læra læresveinane å sjå. Les også den faste lovnaden han gjev om orda sine.</w:t>
      </w:r>
    </w:p>
    <w:p>
      <w:pPr>
        <w:pStyle w:val="Heading2"/>
      </w:pPr>
      <w:r>
        <w:t>Kommentar</w:t>
      </w:r>
    </w:p>
    <w:p>
      <w:r>
        <w:t>Lær av fikentreet, seier Jesus. Når greinene blir mjuke og det skyt blad, veit de at sumaren er nær.</w:t>
      </w:r>
    </w:p>
    <w:p>
      <w:r>
        <w:t>Eg merkar meg at det er eit fikentre att. Nokre dagar før forbanna han eit fikentre som hadde blad utan frukt. No brukar han eit anna som eit teikn på håp. Same treet, men eit anna bilete. Det eine visnar. Det andre spring ut.</w:t>
      </w:r>
    </w:p>
    <w:p>
      <w:r>
        <w:t>Eg har levd heile livet i eit land der våren kjem seint og brått. Ein dag er alt grått, og så ein morgon står bjørkene med den første lysegrøne slørkanten. Ein veit ikkje heilt når det skjer. Men ein veit at det skjer. Og når det skjer, veit ein at sumaren er på veg.</w:t>
      </w:r>
    </w:p>
    <w:p>
      <w:r>
        <w:t>Så seier Jesus eit ord som har vore eit fast punkt for meg i mange år: Himmel og jord skal forgå, men orda mine skal ikkje forgå.</w:t>
      </w:r>
    </w:p>
    <w:p>
      <w:r>
        <w:t>Steinane i tempelet skulle falla. Sol og måne skulle myrkna. Men orda hans skal stå. Eg har ikkje så mykje anna å byggja på. Og eg har ikkje trunge noko anna.</w:t>
      </w:r>
    </w:p>
    <w:p>
      <w:pPr>
        <w:pStyle w:val="Heading2"/>
      </w:pPr>
      <w:r>
        <w:t>Sjå nøye etter</w:t>
      </w:r>
    </w:p>
    <w:p>
      <w:r>
        <w:t>Kva lærer Jesus gjennom årstidene, og kva seier han skal stå når himmel og jord forgår?</w:t>
      </w:r>
    </w:p>
    <w:p>
      <w:pPr>
        <w:pStyle w:val="Heading2"/>
      </w:pPr>
      <w:r>
        <w:t>Til ettertanke</w:t>
      </w:r>
    </w:p>
    <w:p>
      <w:r>
        <w:t>Kva ord frå Jesus har vorte eit fast punkt for meg?</w:t>
      </w:r>
    </w:p>
    <w:p>
      <w:pPr>
        <w:pStyle w:val="Heading2"/>
      </w:pPr>
      <w:r>
        <w:t>Saman</w:t>
      </w:r>
    </w:p>
    <w:p>
      <w:r>
        <w:t>Korleis kan vi hjelpa kvarandre til å byggja på Jesu ord når mykje er usikkert?</w:t>
      </w:r>
    </w:p>
    <w:p>
      <w:pPr>
        <w:pStyle w:val="Heading2"/>
      </w:pPr>
      <w:r>
        <w:t>Lev det ut</w:t>
      </w:r>
    </w:p>
    <w:p>
      <w:r>
        <w:t>Skriv ned eitt ord frå Jesus og ta det med inn i dagen. Be om hjelp til å handla etter det.</w:t>
      </w:r>
    </w:p>
    <w:p>
      <w:pPr>
        <w:pStyle w:val="Heading2"/>
      </w:pPr>
      <w:r>
        <w:t>Bøn</w:t>
      </w:r>
    </w:p>
    <w:p>
      <w:r>
        <w:t>Jesus, takk for ord som står. Hjelp meg å lytta, forstå og leva etter det du har sagt.</w:t>
      </w:r>
    </w:p>
    <w:p>
      <w:pPr>
        <w:pStyle w:val="Heading1"/>
        <w:pageBreakBefore/>
      </w:pPr>
      <w:r>
        <w:t>Leksjon 17 Vak</w:t>
      </w:r>
    </w:p>
    <w:p>
      <w:r>
        <w:t>Les Mark 13,32–37 i Bibelen din.</w:t>
      </w:r>
    </w:p>
    <w:p>
      <w:pPr>
        <w:pStyle w:val="Heading2"/>
      </w:pPr>
      <w:r>
        <w:t>Gå inn i forteljinga</w:t>
      </w:r>
    </w:p>
    <w:p>
      <w:r>
        <w:t>Jesus seier at ingen kjenner dagen eller timen, og fortel om tenarar som har fått kvar sitt arbeid. Les oppmodinga til å vaka som eit ord til deg.</w:t>
      </w:r>
    </w:p>
    <w:p>
      <w:pPr>
        <w:pStyle w:val="Heading2"/>
      </w:pPr>
      <w:r>
        <w:t>Kommentar</w:t>
      </w:r>
    </w:p>
    <w:p>
      <w:r>
        <w:t>Men den dagen eller timen kjenner ingen, ikkje englane i himmelen, ikkje Sonen, berre Faderen.</w:t>
      </w:r>
    </w:p>
    <w:p>
      <w:r>
        <w:t>Det er ei setning eg er glad for. Om ikkje Sonen visste, treng heller ikkje eg vita. Og eg treng ikkje vera redd for å ikkje vita.</w:t>
      </w:r>
    </w:p>
    <w:p>
      <w:r>
        <w:t>Så fortel Jesus om ein mann som reiser utanlands. Han gjev tenarane sine fullmakt, kvar sitt arbeid, og seier til dørvaktaren at han skal vaka.</w:t>
      </w:r>
    </w:p>
    <w:p>
      <w:r>
        <w:t>Kvar sitt arbeid. Å vaka er ikkje å sitja og stirra mot horisonten. Det er å gjera det ein har fått, trufast, dag etter dag.</w:t>
      </w:r>
    </w:p>
    <w:p>
      <w:r>
        <w:t>Herren kan koma om kvelden, ved midnatt, når hanen gal, eller om morgonen. Eg har lagt merke til at det er nett dei timane som kjem i dei neste kapitla. Om kvelden et Jesus måltidet med læresveinane. Ved midnatt ber han i Getsemane medan dei søv. Når hanen gal, fornektar Peter han. Om morgonen blir han ført til Pilatus.</w:t>
      </w:r>
    </w:p>
    <w:p>
      <w:r>
        <w:t>Det er som om Markus seier: Vakinga er ikkje berre for ein fjern framtid. Ho gjeld dei næraste timane òg. Og læresveinane sovna.</w:t>
      </w:r>
    </w:p>
    <w:p>
      <w:r>
        <w:t>Eg er ikkje ung lenger. For meg har vakinga vorte noko stillare enn ho var. Det handlar mindre om store forventningar og meir om å vera trufast i det vesle. Å be om morgonen. Å vera vaken for dei eg møter. Å ikkje sovna for det han har gjeve meg å gjera.</w:t>
      </w:r>
    </w:p>
    <w:p>
      <w:r>
        <w:t>Det eg seier til dykk, seier eg til alle: Vak!</w:t>
      </w:r>
    </w:p>
    <w:p>
      <w:pPr>
        <w:pStyle w:val="Heading2"/>
      </w:pPr>
      <w:r>
        <w:t>Sjå nøye etter</w:t>
      </w:r>
    </w:p>
    <w:p>
      <w:r>
        <w:t>Kven kjenner dagen og timen? Kva får tenarane, og kva seier Jesus til alle?</w:t>
      </w:r>
    </w:p>
    <w:p>
      <w:pPr>
        <w:pStyle w:val="Heading2"/>
      </w:pPr>
      <w:r>
        <w:t>Til ettertanke</w:t>
      </w:r>
    </w:p>
    <w:p>
      <w:r>
        <w:t>Kva arbeid og kva menneske har Gud lagt framfor meg no?</w:t>
      </w:r>
    </w:p>
    <w:p>
      <w:pPr>
        <w:pStyle w:val="Heading2"/>
      </w:pPr>
      <w:r>
        <w:t>Saman</w:t>
      </w:r>
    </w:p>
    <w:p>
      <w:r>
        <w:t>Korleis kan vi hjelpa kvarandre til å vera vakne og trufaste i kvardagen?</w:t>
      </w:r>
    </w:p>
    <w:p>
      <w:pPr>
        <w:pStyle w:val="Heading2"/>
      </w:pPr>
      <w:r>
        <w:t>Lev det ut</w:t>
      </w:r>
    </w:p>
    <w:p>
      <w:r>
        <w:t>Gjer ei oppgåve du veit Gud har gjeve deg, med merksemd og omsorg. Be om å vera vaken for menneska du møter.</w:t>
      </w:r>
    </w:p>
    <w:p>
      <w:pPr>
        <w:pStyle w:val="Heading2"/>
      </w:pPr>
      <w:r>
        <w:t>Bøn</w:t>
      </w:r>
    </w:p>
    <w:p>
      <w:r>
        <w:t>Far, hjelp meg å vaka og vera trufast i det du har gjeve meg. Lat meg møta dagen og menneska med eit ope hjarte.</w:t>
      </w:r>
    </w:p>
    <w:p>
      <w:pPr>
        <w:pStyle w:val="Heading1"/>
        <w:pageBreakBefore/>
      </w:pPr>
      <w:r>
        <w:t>Stans og sjå tilbake på modul 5</w:t>
      </w:r>
    </w:p>
    <w:p>
      <w:r>
        <w:t>Les Mark 11,17, Mark 12,29–31 og Mark 13,33–37 på nytt. Kva lærer desse orda oss om bøn, kjærleik og vaking? Sjå også tilbake på enkja og læresveinen som såg dei store steinane. Kva ønskjer Jesus å hjelpa oss til å sjå?</w:t>
      </w:r>
    </w:p>
    <w:p>
      <w:r>
        <w:t>Del eitt ord som har gripi dykk, og eitt konkret steg de har teke. Be for kvarandre om tru, kjærleik og trufastheit. Modul 6 tek oss vidare til den siste natta, krossen og den tomme grava.</w:t>
      </w:r>
    </w:p>
    <w:p>
      <w:pPr>
        <w:pStyle w:val="Heading1"/>
        <w:pageBreakBefore/>
      </w:pPr>
      <w:r>
        <w:t>Modul 6 Krossen og oppstoda</w:t>
      </w:r>
    </w:p>
    <w:p>
      <w:r>
        <w:t>Mark 14,1–16,20</w:t>
      </w:r>
    </w:p>
    <w:p>
      <w:r>
        <w:t>Vi går med Jesus gjennom den siste natta, rettssakene, krossfestinga og gravlegginga. Læresveinane sviktar, men Jesus held fram. Han gjev seg sjølv, og døden får ikkje siste ordet. Ved den tomme grava får også Peter høyra at han er kalla til å koma. Den oppstadne Jesus sender læresveinane ut, og Herren verkar med dei.</w:t>
      </w:r>
    </w:p>
    <w:p>
      <w:r>
        <w:t>Modulen har nitten leksjonar. Gje dei tunge avsnitta tid, og les dei i lys av Jesu eigne ord om liding, død og oppstode. Dei to siste leksjonane bruker dei reviderte kommentarane Han er ikkje her og Han er med oss. Les heile bibelavsnittet før kommentaren, og avslutt med bøn og eit konkret steg i kvardagen.</w:t>
      </w:r>
    </w:p>
    <w:p>
      <w:pPr>
        <w:pStyle w:val="Heading1"/>
        <w:pageBreakBefore/>
      </w:pPr>
      <w:r>
        <w:t>Leksjon 1 Ikkje under høgtida</w:t>
      </w:r>
    </w:p>
    <w:p>
      <w:r>
        <w:t>Les Mark 14,1–2 i Bibelen din.</w:t>
      </w:r>
    </w:p>
    <w:p>
      <w:pPr>
        <w:pStyle w:val="Heading2"/>
      </w:pPr>
      <w:r>
        <w:t>Gå inn i forteljinga</w:t>
      </w:r>
    </w:p>
    <w:p>
      <w:r>
        <w:t>Les om planane til leiarane, og hugs det Jesus alt har sagt om kva som ventar han.</w:t>
      </w:r>
    </w:p>
    <w:p>
      <w:pPr>
        <w:pStyle w:val="Heading2"/>
      </w:pPr>
      <w:r>
        <w:t>Kommentar</w:t>
      </w:r>
    </w:p>
    <w:p>
      <w:r>
        <w:t>Det er to dagar att til påske. Øvsteprestane og dei skriftlærde leitar etter ein måte å ta Jesus med list og drepa han. Men dei seier: Ikkje under høgtida, elles blir det uro i folket.</w:t>
      </w:r>
    </w:p>
    <w:p>
      <w:r>
        <w:t>Eg legg merke til kor klok planen er. Ingen ville ha opprør. Ingen ville ha blod i gatene under festen. Dei ville gjera det stille, utan vitne, når det passa.</w:t>
      </w:r>
    </w:p>
    <w:p>
      <w:r>
        <w:t>Det er noko skremmande over kor rasjonelt det vonde kan vera. Det ropar ikkje. Det reknar. Det ventar på rett tidspunkt.</w:t>
      </w:r>
    </w:p>
    <w:p>
      <w:r>
        <w:t>Men det vart ikkje slik dei planla. Det skjedde nett under høgtida, midt i påska, då lamma vart slakta. Dei trudde dei styrte tida. Men det var ei anna hand som heldt henne.</w:t>
      </w:r>
    </w:p>
    <w:p>
      <w:pPr>
        <w:pStyle w:val="Heading2"/>
      </w:pPr>
      <w:r>
        <w:t>Sjå nøye etter</w:t>
      </w:r>
    </w:p>
    <w:p>
      <w:r>
        <w:t>Kva ønskjer leiarane å gjera, og kva vil dei unngå?</w:t>
      </w:r>
    </w:p>
    <w:p>
      <w:pPr>
        <w:pStyle w:val="Heading2"/>
      </w:pPr>
      <w:r>
        <w:t>Til ettertanke</w:t>
      </w:r>
    </w:p>
    <w:p>
      <w:r>
        <w:t>Kva trøyst ligg det i å halda fast ved Gud når andre sine planar skaper uro?</w:t>
      </w:r>
    </w:p>
    <w:p>
      <w:pPr>
        <w:pStyle w:val="Heading2"/>
      </w:pPr>
      <w:r>
        <w:t>Saman</w:t>
      </w:r>
    </w:p>
    <w:p>
      <w:r>
        <w:t>Korleis kan vi støtta menneske som blir utsette for urett?</w:t>
      </w:r>
    </w:p>
    <w:p>
      <w:pPr>
        <w:pStyle w:val="Heading2"/>
      </w:pPr>
      <w:r>
        <w:t>Lev det ut</w:t>
      </w:r>
    </w:p>
    <w:p>
      <w:r>
        <w:t>Be for nokon som lever under press, og vis konkret støtte.</w:t>
      </w:r>
    </w:p>
    <w:p>
      <w:pPr>
        <w:pStyle w:val="Heading2"/>
      </w:pPr>
      <w:r>
        <w:t>Bøn</w:t>
      </w:r>
    </w:p>
    <w:p>
      <w:r>
        <w:t>Far, hjelp oss å halda fast ved deg og stå saman med dei som møter urett.</w:t>
      </w:r>
    </w:p>
    <w:p>
      <w:pPr>
        <w:pStyle w:val="Heading1"/>
        <w:pageBreakBefore/>
      </w:pPr>
      <w:r>
        <w:t>Leksjon 2 Ho gjorde det ho kunne</w:t>
      </w:r>
    </w:p>
    <w:p>
      <w:r>
        <w:t>Les Mark 14,3–9 i Bibelen din.</w:t>
      </w:r>
    </w:p>
    <w:p>
      <w:pPr>
        <w:pStyle w:val="Heading2"/>
      </w:pPr>
      <w:r>
        <w:t>Gå inn i forteljinga</w:t>
      </w:r>
    </w:p>
    <w:p>
      <w:r>
        <w:t>Sjå kvinna som kjem med salven, og lytt til dei ulike vurderingane av det ho gjer.</w:t>
      </w:r>
    </w:p>
    <w:p>
      <w:pPr>
        <w:pStyle w:val="Heading2"/>
      </w:pPr>
      <w:r>
        <w:t>Kommentar</w:t>
      </w:r>
    </w:p>
    <w:p>
      <w:r>
        <w:t>I Betania, i huset til Simon den spedalske, kjem ei kvinne inn med ei alabastkrukke. Ho bryt krukka og tømer den dyre nardussalven over hovudet til Jesus.</w:t>
      </w:r>
    </w:p>
    <w:p>
      <w:r>
        <w:t>Nokre av dei som sit der, blir harme. Kvifor denne sløsinga? Salven kunne ha vore seld og pengane gjevne til dei fattige.</w:t>
      </w:r>
    </w:p>
    <w:p>
      <w:r>
        <w:t>Eg forstår dei. Det er eit fornuftig argument. Eg har brukt det sjølv. Men Jesus seier: La henne vera. Ho har gjort ei god gjerning mot meg.</w:t>
      </w:r>
    </w:p>
    <w:p>
      <w:r>
        <w:t>Ho bryt krukka. Ho held ikkje noko att til seinare. Eg tenkjer på alt eg har spart på, alt eg har halde tilbake fordi det kunne komma godt med ein annan gong. Ho gav alt på ein gong, og det var rett tid.</w:t>
      </w:r>
    </w:p>
    <w:p>
      <w:r>
        <w:t>Ho gjorde det ho kunne, seier Jesus. Ho har salva kroppen min til gravferda på førehand.</w:t>
      </w:r>
    </w:p>
    <w:p>
      <w:r>
        <w:t>Eg trur ikkje ho visste det sjølv. Ho gjorde berre det kjærleiken bad henne om. Og så fekk handlinga ei meining ho ikkje hadde sett.</w:t>
      </w:r>
    </w:p>
    <w:p>
      <w:r>
        <w:t>Kvar i verda evangeliet blir forkynt, skal det forteljast om det ho gjorde. Vi veit ikkje namnet hennar. Men vi hugsar henne. Og eg les henne som ei påminning om at kjærleik som ikkje reknar, har ein plass i evangeliet.</w:t>
      </w:r>
    </w:p>
    <w:p>
      <w:pPr>
        <w:pStyle w:val="Heading2"/>
      </w:pPr>
      <w:r>
        <w:t>Sjå nøye etter</w:t>
      </w:r>
    </w:p>
    <w:p>
      <w:r>
        <w:t>Kva seier dei andre, og kva seier Jesus om handlinga hennar?</w:t>
      </w:r>
    </w:p>
    <w:p>
      <w:pPr>
        <w:pStyle w:val="Heading2"/>
      </w:pPr>
      <w:r>
        <w:t>Til ettertanke</w:t>
      </w:r>
    </w:p>
    <w:p>
      <w:r>
        <w:t>Kva held eg tilbake som kjærleiken kallar meg til å gje?</w:t>
      </w:r>
    </w:p>
    <w:p>
      <w:pPr>
        <w:pStyle w:val="Heading2"/>
      </w:pPr>
      <w:r>
        <w:t>Saman</w:t>
      </w:r>
    </w:p>
    <w:p>
      <w:r>
        <w:t>Korleis kan vi verdsetja ei kjærleiksgjerning også når ho ikkje passar våre utrekningar?</w:t>
      </w:r>
    </w:p>
    <w:p>
      <w:pPr>
        <w:pStyle w:val="Heading2"/>
      </w:pPr>
      <w:r>
        <w:t>Lev det ut</w:t>
      </w:r>
    </w:p>
    <w:p>
      <w:r>
        <w:t>Gjer noko godt du har utsett til eit meir høveleg tidspunkt.</w:t>
      </w:r>
    </w:p>
    <w:p>
      <w:pPr>
        <w:pStyle w:val="Heading2"/>
      </w:pPr>
      <w:r>
        <w:t>Bøn</w:t>
      </w:r>
    </w:p>
    <w:p>
      <w:r>
        <w:t>Jesus, hjelp meg å gjera det eg kan i kjærleik til deg og menneska rundt meg.</w:t>
      </w:r>
    </w:p>
    <w:p>
      <w:pPr>
        <w:pStyle w:val="Heading1"/>
        <w:pageBreakBefore/>
      </w:pPr>
      <w:r>
        <w:t>Leksjon 3 Ein av dei tolv</w:t>
      </w:r>
    </w:p>
    <w:p>
      <w:r>
        <w:t>Les Mark 14,10–11 i Bibelen din.</w:t>
      </w:r>
    </w:p>
    <w:p>
      <w:pPr>
        <w:pStyle w:val="Heading2"/>
      </w:pPr>
      <w:r>
        <w:t>Gå inn i forteljinga</w:t>
      </w:r>
    </w:p>
    <w:p>
      <w:r>
        <w:t>Markus nemner Judas som ein av dei tolv. Les handlinga hans rett etter forteljinga om kvinna.</w:t>
      </w:r>
    </w:p>
    <w:p>
      <w:pPr>
        <w:pStyle w:val="Heading2"/>
      </w:pPr>
      <w:r>
        <w:t>Kommentar</w:t>
      </w:r>
    </w:p>
    <w:p>
      <w:r>
        <w:t>Straks etter går Judas Iskariot, ein av dei tolv, til øvsteprestane for å overgje Jesus til dei. Dei blir glade og lovar han pengar.</w:t>
      </w:r>
    </w:p>
    <w:p>
      <w:r>
        <w:t>Markus seier ingenting om kvifor. Han gjev oss ingen forklaring. Eg har lese mange teoriar, om grådigheit, om skuffelse, om ein plan som gjekk gale. Men teksten tier.</w:t>
      </w:r>
    </w:p>
    <w:p>
      <w:r>
        <w:t>Det eg merkar meg, er den vesle frasen: ein av dei tolv. Han var ikkje ein framand. Han hadde gått saman med Jesus i tre år. Han hadde vore med ut, to og to, og forkynt. Han hadde sett jenta stå opp og brødet bli delt.</w:t>
      </w:r>
    </w:p>
    <w:p>
      <w:r>
        <w:t>Og rett etter at ei kvinne har gjeve alt ho har, går han og sel Jesus for pengar.</w:t>
      </w:r>
    </w:p>
    <w:p>
      <w:r>
        <w:t>Eg vågar ikkje å sjå på Judas som ein heilt annan enn meg. Eg trur det farlegaste med han er at han var så nær. Og at det finst ein Judas-moglegheit i alle som har gått lenge med Jesus og slutta å venta noko av han.</w:t>
      </w:r>
    </w:p>
    <w:p>
      <w:pPr>
        <w:pStyle w:val="Heading2"/>
      </w:pPr>
      <w:r>
        <w:t>Sjå nøye etter</w:t>
      </w:r>
    </w:p>
    <w:p>
      <w:r>
        <w:t>Kva fortel Markus at Judas gjer, og kva forklarar han ikkje?</w:t>
      </w:r>
    </w:p>
    <w:p>
      <w:pPr>
        <w:pStyle w:val="Heading2"/>
      </w:pPr>
      <w:r>
        <w:t>Til ettertanke</w:t>
      </w:r>
    </w:p>
    <w:p>
      <w:r>
        <w:t>Korleis kan eg halda samværet med Jesus levande når mykje har vorte vane?</w:t>
      </w:r>
    </w:p>
    <w:p>
      <w:pPr>
        <w:pStyle w:val="Heading2"/>
      </w:pPr>
      <w:r>
        <w:t>Saman</w:t>
      </w:r>
    </w:p>
    <w:p>
      <w:r>
        <w:t>Korleis kan vi hjelpa kvarandre til å vera ærlege om det som dreg oss bort frå Jesus?</w:t>
      </w:r>
    </w:p>
    <w:p>
      <w:pPr>
        <w:pStyle w:val="Heading2"/>
      </w:pPr>
      <w:r>
        <w:t>Lev det ut</w:t>
      </w:r>
    </w:p>
    <w:p>
      <w:r>
        <w:t>Set av tid til ei ærleg bøn om det du ønskjer eller er skuffa over.</w:t>
      </w:r>
    </w:p>
    <w:p>
      <w:pPr>
        <w:pStyle w:val="Heading2"/>
      </w:pPr>
      <w:r>
        <w:t>Bøn</w:t>
      </w:r>
    </w:p>
    <w:p>
      <w:r>
        <w:t>Jesus, hald hjartet mitt nær deg. Hjelp meg å vera ærleg og ikkje la skuffelse få veksa til svik.</w:t>
      </w:r>
    </w:p>
    <w:p>
      <w:pPr>
        <w:pStyle w:val="Heading1"/>
        <w:pageBreakBefore/>
      </w:pPr>
      <w:r>
        <w:t>Leksjon 4 Ein mann med ei vasskrukke</w:t>
      </w:r>
    </w:p>
    <w:p>
      <w:r>
        <w:t>Les Mark 14,12–16 i Bibelen din.</w:t>
      </w:r>
    </w:p>
    <w:p>
      <w:pPr>
        <w:pStyle w:val="Heading2"/>
      </w:pPr>
      <w:r>
        <w:t>Gå inn i forteljinga</w:t>
      </w:r>
    </w:p>
    <w:p>
      <w:r>
        <w:t>Jesus sender to læresveinar for å førebu måltidet. Dei finn eit rom som er klart.</w:t>
      </w:r>
    </w:p>
    <w:p>
      <w:pPr>
        <w:pStyle w:val="Heading2"/>
      </w:pPr>
      <w:r>
        <w:t>Kommentar</w:t>
      </w:r>
    </w:p>
    <w:p>
      <w:r>
        <w:t>Læresveinane spør kvar dei skal førebu påskemåltidet. Jesus sender to av dei inn i byen. Der skal dei møta ein mann som ber ei vasskrukke. Følg han, seier han.</w:t>
      </w:r>
    </w:p>
    <w:p>
      <w:r>
        <w:t>Det er ein underleg liten detalj. Det var sjeldan menn bar vatn. Så det var eit teikn som var lett å sjå, men som ingen andre ville leggja merke til.</w:t>
      </w:r>
    </w:p>
    <w:p>
      <w:r>
        <w:t>Dei finn eit stort rom ovanpå, som er ferdig ordna. Eg har alltid likt det. Nokon har gjort klart. Eit rom med puter og bord, lampar og fat. Nokon vi ikkje veit namnet på, har opna huset sitt.</w:t>
      </w:r>
    </w:p>
    <w:p>
      <w:r>
        <w:t>Eg tenkjer på alle som har opna hus for meg gjennom livet. Dei som gjorde klart eit rom, sette fram mat, lét meg sova under taket sitt. Dei står sjeldan i historiebøkene. Men utan dei hadde ikkje evangeliet kome nokon stad.</w:t>
      </w:r>
    </w:p>
    <w:p>
      <w:r>
        <w:t>Og Jesus kallar det sitt rom. Kvar er gjesterommet mitt? spør han. Det rommet som ein framand har ordna, er hans.</w:t>
      </w:r>
    </w:p>
    <w:p>
      <w:pPr>
        <w:pStyle w:val="Heading2"/>
      </w:pPr>
      <w:r>
        <w:t>Sjå nøye etter</w:t>
      </w:r>
    </w:p>
    <w:p>
      <w:r>
        <w:t>Kva bed Jesus dei gjera, og kva finn dei?</w:t>
      </w:r>
    </w:p>
    <w:p>
      <w:pPr>
        <w:pStyle w:val="Heading2"/>
      </w:pPr>
      <w:r>
        <w:t>Til ettertanke</w:t>
      </w:r>
    </w:p>
    <w:p>
      <w:r>
        <w:t>Kva rom har eg i livet mitt for gjestfridom og praktisk teneste?</w:t>
      </w:r>
    </w:p>
    <w:p>
      <w:pPr>
        <w:pStyle w:val="Heading2"/>
      </w:pPr>
      <w:r>
        <w:t>Saman</w:t>
      </w:r>
    </w:p>
    <w:p>
      <w:r>
        <w:t>Kven gjer den stille førebuinga i fellesskapet vårt, og korleis kan vi støtta dei?</w:t>
      </w:r>
    </w:p>
    <w:p>
      <w:pPr>
        <w:pStyle w:val="Heading2"/>
      </w:pPr>
      <w:r>
        <w:t>Lev det ut</w:t>
      </w:r>
    </w:p>
    <w:p>
      <w:r>
        <w:t>Opna rom for nokon eller hjelp til med ei praktisk førebuing.</w:t>
      </w:r>
    </w:p>
    <w:p>
      <w:pPr>
        <w:pStyle w:val="Heading2"/>
      </w:pPr>
      <w:r>
        <w:t>Bøn</w:t>
      </w:r>
    </w:p>
    <w:p>
      <w:r>
        <w:t>Jesus, takk for dei som opnar heimar og gjer klart. Hjelp meg å tena med det eg har.</w:t>
      </w:r>
    </w:p>
    <w:p>
      <w:pPr>
        <w:pStyle w:val="Heading1"/>
        <w:pageBreakBefore/>
      </w:pPr>
      <w:r>
        <w:t>Leksjon 5 Det er vel ikkje eg</w:t>
      </w:r>
    </w:p>
    <w:p>
      <w:r>
        <w:t>Les Mark 14,17–21 i Bibelen din.</w:t>
      </w:r>
    </w:p>
    <w:p>
      <w:pPr>
        <w:pStyle w:val="Heading2"/>
      </w:pPr>
      <w:r>
        <w:t>Gå inn i forteljinga</w:t>
      </w:r>
    </w:p>
    <w:p>
      <w:r>
        <w:t>Ved måltidet talar Jesus om svik frå ein som et saman med han. Les reaksjonen til læresveinane.</w:t>
      </w:r>
    </w:p>
    <w:p>
      <w:pPr>
        <w:pStyle w:val="Heading2"/>
      </w:pPr>
      <w:r>
        <w:t>Kommentar</w:t>
      </w:r>
    </w:p>
    <w:p>
      <w:r>
        <w:t>Om kvelden sit dei til bords. Og midt under måltidet seier Jesus: Ein av dykk skal forråda meg, ein som et saman med meg.</w:t>
      </w:r>
    </w:p>
    <w:p>
      <w:r>
        <w:t>Dei blir sorgfulle og byrjar å spørja han, ein etter ein: Det er vel ikkje eg?</w:t>
      </w:r>
    </w:p>
    <w:p>
      <w:r>
        <w:t>Eg er glad for at dei spurde slik. Dei peikar ikkje på kvarandre. Dei ser ikkje rundt bordet etter den skuldige. Kvar av dei spør om seg sjølv.</w:t>
      </w:r>
    </w:p>
    <w:p>
      <w:r>
        <w:t>Eg trur det er det sannaste spørsmålet ein kan stilla ved Herrens bord. Ikkje: Kven andre har svikta? Men: Er det eg?</w:t>
      </w:r>
    </w:p>
    <w:p>
      <w:r>
        <w:t>Jesus svarar ikkje direkte. Han seier berre: Det er ein av dei tolv, ein som dyppar i fatet saman med meg.</w:t>
      </w:r>
    </w:p>
    <w:p>
      <w:r>
        <w:t>Det var ein av dei. Men i ein viss forstand var det alle. Før natta var over, hadde kvar og ein av dei gått frå han.</w:t>
      </w:r>
    </w:p>
    <w:p>
      <w:pPr>
        <w:pStyle w:val="Heading2"/>
      </w:pPr>
      <w:r>
        <w:t>Sjå nøye etter</w:t>
      </w:r>
    </w:p>
    <w:p>
      <w:r>
        <w:t>Kva spør dei om, og kva svarar Jesus?</w:t>
      </w:r>
    </w:p>
    <w:p>
      <w:pPr>
        <w:pStyle w:val="Heading2"/>
      </w:pPr>
      <w:r>
        <w:t>Til ettertanke</w:t>
      </w:r>
    </w:p>
    <w:p>
      <w:r>
        <w:t>Er eg meir oppteken av å finna feila hos andre enn av å sjå mitt eige liv?</w:t>
      </w:r>
    </w:p>
    <w:p>
      <w:pPr>
        <w:pStyle w:val="Heading2"/>
      </w:pPr>
      <w:r>
        <w:t>Saman</w:t>
      </w:r>
    </w:p>
    <w:p>
      <w:r>
        <w:t>Korleis kan vi hjelpa kvarandre til ærleg sjølvprøving utan å bli mistenksame mot kvarandre?</w:t>
      </w:r>
    </w:p>
    <w:p>
      <w:pPr>
        <w:pStyle w:val="Heading2"/>
      </w:pPr>
      <w:r>
        <w:t>Lev det ut</w:t>
      </w:r>
    </w:p>
    <w:p>
      <w:r>
        <w:t>Be Gud visa deg noko du sjølv treng å ta ansvar for. Ta eit steg mot omvending.</w:t>
      </w:r>
    </w:p>
    <w:p>
      <w:pPr>
        <w:pStyle w:val="Heading2"/>
      </w:pPr>
      <w:r>
        <w:t>Bøn</w:t>
      </w:r>
    </w:p>
    <w:p>
      <w:r>
        <w:t>Jesus, hjelp meg å sjå mitt eige liv i lyset ditt og ta imot nåden som fører til omvending.</w:t>
      </w:r>
    </w:p>
    <w:p>
      <w:pPr>
        <w:pStyle w:val="Heading1"/>
        <w:pageBreakBefore/>
      </w:pPr>
      <w:r>
        <w:t>Leksjon 6 Dette er kroppen min</w:t>
      </w:r>
    </w:p>
    <w:p>
      <w:r>
        <w:t>Les Mark 14,22–25 i Bibelen din.</w:t>
      </w:r>
    </w:p>
    <w:p>
      <w:pPr>
        <w:pStyle w:val="Heading2"/>
      </w:pPr>
      <w:r>
        <w:t>Gå inn i forteljinga</w:t>
      </w:r>
    </w:p>
    <w:p>
      <w:r>
        <w:t>Jesus tek brødet og begeret og gjev dei til læresveinane. Stans ved orda hans om kroppen, paktblodet og det komande måltidet.</w:t>
      </w:r>
    </w:p>
    <w:p>
      <w:pPr>
        <w:pStyle w:val="Heading2"/>
      </w:pPr>
      <w:r>
        <w:t>Kommentar</w:t>
      </w:r>
    </w:p>
    <w:p>
      <w:r>
        <w:t>Medan dei et, tek Jesus eit brød, takkar, bryt det og gjev dei. Ta imot, dette er kroppen min.</w:t>
      </w:r>
    </w:p>
    <w:p>
      <w:r>
        <w:t>Så tek han begeret, takkar og gjev dei, og dei drikk alle av det. Dette er blodet mitt, paktblodet, som blir rent ut for mange.</w:t>
      </w:r>
    </w:p>
    <w:p>
      <w:r>
        <w:t>Eg har teke imot brødet og vinen så mange gonger at eg ikkje kan telja dei. I store kyrkjer og i små heimar, på språk eg forstår og på språk eg ikkje forstår. Og kvar gong er det dei same orda.</w:t>
      </w:r>
    </w:p>
    <w:p>
      <w:r>
        <w:t>Det eg merkar meg i Markus, er kor enkelt det er. Han tek, takkar, bryt, gjev. Det er dei same fire verba som ved brødunderet i øydemarka. Han gjer det same han alltid har gjort. Men no er det seg sjølv han gjev.</w:t>
      </w:r>
    </w:p>
    <w:p>
      <w:r>
        <w:t>Og så seier han at han ikkje skal drikka av druesafta før han drikk ho ny i Guds rike. Det er eit farvel. Men det er også ein lovnad. Det skal koma eit nytt måltid.</w:t>
      </w:r>
    </w:p>
    <w:p>
      <w:r>
        <w:t>Eg trur det er difor nattverden alltid har vore både sorg og glede for meg. Eg hugsar ein kropp som vart broten. Og eg ventar på eit bord der han sjølv sit ved enden.</w:t>
      </w:r>
    </w:p>
    <w:p>
      <w:pPr>
        <w:pStyle w:val="Heading2"/>
      </w:pPr>
      <w:r>
        <w:t>Sjå nøye etter</w:t>
      </w:r>
    </w:p>
    <w:p>
      <w:r>
        <w:t>Kva gjev Jesus, og kva seier han om det som skal koma i Guds rike?</w:t>
      </w:r>
    </w:p>
    <w:p>
      <w:pPr>
        <w:pStyle w:val="Heading2"/>
      </w:pPr>
      <w:r>
        <w:t>Til ettertanke</w:t>
      </w:r>
    </w:p>
    <w:p>
      <w:r>
        <w:t>Kva betyr det for meg å ta imot at Jesus gjev seg sjølv?</w:t>
      </w:r>
    </w:p>
    <w:p>
      <w:pPr>
        <w:pStyle w:val="Heading2"/>
      </w:pPr>
      <w:r>
        <w:t>Saman</w:t>
      </w:r>
    </w:p>
    <w:p>
      <w:r>
        <w:t>Korleis kan nattverden hjelpa oss til takksemd, fellesskap og håp?</w:t>
      </w:r>
    </w:p>
    <w:p>
      <w:pPr>
        <w:pStyle w:val="Heading2"/>
      </w:pPr>
      <w:r>
        <w:t>Lev det ut</w:t>
      </w:r>
    </w:p>
    <w:p>
      <w:r>
        <w:t>Takk Jesus for gåva hans. Ta desse orda med deg neste gong du deler nattverd med fellesskapet.</w:t>
      </w:r>
    </w:p>
    <w:p>
      <w:pPr>
        <w:pStyle w:val="Heading2"/>
      </w:pPr>
      <w:r>
        <w:t>Bøn</w:t>
      </w:r>
    </w:p>
    <w:p>
      <w:r>
        <w:t>Jesus, takk for kroppen din og blodet ditt. Vi tek imot gåva di og ventar på måltidet i riket ditt.</w:t>
      </w:r>
    </w:p>
    <w:p>
      <w:pPr>
        <w:pStyle w:val="Heading1"/>
        <w:pageBreakBefore/>
      </w:pPr>
      <w:r>
        <w:t>Leksjon 7 Om så alle andre</w:t>
      </w:r>
    </w:p>
    <w:p>
      <w:r>
        <w:t>Les Mark 14,26–31 i Bibelen din.</w:t>
      </w:r>
    </w:p>
    <w:p>
      <w:pPr>
        <w:pStyle w:val="Heading2"/>
      </w:pPr>
      <w:r>
        <w:t>Gå inn i forteljinga</w:t>
      </w:r>
    </w:p>
    <w:p>
      <w:r>
        <w:t>Peter og dei andre gjev store lovnader. Jesus kjenner det som skal skje og lovar likevel å gå føre til Galilea.</w:t>
      </w:r>
    </w:p>
    <w:p>
      <w:pPr>
        <w:pStyle w:val="Heading2"/>
      </w:pPr>
      <w:r>
        <w:t>Kommentar</w:t>
      </w:r>
    </w:p>
    <w:p>
      <w:r>
        <w:t>Dei syng lovsongen og går ut til Oljeberget. Og på vegen seier Jesus: De kjem alle til å falla frå. Eg skal slå hyrden, og sauene skal spreiast.</w:t>
      </w:r>
    </w:p>
    <w:p>
      <w:r>
        <w:t>Men så legg han til: Når eg har stått opp, skal eg gå føre dykk til Galilea.</w:t>
      </w:r>
    </w:p>
    <w:p>
      <w:r>
        <w:t>Peter høyrer ikkje det siste. Han høyrer berre det første. Om så alle andre fell frå, så gjer ikkje eg det.</w:t>
      </w:r>
    </w:p>
    <w:p>
      <w:r>
        <w:t>Eg trur han meinte det. Eg trur han elska Jesus så mykje han kunne. Men han kjende ikkje seg sjølv.</w:t>
      </w:r>
    </w:p>
    <w:p>
      <w:r>
        <w:t>Jesus svarar: I natt, før hanen gal to gonger, skal du fornekta meg tre gonger.</w:t>
      </w:r>
    </w:p>
    <w:p>
      <w:r>
        <w:t>Og Peter seier det endå sterkare. Om eg så må døy med deg, skal eg ikkje fornekta deg. Og alle dei andre seier det same.</w:t>
      </w:r>
    </w:p>
    <w:p>
      <w:r>
        <w:t>Eg har sagt slike ting sjølv. Store lovnader i augneblink av tru, som eg ikkje har klart å halda. Det rører meg at Jesus ikkje avviser Peter for det. Han berre veit. Og han har alt sagt at han skal gå føre dei til Galilea, også etter at dei har svikta.</w:t>
      </w:r>
    </w:p>
    <w:p>
      <w:pPr>
        <w:pStyle w:val="Heading2"/>
      </w:pPr>
      <w:r>
        <w:t>Sjå nøye etter</w:t>
      </w:r>
    </w:p>
    <w:p>
      <w:r>
        <w:t>Kva seier Peter, kva seier Jesus om sviket, og kva lovnad kjem før det?</w:t>
      </w:r>
    </w:p>
    <w:p>
      <w:pPr>
        <w:pStyle w:val="Heading2"/>
      </w:pPr>
      <w:r>
        <w:t>Til ettertanke</w:t>
      </w:r>
    </w:p>
    <w:p>
      <w:r>
        <w:t>Kvar treng eg hjelp til å stola på Jesus framfor på mine eigne sterke lovnader?</w:t>
      </w:r>
    </w:p>
    <w:p>
      <w:pPr>
        <w:pStyle w:val="Heading2"/>
      </w:pPr>
      <w:r>
        <w:t>Saman</w:t>
      </w:r>
    </w:p>
    <w:p>
      <w:r>
        <w:t>Korleis kan vi støtta kvarandre etter eit nederlag?</w:t>
      </w:r>
    </w:p>
    <w:p>
      <w:pPr>
        <w:pStyle w:val="Heading2"/>
      </w:pPr>
      <w:r>
        <w:t>Lev det ut</w:t>
      </w:r>
    </w:p>
    <w:p>
      <w:r>
        <w:t>Be om hjelp i noko du har tenkt at du skal klara på eiga hand.</w:t>
      </w:r>
    </w:p>
    <w:p>
      <w:pPr>
        <w:pStyle w:val="Heading2"/>
      </w:pPr>
      <w:r>
        <w:t>Bøn</w:t>
      </w:r>
    </w:p>
    <w:p>
      <w:r>
        <w:t>Jesus, du kjenner meg. Takk for at nåden din ber lenger enn lovnadene mine.</w:t>
      </w:r>
    </w:p>
    <w:p>
      <w:pPr>
        <w:pStyle w:val="Heading1"/>
        <w:pageBreakBefore/>
      </w:pPr>
      <w:r>
        <w:t>Leksjon 8 Abba</w:t>
      </w:r>
    </w:p>
    <w:p>
      <w:r>
        <w:t>Les Mark 14,32–42 i Bibelen din.</w:t>
      </w:r>
    </w:p>
    <w:p>
      <w:pPr>
        <w:pStyle w:val="Heading2"/>
      </w:pPr>
      <w:r>
        <w:t>Gå inn i forteljinga</w:t>
      </w:r>
    </w:p>
    <w:p>
      <w:r>
        <w:t>I Getsemane ber Jesus midt i angst og sorg. Læresveinane får kallet til å vaka og be.</w:t>
      </w:r>
    </w:p>
    <w:p>
      <w:pPr>
        <w:pStyle w:val="Heading2"/>
      </w:pPr>
      <w:r>
        <w:t>Kommentar</w:t>
      </w:r>
    </w:p>
    <w:p>
      <w:r>
        <w:t>I Getsemane seier Jesus til læresveinane: Set dykk her medan eg ber. Så tek han med seg Peter, Jakob og Johannes, og han blir gripen av angst og uro.</w:t>
      </w:r>
    </w:p>
    <w:p>
      <w:r>
        <w:t>Sjela mi er sørgd til døden, seier han. Bli her og vak.</w:t>
      </w:r>
    </w:p>
    <w:p>
      <w:r>
        <w:t>Han går litt lenger fram, kastar seg ned på jorda og ber: Abba, Far, alt er mogleg for deg. Ta dette begeret frå meg. Men ikkje som eg vil, berre som du vil.</w:t>
      </w:r>
    </w:p>
    <w:p>
      <w:r>
        <w:t>Abba. Det er det næraste ordet eit barn kan bruka om far sin. Midt i den djupaste angsten, er det dette ordet han vel.</w:t>
      </w:r>
    </w:p>
    <w:p>
      <w:r>
        <w:t>Eg har aldri stått i det han stod i. Men eg har bede bøner der eg ikkje fekk svar. Eg har bede om at noko skulle takast frå meg, og det vart ikkje teke. Og eg har lært, sakte, at den bøna ikkje er mislukka om ho endar i: Ikkje som eg vil.</w:t>
      </w:r>
    </w:p>
    <w:p>
      <w:r>
        <w:t>Når han kjem attende, søv dei. Simon, søv du? Klarte du ikkje å vaka ein time?</w:t>
      </w:r>
    </w:p>
    <w:p>
      <w:r>
        <w:t>Tre gonger går han og ber. Tre gonger kjem han attende og finn dei sovande. Dei veit ikkje kva dei skal svara.</w:t>
      </w:r>
    </w:p>
    <w:p>
      <w:r>
        <w:t>Eg kjenner meg att i dei òg. Å ville vaka, men sovna. Ånda er villig, men kjøtet er veikt. Han seier det ikkje som ei skulding. Han seier det som ein som veit korleis vi er.</w:t>
      </w:r>
    </w:p>
    <w:p>
      <w:r>
        <w:t>Så seier han: Det er nok. Timen er komen. Stå opp, lat oss gå.</w:t>
      </w:r>
    </w:p>
    <w:p>
      <w:pPr>
        <w:pStyle w:val="Heading2"/>
      </w:pPr>
      <w:r>
        <w:t>Sjå nøye etter</w:t>
      </w:r>
    </w:p>
    <w:p>
      <w:r>
        <w:t>Kva ber Jesus om, og korleis legg han viljen sin fram for Far? Kva seier han til læresveinane?</w:t>
      </w:r>
    </w:p>
    <w:p>
      <w:pPr>
        <w:pStyle w:val="Heading2"/>
      </w:pPr>
      <w:r>
        <w:t>Til ettertanke</w:t>
      </w:r>
    </w:p>
    <w:p>
      <w:r>
        <w:t>Kan eg bera både ønsket mitt og overgjevinga mi fram for Far?</w:t>
      </w:r>
    </w:p>
    <w:p>
      <w:pPr>
        <w:pStyle w:val="Heading2"/>
      </w:pPr>
      <w:r>
        <w:t>Saman</w:t>
      </w:r>
    </w:p>
    <w:p>
      <w:r>
        <w:t>Korleis kan vi vaka og be saman med menneske som går gjennom noko tungt?</w:t>
      </w:r>
    </w:p>
    <w:p>
      <w:pPr>
        <w:pStyle w:val="Heading2"/>
      </w:pPr>
      <w:r>
        <w:t>Lev det ut</w:t>
      </w:r>
    </w:p>
    <w:p>
      <w:r>
        <w:t>Set av ei stund til bøn for nokon som lid. Ver gjerne til stades hos vedkomande om det er ønskjeleg.</w:t>
      </w:r>
    </w:p>
    <w:p>
      <w:pPr>
        <w:pStyle w:val="Heading2"/>
      </w:pPr>
      <w:r>
        <w:t>Bøn</w:t>
      </w:r>
    </w:p>
    <w:p>
      <w:r>
        <w:t>Abba, Far, eg legg nauda og ønsket mitt fram for deg. Hjelp meg å stola på deg og søkja viljen din.</w:t>
      </w:r>
    </w:p>
    <w:p>
      <w:pPr>
        <w:pStyle w:val="Heading1"/>
        <w:pageBreakBefore/>
      </w:pPr>
      <w:r>
        <w:t>Leksjon 9 Dei gjekk alle frå han</w:t>
      </w:r>
    </w:p>
    <w:p>
      <w:r>
        <w:t>Les Mark 14,43–52 i Bibelen din.</w:t>
      </w:r>
    </w:p>
    <w:p>
      <w:pPr>
        <w:pStyle w:val="Heading2"/>
      </w:pPr>
      <w:r>
        <w:t>Gå inn i forteljinga</w:t>
      </w:r>
    </w:p>
    <w:p>
      <w:r>
        <w:t>Jesus blir gripen, og læresveinane flyktar. Hugs lovnaden om Galilea medan du les.</w:t>
      </w:r>
    </w:p>
    <w:p>
      <w:pPr>
        <w:pStyle w:val="Heading2"/>
      </w:pPr>
      <w:r>
        <w:t>Kommentar</w:t>
      </w:r>
    </w:p>
    <w:p>
      <w:r>
        <w:t>Straks kjem Judas, ein av dei tolv, og med han ein flokk med sverd og kjeppar. Han har avtala eit teikn: Den eg kysser, er det. Og han går bort til Jesus og seier: Rabbi! og kysser han.</w:t>
      </w:r>
    </w:p>
    <w:p>
      <w:r>
        <w:t>Eg har vondt for å lesa det. Kysset er den nærleiksen som vart til svik. Det finst ikkje noko meir vondt i heile forteljinga.</w:t>
      </w:r>
    </w:p>
    <w:p>
      <w:r>
        <w:t>Ein av dei som står der, dreg sverdet og hogg øyret av tenaren til øvstepresten. Jesus seier: Kvar dag var eg hjå dykk i tempelet og lærte, og de tok meg ikkje. Men skriftene må oppfyllast.</w:t>
      </w:r>
    </w:p>
    <w:p>
      <w:r>
        <w:t>Og så står det: Då forlét alle han og flykta.</w:t>
      </w:r>
    </w:p>
    <w:p>
      <w:r>
        <w:t>Alle. Dei som hadde sagt at dei ville døy med han. Dei som hadde lova. Dei som hadde gått saman med han i tre år.</w:t>
      </w:r>
    </w:p>
    <w:p>
      <w:r>
        <w:t>Til slutt fortel Markus om ein ung mann som følgde etter, berre med eit linklede rundt kroppen. Dei greip han, men han slepte kledet og flykta naken. Nokre meiner det var Markus sjølv. Eg veit ikkje. Men eg ser biletet. Ein som ville vera med, men som mista alt han hadde på seg i flukta.</w:t>
      </w:r>
    </w:p>
    <w:p>
      <w:r>
        <w:t>Slik endar natta i hagen. Jesus står åleine. Alle har gått. Og eg veit at om eg hadde vore der, hadde eg òg sprunge.</w:t>
      </w:r>
    </w:p>
    <w:p>
      <w:r>
        <w:t>Men eg hugsar kva han sa på vegen ut: Når eg har stått opp, skal eg gå føre dykk til Galilea. Han visste at dei kom til å flykta. Og han hadde alt sagt at han skulle venta på dei.</w:t>
      </w:r>
    </w:p>
    <w:p>
      <w:pPr>
        <w:pStyle w:val="Heading2"/>
      </w:pPr>
      <w:r>
        <w:t>Sjå nøye etter</w:t>
      </w:r>
    </w:p>
    <w:p>
      <w:r>
        <w:t>Kva skjer når Jesus blir gripen, og kva seier han om skriftene?</w:t>
      </w:r>
    </w:p>
    <w:p>
      <w:pPr>
        <w:pStyle w:val="Heading2"/>
      </w:pPr>
      <w:r>
        <w:t>Til ettertanke</w:t>
      </w:r>
    </w:p>
    <w:p>
      <w:r>
        <w:t>Kva gjer eg med frykta for å stå saman med Jesus når det kostar?</w:t>
      </w:r>
    </w:p>
    <w:p>
      <w:pPr>
        <w:pStyle w:val="Heading2"/>
      </w:pPr>
      <w:r>
        <w:t>Saman</w:t>
      </w:r>
    </w:p>
    <w:p>
      <w:r>
        <w:t>Korleis kan vi hjelpa kvarandre til å vera trufaste under press?</w:t>
      </w:r>
    </w:p>
    <w:p>
      <w:pPr>
        <w:pStyle w:val="Heading2"/>
      </w:pPr>
      <w:r>
        <w:t>Lev det ut</w:t>
      </w:r>
    </w:p>
    <w:p>
      <w:r>
        <w:t>Gje støtte til eit menneske som står åleine i noko vanskeleg.</w:t>
      </w:r>
    </w:p>
    <w:p>
      <w:pPr>
        <w:pStyle w:val="Heading2"/>
      </w:pPr>
      <w:r>
        <w:t>Bøn</w:t>
      </w:r>
    </w:p>
    <w:p>
      <w:r>
        <w:t>Jesus, gje oss mot til å stå saman med deg og kvarandre. Takk for nåden din når vi sviktar.</w:t>
      </w:r>
    </w:p>
    <w:p>
      <w:pPr>
        <w:pStyle w:val="Heading1"/>
        <w:pageBreakBefore/>
      </w:pPr>
      <w:r>
        <w:t>Leksjon 10 Eg er det</w:t>
      </w:r>
    </w:p>
    <w:p>
      <w:r>
        <w:t>Les Mark 14,53–65 i Bibelen din.</w:t>
      </w:r>
    </w:p>
    <w:p>
      <w:pPr>
        <w:pStyle w:val="Heading2"/>
      </w:pPr>
      <w:r>
        <w:t>Gå inn i forteljinga</w:t>
      </w:r>
    </w:p>
    <w:p>
      <w:r>
        <w:t>Rådet leitar etter vitnemål. Jesus tier til spørsmålet om kven han er, kjem direkte. Les også heile svaret hans i Bibelen.</w:t>
      </w:r>
    </w:p>
    <w:p>
      <w:pPr>
        <w:pStyle w:val="Heading2"/>
      </w:pPr>
      <w:r>
        <w:t>Kommentar</w:t>
      </w:r>
    </w:p>
    <w:p>
      <w:r>
        <w:t>Dei fører Jesus til øvstepresten, og heile rådet er samla. Dei leitar etter vitnemål som kan gje grunn til dødsdom, men finn ingen. Mange vitnar falskt, men forklaringane deira stemmer ikkje med kvarandre.</w:t>
      </w:r>
    </w:p>
    <w:p>
      <w:r>
        <w:t>Jesus tier. Han forsvarer seg ikkje. Eg har tenkt mykje på den tagnaden. Eg har sjølv hatt trong til å forklara meg, rydja opp i misforståingar, få siste ordet. Han let løgnene stå der, til dei fall saman av seg sjølv.</w:t>
      </w:r>
    </w:p>
    <w:p>
      <w:r>
        <w:t>Så spør øvstepresten rett ut: Er du Messias, Son til Den velsigna?</w:t>
      </w:r>
    </w:p>
    <w:p>
      <w:r>
        <w:t>Og Jesus, som heile evangeliet har bede folk tia om kven han var, seier no: Eg er det.</w:t>
      </w:r>
    </w:p>
    <w:p>
      <w:r>
        <w:t>Det er underleg. Løgnene kunne ikkje dømma han. Det var sanninga som gjorde det.</w:t>
      </w:r>
    </w:p>
    <w:p>
      <w:r>
        <w:t>Nokre byrjar å spytta på han. Dei dekkjer til andletet hans, slår han og seier: Profeter! Og tenarane tek imot han med slag.</w:t>
      </w:r>
    </w:p>
    <w:p>
      <w:r>
        <w:t>Eg les det sakte. Han som gav blinde synet att, får augo bundne. Han som tala sanning, blir hånleg bede om å profetera. Og han tier igjen.</w:t>
      </w:r>
    </w:p>
    <w:p>
      <w:pPr>
        <w:pStyle w:val="Heading2"/>
      </w:pPr>
      <w:r>
        <w:t>Sjå nøye etter</w:t>
      </w:r>
    </w:p>
    <w:p>
      <w:r>
        <w:t>Kva går gale med vitnemåla, og kva svarar Jesus når han blir spurd om han er Messias?</w:t>
      </w:r>
    </w:p>
    <w:p>
      <w:pPr>
        <w:pStyle w:val="Heading2"/>
      </w:pPr>
      <w:r>
        <w:t>Til ettertanke</w:t>
      </w:r>
    </w:p>
    <w:p>
      <w:r>
        <w:t>Kva lærer eg av at Jesus står ved sanninga også når ho kostar?</w:t>
      </w:r>
    </w:p>
    <w:p>
      <w:pPr>
        <w:pStyle w:val="Heading2"/>
      </w:pPr>
      <w:r>
        <w:t>Saman</w:t>
      </w:r>
    </w:p>
    <w:p>
      <w:r>
        <w:t>Korleis kan vi styrkja kvarandre til å vera sannferdige utan å svara vondt med vondt?</w:t>
      </w:r>
    </w:p>
    <w:p>
      <w:pPr>
        <w:pStyle w:val="Heading2"/>
      </w:pPr>
      <w:r>
        <w:t>Lev det ut</w:t>
      </w:r>
    </w:p>
    <w:p>
      <w:r>
        <w:t>Vel ei sann og roleg framferd i ein samtale der du kjenner deg misforstått.</w:t>
      </w:r>
    </w:p>
    <w:p>
      <w:pPr>
        <w:pStyle w:val="Heading2"/>
      </w:pPr>
      <w:r>
        <w:t>Bøn</w:t>
      </w:r>
    </w:p>
    <w:p>
      <w:r>
        <w:t>Jesus, du er Messias, Guds Son. Hjelp meg å stå i sanninga og møta andre med kjærleik.</w:t>
      </w:r>
    </w:p>
    <w:p>
      <w:pPr>
        <w:pStyle w:val="Heading1"/>
        <w:pageBreakBefore/>
      </w:pPr>
      <w:r>
        <w:t>Leksjon 11 Hanen gol</w:t>
      </w:r>
    </w:p>
    <w:p>
      <w:r>
        <w:t>Les Mark 14,66–72 i Bibelen din.</w:t>
      </w:r>
    </w:p>
    <w:p>
      <w:pPr>
        <w:pStyle w:val="Heading2"/>
      </w:pPr>
      <w:r>
        <w:t>Gå inn i forteljinga</w:t>
      </w:r>
    </w:p>
    <w:p>
      <w:r>
        <w:t>Peter sit ved elden medan Jesus blir forhøyrd. Les dei tre nektingane og det som skjer når han hugsar Jesu ord.</w:t>
      </w:r>
    </w:p>
    <w:p>
      <w:pPr>
        <w:pStyle w:val="Heading2"/>
      </w:pPr>
      <w:r>
        <w:t>Kommentar</w:t>
      </w:r>
    </w:p>
    <w:p>
      <w:r>
        <w:t>Medan dette skjer, sit Peter nede i gardsrommet og varmar seg ved elden. Ei tenestejente ser på han. Du var òg med han frå Nasaret.</w:t>
      </w:r>
    </w:p>
    <w:p>
      <w:r>
        <w:t>Peter seier at han ikkje veit kva ho snakkar om. Han går ut i forgarden. Ho ser han igjen og seier til dei andre: Han er ein av dei. Han nektar på ny. Litt etter seier dei som står der: Du er visst ein av dei, du er jo frå Galilea.</w:t>
      </w:r>
    </w:p>
    <w:p>
      <w:r>
        <w:t>Då byrjar han å banna og sverja: Eg kjenner ikkje denne mannen de talar om.</w:t>
      </w:r>
    </w:p>
    <w:p>
      <w:r>
        <w:t>Og straks gjel hanen for andre gong.</w:t>
      </w:r>
    </w:p>
    <w:p>
      <w:r>
        <w:t>Eg har alltid merka meg at det ikkje var soldatar eller øvsteprestar som fekk Peter til å falla. Det var ei tenestejente og nokre som stod og varma seg. Det er sjeldan dei store truslane som får oss til å svikta. Det er dei små spørsmåla, i kvardagen, når vi helst vil høyra til.</w:t>
      </w:r>
    </w:p>
    <w:p>
      <w:r>
        <w:t>Peter hugsar kva Jesus hadde sagt. Og han brast i gråt.</w:t>
      </w:r>
    </w:p>
    <w:p>
      <w:r>
        <w:t>Eg er glad for at Markus tok med den gråten. Eg trur ikkje han var slutten. Eg trur han var byrjinga på noko nytt. Den som gret der i gardsrommet, fekk seinare høyra namnet sitt nemnt ved den tomme grava.</w:t>
      </w:r>
    </w:p>
    <w:p>
      <w:pPr>
        <w:pStyle w:val="Heading2"/>
      </w:pPr>
      <w:r>
        <w:t>Sjå nøye etter</w:t>
      </w:r>
    </w:p>
    <w:p>
      <w:r>
        <w:t>Kven spør Peter, kva svarar han, og kva får han til å brista i gråt?</w:t>
      </w:r>
    </w:p>
    <w:p>
      <w:pPr>
        <w:pStyle w:val="Heading2"/>
      </w:pPr>
      <w:r>
        <w:t>Til ettertanke</w:t>
      </w:r>
    </w:p>
    <w:p>
      <w:r>
        <w:t>Kvar er det lett for meg å gøyma at eg høyrer Jesus til?</w:t>
      </w:r>
    </w:p>
    <w:p>
      <w:pPr>
        <w:pStyle w:val="Heading2"/>
      </w:pPr>
      <w:r>
        <w:t>Saman</w:t>
      </w:r>
    </w:p>
    <w:p>
      <w:r>
        <w:t>Korleis kan fellesskapet gje rom for omvending og ein ny start?</w:t>
      </w:r>
    </w:p>
    <w:p>
      <w:pPr>
        <w:pStyle w:val="Heading2"/>
      </w:pPr>
      <w:r>
        <w:t>Lev det ut</w:t>
      </w:r>
    </w:p>
    <w:p>
      <w:r>
        <w:t>Ver ærleg med Gud om eit svik eller noko du har halde skjult. Be om hjelp til å ta ansvar.</w:t>
      </w:r>
    </w:p>
    <w:p>
      <w:pPr>
        <w:pStyle w:val="Heading2"/>
      </w:pPr>
      <w:r>
        <w:t>Bøn</w:t>
      </w:r>
    </w:p>
    <w:p>
      <w:r>
        <w:t>Jesus, møt meg med nåde når eg sviktar. Hjelp meg å venda tilbake og halda fast ved deg.</w:t>
      </w:r>
    </w:p>
    <w:p>
      <w:pPr>
        <w:pStyle w:val="Heading1"/>
        <w:pageBreakBefore/>
      </w:pPr>
      <w:r>
        <w:t>Leksjon 12 Du seier det</w:t>
      </w:r>
    </w:p>
    <w:p>
      <w:r>
        <w:t>Les Mark 15,1–5 i Bibelen din.</w:t>
      </w:r>
    </w:p>
    <w:p>
      <w:pPr>
        <w:pStyle w:val="Heading2"/>
      </w:pPr>
      <w:r>
        <w:t>Gå inn i forteljinga</w:t>
      </w:r>
    </w:p>
    <w:p>
      <w:r>
        <w:t>Jesus står framfor Pilatus. Rundt han er det mange skuldingar, men han svarar berre kort.</w:t>
      </w:r>
    </w:p>
    <w:p>
      <w:pPr>
        <w:pStyle w:val="Heading2"/>
      </w:pPr>
      <w:r>
        <w:t>Kommentar</w:t>
      </w:r>
    </w:p>
    <w:p>
      <w:r>
        <w:t>Tidleg om morgonen bind dei Jesus, fører han bort og overgjev han til Pilatus.</w:t>
      </w:r>
    </w:p>
    <w:p>
      <w:r>
        <w:t>Pilatus spør: Er du jødekongen? Og Jesus svarar: Du seier det.</w:t>
      </w:r>
    </w:p>
    <w:p>
      <w:r>
        <w:t>Det er dei einaste orda han seier til Pilatus. Øvsteprestane skuldar han for mykje. Pilatus spør igjen: Svarar du ikkje? Sjå kor mykje dei skuldar deg for. Men Jesus svarar ingenting meir, og Pilatus undrar seg.</w:t>
      </w:r>
    </w:p>
    <w:p>
      <w:r>
        <w:t>Eg har tenkt på korleis tagnaden hans verkar i denne forteljinga. Alle rundt han talar. Dei skuldar, dei spør, dei krev. Og han står stille midt i det. Det er ikkje avmakt. Det er ei ro som ikkje let seg dra inn i spelet.</w:t>
      </w:r>
    </w:p>
    <w:p>
      <w:r>
        <w:t>Eg vil gjerne ha litt av den roa. Ikkje for å tia når eg burde tala, men for å sleppa å forsvara meg der det ikkje er noko å vinna. For å kunna stå i sanninga utan å måtta vinna argumentet.</w:t>
      </w:r>
    </w:p>
    <w:p>
      <w:pPr>
        <w:pStyle w:val="Heading2"/>
      </w:pPr>
      <w:r>
        <w:t>Sjå nøye etter</w:t>
      </w:r>
    </w:p>
    <w:p>
      <w:r>
        <w:t>Kva spør Pilatus om, og kva undrar han seg over?</w:t>
      </w:r>
    </w:p>
    <w:p>
      <w:pPr>
        <w:pStyle w:val="Heading2"/>
      </w:pPr>
      <w:r>
        <w:t>Til ettertanke</w:t>
      </w:r>
    </w:p>
    <w:p>
      <w:r>
        <w:t>Når treng eg å tala, og når kan eg sleppa å vinna siste ordet?</w:t>
      </w:r>
    </w:p>
    <w:p>
      <w:pPr>
        <w:pStyle w:val="Heading2"/>
      </w:pPr>
      <w:r>
        <w:t>Saman</w:t>
      </w:r>
    </w:p>
    <w:p>
      <w:r>
        <w:t>Korleis kan vi hjelpa kvarandre til å halda ro og integritet i konflikt?</w:t>
      </w:r>
    </w:p>
    <w:p>
      <w:pPr>
        <w:pStyle w:val="Heading2"/>
      </w:pPr>
      <w:r>
        <w:t>Lev det ut</w:t>
      </w:r>
    </w:p>
    <w:p>
      <w:r>
        <w:t>Stans og be før du svarar i ein vanskeleg samtale. Vel ord som tener sanning og fred.</w:t>
      </w:r>
    </w:p>
    <w:p>
      <w:pPr>
        <w:pStyle w:val="Heading2"/>
      </w:pPr>
      <w:r>
        <w:t>Bøn</w:t>
      </w:r>
    </w:p>
    <w:p>
      <w:r>
        <w:t>Jesus, gje meg ro og visdom. Hjelp meg å tala når eg skal tala, og sleppa trongen til å vinna.</w:t>
      </w:r>
    </w:p>
    <w:p>
      <w:pPr>
        <w:pStyle w:val="Heading1"/>
        <w:pageBreakBefore/>
      </w:pPr>
      <w:r>
        <w:t>Leksjon 13 Barabbas</w:t>
      </w:r>
    </w:p>
    <w:p>
      <w:r>
        <w:t>Les Mark 15,6–15 i Bibelen din.</w:t>
      </w:r>
    </w:p>
    <w:p>
      <w:pPr>
        <w:pStyle w:val="Heading2"/>
      </w:pPr>
      <w:r>
        <w:t>Gå inn i forteljinga</w:t>
      </w:r>
    </w:p>
    <w:p>
      <w:r>
        <w:t>Ein skuldig mann blir sett fri, og Jesus blir gjeven over til krossfesting. Sjå også kva som styrer Pilatus.</w:t>
      </w:r>
    </w:p>
    <w:p>
      <w:pPr>
        <w:pStyle w:val="Heading2"/>
      </w:pPr>
      <w:r>
        <w:t>Kommentar</w:t>
      </w:r>
    </w:p>
    <w:p>
      <w:r>
        <w:t>Til høgtida plar Pilatus å setja ein fange fri, den folket bed om. Det er ein mann i fengselet som heiter Barabbas, som har gjort drap under eit opprør.</w:t>
      </w:r>
    </w:p>
    <w:p>
      <w:r>
        <w:t>Pilatus spør: Vil de at eg skal setja jødekongen fri? Han veit at øvsteprestane har overgjeve Jesus av misunning. Men øvsteprestane eggjar opp folket, og dei ropar at han skal setja Barabbas fri.</w:t>
      </w:r>
    </w:p>
    <w:p>
      <w:r>
        <w:t>Kva skal eg då gjera med han de kallar jødekongen? Krossfest han! Kva vondt har han gjort? Og dei ropar endå høgare: Krossfest han!</w:t>
      </w:r>
    </w:p>
    <w:p>
      <w:r>
        <w:t>Pilatus vil gjera folket til lags. Han set Barabbas fri, let Jesus bli piska og gjev han over til å bli krossfest.</w:t>
      </w:r>
    </w:p>
    <w:p>
      <w:r>
        <w:t>Eg har ofte tenkt på Barabbas. Han som var skuldig, går fri. Han som var uskuldig, går i hans stad. Eg veit ikkje kva som vart av han. Men eg trur eg står der saman med han. Eg har fått gå fri, og ein annan har bore det som var mitt.</w:t>
      </w:r>
    </w:p>
    <w:p>
      <w:r>
        <w:t>Og eg ser Pilatus òg. Han som visste kva som var rett, men som ville gjera folket til lags. Eg kjenner han att. Det er lett å dømma han. Det er vanskelegare å sjå kor ofte eg sjølv har vald det som var enklast.</w:t>
      </w:r>
    </w:p>
    <w:p>
      <w:pPr>
        <w:pStyle w:val="Heading2"/>
      </w:pPr>
      <w:r>
        <w:t>Sjå nøye etter</w:t>
      </w:r>
    </w:p>
    <w:p>
      <w:r>
        <w:t>Kva veit Pilatus, og kvifor gjer han likevel folket til lags? Kven går fri?</w:t>
      </w:r>
    </w:p>
    <w:p>
      <w:pPr>
        <w:pStyle w:val="Heading2"/>
      </w:pPr>
      <w:r>
        <w:t>Til ettertanke</w:t>
      </w:r>
    </w:p>
    <w:p>
      <w:r>
        <w:t>Kva takksemd vekkjer det i meg at Jesus bar det som var mitt?</w:t>
      </w:r>
    </w:p>
    <w:p>
      <w:pPr>
        <w:pStyle w:val="Heading2"/>
      </w:pPr>
      <w:r>
        <w:t>Saman</w:t>
      </w:r>
    </w:p>
    <w:p>
      <w:r>
        <w:t>Korleis kan vi hjelpa kvarandre til å gjera det rette når presset aukar?</w:t>
      </w:r>
    </w:p>
    <w:p>
      <w:pPr>
        <w:pStyle w:val="Heading2"/>
      </w:pPr>
      <w:r>
        <w:t>Lev det ut</w:t>
      </w:r>
    </w:p>
    <w:p>
      <w:r>
        <w:t>Takk Jesus for fridomen han har gjeve deg. Gjer eit rett val du elles kunne ha unngått for å gjera andre til lags.</w:t>
      </w:r>
    </w:p>
    <w:p>
      <w:pPr>
        <w:pStyle w:val="Heading2"/>
      </w:pPr>
      <w:r>
        <w:t>Bøn</w:t>
      </w:r>
    </w:p>
    <w:p>
      <w:r>
        <w:t>Jesus, takk for at du gav deg sjølv for oss. Hjelp meg å leva i fridomen din og handla rett.</w:t>
      </w:r>
    </w:p>
    <w:p>
      <w:pPr>
        <w:pStyle w:val="Heading1"/>
        <w:pageBreakBefore/>
      </w:pPr>
      <w:r>
        <w:t>Leksjon 14 Purpur og tornekrone</w:t>
      </w:r>
    </w:p>
    <w:p>
      <w:r>
        <w:t>Les Mark 15,16–20 i Bibelen din.</w:t>
      </w:r>
    </w:p>
    <w:p>
      <w:pPr>
        <w:pStyle w:val="Heading2"/>
      </w:pPr>
      <w:r>
        <w:t>Gå inn i forteljinga</w:t>
      </w:r>
    </w:p>
    <w:p>
      <w:r>
        <w:t>Soldatane hånar Jesus som konge. Les handlingane deira sakte og hugs kven han er.</w:t>
      </w:r>
    </w:p>
    <w:p>
      <w:pPr>
        <w:pStyle w:val="Heading2"/>
      </w:pPr>
      <w:r>
        <w:t>Kommentar</w:t>
      </w:r>
    </w:p>
    <w:p>
      <w:r>
        <w:t>Soldatane fører han inn i borggarden og kallar saman heile vakta. Dei kler han i purpur, flettar ei krone av torner og set henne på hovudet hans. Så helser dei han: Heil deg, jødekonge! Dei slår han i hovudet med ein røyrstav, spyttar på han, fell på kne og tilbed han.</w:t>
      </w:r>
    </w:p>
    <w:p>
      <w:r>
        <w:t>Eg vil helst ikkje dvela ved dette. Men Markus dvelar, og difor gjer eg det òg.</w:t>
      </w:r>
    </w:p>
    <w:p>
      <w:r>
        <w:t>Dei leikar konge med han. Alt er gale: kappa er lånt, krona stikk, sceptret er eit strå, knefallet er hån. Og likevel er det sant. Han er konge. Dei visste det ikkje, men dei sa det.</w:t>
      </w:r>
    </w:p>
    <w:p>
      <w:r>
        <w:t>Det er ei underleg sanning at den einaste kroninga Jesus fekk i dette livet, var ei spottkroning. Og at han tok imot også den, utan å seia noko.</w:t>
      </w:r>
    </w:p>
    <w:p>
      <w:r>
        <w:t>Så tek dei purpurkappa av han, kler han i hans eigne klede og fører han ut for å krossfesta han.</w:t>
      </w:r>
    </w:p>
    <w:p>
      <w:pPr>
        <w:pStyle w:val="Heading2"/>
      </w:pPr>
      <w:r>
        <w:t>Sjå nøye etter</w:t>
      </w:r>
    </w:p>
    <w:p>
      <w:r>
        <w:t>Kva brukar soldatane i spottkroninga, og kva kallar dei Jesus?</w:t>
      </w:r>
    </w:p>
    <w:p>
      <w:pPr>
        <w:pStyle w:val="Heading2"/>
      </w:pPr>
      <w:r>
        <w:t>Til ettertanke</w:t>
      </w:r>
    </w:p>
    <w:p>
      <w:r>
        <w:t>Kva betyr det for meg at kongen min har gått gjennom audmjuking?</w:t>
      </w:r>
    </w:p>
    <w:p>
      <w:pPr>
        <w:pStyle w:val="Heading2"/>
      </w:pPr>
      <w:r>
        <w:t>Saman</w:t>
      </w:r>
    </w:p>
    <w:p>
      <w:r>
        <w:t>Korleis kan vi stå saman med menneske som blir håna eller gjorde små?</w:t>
      </w:r>
    </w:p>
    <w:p>
      <w:pPr>
        <w:pStyle w:val="Heading2"/>
      </w:pPr>
      <w:r>
        <w:t>Lev det ut</w:t>
      </w:r>
    </w:p>
    <w:p>
      <w:r>
        <w:t>Avvis ei handling eller ein samtale som audmjukar nokon. Vis vedkomande respekt.</w:t>
      </w:r>
    </w:p>
    <w:p>
      <w:pPr>
        <w:pStyle w:val="Heading2"/>
      </w:pPr>
      <w:r>
        <w:t>Bøn</w:t>
      </w:r>
    </w:p>
    <w:p>
      <w:r>
        <w:t>Jesus, vår konge, takk for at du bar hånen. Lær oss å æra deg og verna menneske som blir audmjuka.</w:t>
      </w:r>
    </w:p>
    <w:p>
      <w:pPr>
        <w:pStyle w:val="Heading1"/>
        <w:pageBreakBefore/>
      </w:pPr>
      <w:r>
        <w:t>Leksjon 15 Simon frå Kyréne</w:t>
      </w:r>
    </w:p>
    <w:p>
      <w:r>
        <w:t>Les Mark 15,21–32 i Bibelen din.</w:t>
      </w:r>
    </w:p>
    <w:p>
      <w:pPr>
        <w:pStyle w:val="Heading2"/>
      </w:pPr>
      <w:r>
        <w:t>Gå inn i forteljinga</w:t>
      </w:r>
    </w:p>
    <w:p>
      <w:r>
        <w:t>Simon blir tvinga til å bera krossen. På Golgata blir Jesus krossfest mellom to røvarar.</w:t>
      </w:r>
    </w:p>
    <w:p>
      <w:pPr>
        <w:pStyle w:val="Heading2"/>
      </w:pPr>
      <w:r>
        <w:t>Kommentar</w:t>
      </w:r>
    </w:p>
    <w:p>
      <w:r>
        <w:t>Dei tvingar ein mann som kjem frå marka, til å bera krossen. Simon frå Kyréne, far til Aleksander og Rufus.</w:t>
      </w:r>
    </w:p>
    <w:p>
      <w:r>
        <w:t>Eg har alltid vore glad i den mannen. Han var på veg heim frå arbeid, heilt uvitande. Og så vart han dregen inn i det største som har hendt. Markus nemner sønene hans ved namn. Det tyder på at dei var kjende i kyrkjelyden. Kanskje var det den dagen alt byrja for den familien.</w:t>
      </w:r>
    </w:p>
    <w:p>
      <w:r>
        <w:t>Eg tenkjer på alle gongene eg har vorte dregen inn i andre sine byrder utan å ha valt det sjølv. Og eg tenkjer at det kan henda at det nett er der Jesus møter meg.</w:t>
      </w:r>
    </w:p>
    <w:p>
      <w:r>
        <w:t>Dei fører han til Golgata. Dei byd han vin blanda med myrra, men han tek ikkje imot. Dei krossfester han og deler kleda hans ved loddkasting. Over han står skulda: Jødekongen. Og på kvar side av han er det ein røvar.</w:t>
      </w:r>
    </w:p>
    <w:p>
      <w:r>
        <w:t>Folk som går forbi, spottar han. Han har frelst andre, men seg sjølv kan han ikkje frelsa.</w:t>
      </w:r>
    </w:p>
    <w:p>
      <w:r>
        <w:t>Det er sant, det dei seier, men ikkje slik dei meiner. Han kunne ikkje frelsa seg sjølv, fordi han ville frelsa dei. Begge delar gjekk ikkje.</w:t>
      </w:r>
    </w:p>
    <w:p>
      <w:pPr>
        <w:pStyle w:val="Heading2"/>
      </w:pPr>
      <w:r>
        <w:t>Sjå nøye etter</w:t>
      </w:r>
    </w:p>
    <w:p>
      <w:r>
        <w:t>Kva fortel Markus om Simon? Kva seier dei som spottar, om det Jesus har gjort for andre?</w:t>
      </w:r>
    </w:p>
    <w:p>
      <w:pPr>
        <w:pStyle w:val="Heading2"/>
      </w:pPr>
      <w:r>
        <w:t>Til ettertanke</w:t>
      </w:r>
    </w:p>
    <w:p>
      <w:r>
        <w:t>Kva byrde hos ein annan kan eg vera med og bera?</w:t>
      </w:r>
    </w:p>
    <w:p>
      <w:pPr>
        <w:pStyle w:val="Heading2"/>
      </w:pPr>
      <w:r>
        <w:t>Saman</w:t>
      </w:r>
    </w:p>
    <w:p>
      <w:r>
        <w:t>Korleis kan vi gjera praktisk omsorg til ein del av det å følgja Jesus?</w:t>
      </w:r>
    </w:p>
    <w:p>
      <w:pPr>
        <w:pStyle w:val="Heading2"/>
      </w:pPr>
      <w:r>
        <w:t>Lev det ut</w:t>
      </w:r>
    </w:p>
    <w:p>
      <w:r>
        <w:t>Hjelp nokon med ei konkret byrde eller oppgåve denne veka.</w:t>
      </w:r>
    </w:p>
    <w:p>
      <w:pPr>
        <w:pStyle w:val="Heading2"/>
      </w:pPr>
      <w:r>
        <w:t>Bøn</w:t>
      </w:r>
    </w:p>
    <w:p>
      <w:r>
        <w:t>Jesus, takk for at du gav livet ditt for å frelsa oss. Opna augo mine for dei byrdene eg kan bera saman med andre.</w:t>
      </w:r>
    </w:p>
    <w:p>
      <w:pPr>
        <w:pStyle w:val="Heading1"/>
        <w:pageBreakBefore/>
      </w:pPr>
      <w:r>
        <w:t>Leksjon 16 Kvifor har du forlate meg</w:t>
      </w:r>
    </w:p>
    <w:p>
      <w:r>
        <w:t>Les Mark 15,33–41 i Bibelen din.</w:t>
      </w:r>
    </w:p>
    <w:p>
      <w:pPr>
        <w:pStyle w:val="Heading2"/>
      </w:pPr>
      <w:r>
        <w:t>Gå inn i forteljinga</w:t>
      </w:r>
    </w:p>
    <w:p>
      <w:r>
        <w:t>Mørkret fell, Jesus ropar til Gud og andar ut. Les også om forhenget, offiseren og kvinnene.</w:t>
      </w:r>
    </w:p>
    <w:p>
      <w:pPr>
        <w:pStyle w:val="Heading2"/>
      </w:pPr>
      <w:r>
        <w:t>Kommentar</w:t>
      </w:r>
    </w:p>
    <w:p>
      <w:r>
        <w:t>Frå den sjette timen vart det mørkt over heile landet til den niande. Og i den niande timen ropa Jesus med høg røyst: Eloí, Eloí, lemá sabaktáni? Min Gud, min Gud, kvifor har du forlate meg?</w:t>
      </w:r>
    </w:p>
    <w:p>
      <w:r>
        <w:t>Eg har aldri kunna lesa dei orda utan å kjenna noko rista i meg. Han som sa Abba i hagen, ropar no Min Gud. Han som alltid hadde vore nær Far, kjenner seg forlaten.</w:t>
      </w:r>
    </w:p>
    <w:p>
      <w:r>
        <w:t>Eg har ikkje noka endeleg forklaring. Eg trur heller ikkje eg skal ha det. Men eg trur det er ei trøyst i at han har ropa det. Når eg sjølv har kjent meg forlaten, når bøna har vore utan svar og mørkret har vore tett, veit eg at han har vore der før meg. Han har ropa det same. Og han ropa det framleis til Gud: Min Gud.</w:t>
      </w:r>
    </w:p>
    <w:p>
      <w:r>
        <w:t>Han ropar høgt og andar ut.</w:t>
      </w:r>
    </w:p>
    <w:p>
      <w:r>
        <w:t>Og forhenget i tempelet revnar i to, ovanfrå og ned.</w:t>
      </w:r>
    </w:p>
    <w:p>
      <w:r>
        <w:t>Offiseren som står rett framfor han og ser korleis han døyr, seier: Sanneleg, denne mannen var Guds Son.</w:t>
      </w:r>
    </w:p>
    <w:p>
      <w:r>
        <w:t>Det er ein framand, ein romersk soldat, som seier det ingen av læresveinane sa. Og han seier det etter å ha sett han døy.</w:t>
      </w:r>
    </w:p>
    <w:p>
      <w:r>
        <w:t>Nokre kvinner står og ser på langt borte frå. Maria Magdalena, Maria, mor til Jakob den yngre og Joses, og Salome. Dei hadde følgt han i Galilea. Dei hadde ikkje flykta. Dei stod der.</w:t>
      </w:r>
    </w:p>
    <w:p>
      <w:pPr>
        <w:pStyle w:val="Heading2"/>
      </w:pPr>
      <w:r>
        <w:t>Sjå nøye etter</w:t>
      </w:r>
    </w:p>
    <w:p>
      <w:r>
        <w:t>Kva ropar Jesus, kva skjer med forhenget, og kva seier offiseren? Kven står og ser?</w:t>
      </w:r>
    </w:p>
    <w:p>
      <w:pPr>
        <w:pStyle w:val="Heading2"/>
      </w:pPr>
      <w:r>
        <w:t>Til ettertanke</w:t>
      </w:r>
    </w:p>
    <w:p>
      <w:r>
        <w:t>Kva trøyst ligg det i at Jesus har ropa til Gud frå mørkret?</w:t>
      </w:r>
    </w:p>
    <w:p>
      <w:pPr>
        <w:pStyle w:val="Heading2"/>
      </w:pPr>
      <w:r>
        <w:t>Saman</w:t>
      </w:r>
    </w:p>
    <w:p>
      <w:r>
        <w:t>Korleis kan vi vera til stades hos menneske som kjenner seg forlatne, utan å skunda oss med forklaringar?</w:t>
      </w:r>
    </w:p>
    <w:p>
      <w:pPr>
        <w:pStyle w:val="Heading2"/>
      </w:pPr>
      <w:r>
        <w:t>Lev det ut</w:t>
      </w:r>
    </w:p>
    <w:p>
      <w:r>
        <w:t>Lytt til nokon som ber på sorg eller smerte. Be ei enkel bøn saman om vedkomande ønskjer det.</w:t>
      </w:r>
    </w:p>
    <w:p>
      <w:pPr>
        <w:pStyle w:val="Heading2"/>
      </w:pPr>
      <w:r>
        <w:t>Bøn</w:t>
      </w:r>
    </w:p>
    <w:p>
      <w:r>
        <w:t>Min Gud, takk for at Jesus har vore i mørkret før oss. Ber dei som kjenner seg forlatne, og hjelp oss å vera nær.</w:t>
      </w:r>
    </w:p>
    <w:p>
      <w:pPr>
        <w:pStyle w:val="Heading1"/>
        <w:pageBreakBefore/>
      </w:pPr>
      <w:r>
        <w:t>Leksjon 17 Josef frå Arimatea</w:t>
      </w:r>
    </w:p>
    <w:p>
      <w:r>
        <w:t>Les Mark 15,42–47 i Bibelen din.</w:t>
      </w:r>
    </w:p>
    <w:p>
      <w:pPr>
        <w:pStyle w:val="Heading2"/>
      </w:pPr>
      <w:r>
        <w:t>Gå inn i forteljinga</w:t>
      </w:r>
    </w:p>
    <w:p>
      <w:r>
        <w:t>Josef vågar å be om Jesu kropp og sørgjer for gravlegginga. Kvinnene ser kvar Jesus blir lagd.</w:t>
      </w:r>
    </w:p>
    <w:p>
      <w:pPr>
        <w:pStyle w:val="Heading2"/>
      </w:pPr>
      <w:r>
        <w:t>Kommentar</w:t>
      </w:r>
    </w:p>
    <w:p>
      <w:r>
        <w:t>Det var førebuingsdagen, dagen før sabbaten. Josef frå Arimatea, eit høgt akta medlem av rådet, våga seg til Pilatus og bad om å få liket.</w:t>
      </w:r>
    </w:p>
    <w:p>
      <w:r>
        <w:t>Eg merkar meg ordet våga. Det kosta noko. Han var ein av dei som hadde makt. Og han gjekk no fram og knytte namnet sitt til ein krossfest mann.</w:t>
      </w:r>
    </w:p>
    <w:p>
      <w:r>
        <w:t>Pilatus undrast over at Jesus alt var død. Han kallar på offiseren og får det stadfest. Så gjev han Josef liket.</w:t>
      </w:r>
    </w:p>
    <w:p>
      <w:r>
        <w:t>Josef kjøper linklede, tek han ned, sveipar han inn og legg han i ei grav som er hoggen ut i berget. Så rullar han ein stein for inngangen.</w:t>
      </w:r>
    </w:p>
    <w:p>
      <w:r>
        <w:t>Maria Magdalena og Maria, mor til Joses, ser kvar han blir lagd.</w:t>
      </w:r>
    </w:p>
    <w:p>
      <w:r>
        <w:t>Det er ei stille forteljing. Ingen ord. Berre hender som gjer det som må gjerast. Eg tenkjer på alle gravferdene eg har vore med på. Den stille omsorga for ein død kropp. Å leggja nokon til kvile. Det er ein av dei siste kjærleiksgjerningane vi kan gjera.</w:t>
      </w:r>
    </w:p>
    <w:p>
      <w:r>
        <w:t>Og kvinnene ser. Dei merkar seg staden. Dei skal koma att.</w:t>
      </w:r>
    </w:p>
    <w:p>
      <w:pPr>
        <w:pStyle w:val="Heading2"/>
      </w:pPr>
      <w:r>
        <w:t>Sjå nøye etter</w:t>
      </w:r>
    </w:p>
    <w:p>
      <w:r>
        <w:t>Kva gjer Josef, og korleis blir Jesu død stadfest? Kva merkar kvinnene seg?</w:t>
      </w:r>
    </w:p>
    <w:p>
      <w:pPr>
        <w:pStyle w:val="Heading2"/>
      </w:pPr>
      <w:r>
        <w:t>Til ettertanke</w:t>
      </w:r>
    </w:p>
    <w:p>
      <w:r>
        <w:t>Kva stille omsorg kan eg gje når orda ikkje strekk til?</w:t>
      </w:r>
    </w:p>
    <w:p>
      <w:pPr>
        <w:pStyle w:val="Heading2"/>
      </w:pPr>
      <w:r>
        <w:t>Saman</w:t>
      </w:r>
    </w:p>
    <w:p>
      <w:r>
        <w:t>Korleis kan vi støtta menneske etter eit dødsfall og i dei praktiske oppgåvene som følgjer?</w:t>
      </w:r>
    </w:p>
    <w:p>
      <w:pPr>
        <w:pStyle w:val="Heading2"/>
      </w:pPr>
      <w:r>
        <w:t>Lev det ut</w:t>
      </w:r>
    </w:p>
    <w:p>
      <w:r>
        <w:t>Gje ei konkret hjelp eller ei stille oppmuntring til nokon som sørgjer.</w:t>
      </w:r>
    </w:p>
    <w:p>
      <w:pPr>
        <w:pStyle w:val="Heading2"/>
      </w:pPr>
      <w:r>
        <w:t>Bøn</w:t>
      </w:r>
    </w:p>
    <w:p>
      <w:r>
        <w:t>Far, takk for menneske som viser omsorg i sorga. Hjelp oss å vera trufaste og gjera det som trengst.</w:t>
      </w:r>
    </w:p>
    <w:p>
      <w:pPr>
        <w:pStyle w:val="Heading1"/>
        <w:pageBreakBefore/>
      </w:pPr>
      <w:r>
        <w:t>Leksjon 18 Han er ikkje her</w:t>
      </w:r>
    </w:p>
    <w:p>
      <w:r>
        <w:t>Les Mark 16,1–8 i Bibelen din.</w:t>
      </w:r>
    </w:p>
    <w:p>
      <w:pPr>
        <w:pStyle w:val="Heading2"/>
      </w:pPr>
      <w:r>
        <w:t>Gå inn i forteljinga</w:t>
      </w:r>
    </w:p>
    <w:p>
      <w:r>
        <w:t>Kvinnene går til grava med oljar og eit uløyst praktisk spørsmål. Les bodskapen dei får, særleg orda om Peter.</w:t>
      </w:r>
    </w:p>
    <w:p>
      <w:pPr>
        <w:pStyle w:val="Heading2"/>
      </w:pPr>
      <w:r>
        <w:t>Kommentar</w:t>
      </w:r>
    </w:p>
    <w:p>
      <w:r>
        <w:t>Då sabbaten var over, kjøpte kvinnene velluktande oljar for å salva han. Og tidleg den første dagen i veka, då sola rann, gjekk dei til grava.</w:t>
      </w:r>
    </w:p>
    <w:p>
      <w:r>
        <w:t>Dei spør kvarandre: Kven skal rulla steinen frå inngangen for oss? Det er eit så praktisk spørsmål. Dei hadde ikkje tenkt ut korleis dei skulle gjera det. Dei gjekk likevel.</w:t>
      </w:r>
    </w:p>
    <w:p>
      <w:r>
        <w:t>Eg er glad i det. Kor ofte har eg ikkje gått mot noko utan å vita korleis det skulle løysa seg? Og funne at steinen alt var rulla bort.</w:t>
      </w:r>
    </w:p>
    <w:p>
      <w:r>
        <w:t>For det er han. Steinen er borte. Dei går inn og ser ein ung mann i kvite klede, og dei blir forskrekka. Han seier: Ver ikkje forskrekka. De leitar etter Jesus frå Nasaret, han som vart krossfest. Han er stått opp, han er ikkje her. Sjå, der er staden dei la han.</w:t>
      </w:r>
    </w:p>
    <w:p>
      <w:r>
        <w:t>Og så: Men gå og sei til læresveinane hans og til Peter: Han går føre dykk til Galilea. Der skal de sjå han, slik han sa dykk.</w:t>
      </w:r>
    </w:p>
    <w:p>
      <w:r>
        <w:t>Og til Peter. Eg les desse tre orda som noko av det finaste i heile evangeliet. Han som fornekta, blir nemnd ved namn. Han er ikkje avskriven. Han er ikkje gløymd. Han er kalla til å koma.</w:t>
      </w:r>
    </w:p>
    <w:p>
      <w:r>
        <w:t>Kvinnene går ut og flyr frå grava. Dei skjelv og er ute av seg. Og dei seier ikkje noko til nokon, for dei er redde.</w:t>
      </w:r>
    </w:p>
    <w:p>
      <w:r>
        <w:t>Eg har lenge undra meg over at avsnittet sluttar slik. Med frykt og tagnad. Men eg trur eg forstår det betre no. Markus lèt det stå ope, som ein invitasjon. Kvinnene tagde. Men vi, som har lese heile forteljinga, kan ikkje tia. Det er vi som må fortelja det vidare.</w:t>
      </w:r>
    </w:p>
    <w:p>
      <w:r>
        <w:t>Og han går framleis føre, til Galilea, til kvardagen, til der det heile byrja.</w:t>
      </w:r>
    </w:p>
    <w:p>
      <w:pPr>
        <w:pStyle w:val="Heading2"/>
      </w:pPr>
      <w:r>
        <w:t>Sjå nøye etter</w:t>
      </w:r>
    </w:p>
    <w:p>
      <w:r>
        <w:t>Kva får kvinnene høyra om Jesus, og kva skal dei seia til læresveinane og Peter?</w:t>
      </w:r>
    </w:p>
    <w:p>
      <w:pPr>
        <w:pStyle w:val="Heading2"/>
      </w:pPr>
      <w:r>
        <w:t>Til ettertanke</w:t>
      </w:r>
    </w:p>
    <w:p>
      <w:r>
        <w:t>Kva betyr det at den som svikta, blir nemnd ved namn og kalla til å koma?</w:t>
      </w:r>
    </w:p>
    <w:p>
      <w:pPr>
        <w:pStyle w:val="Heading2"/>
      </w:pPr>
      <w:r>
        <w:t>Saman</w:t>
      </w:r>
    </w:p>
    <w:p>
      <w:r>
        <w:t>Korleis kan vi hjelpa menneske til å høyra at dei ikkje er avskrivne?</w:t>
      </w:r>
    </w:p>
    <w:p>
      <w:pPr>
        <w:pStyle w:val="Heading2"/>
      </w:pPr>
      <w:r>
        <w:t>Lev det ut</w:t>
      </w:r>
    </w:p>
    <w:p>
      <w:r>
        <w:t>Del ei oppmuntring om Jesu nåde med nokon som treng ein ny start.</w:t>
      </w:r>
    </w:p>
    <w:p>
      <w:pPr>
        <w:pStyle w:val="Heading2"/>
      </w:pPr>
      <w:r>
        <w:t>Bøn</w:t>
      </w:r>
    </w:p>
    <w:p>
      <w:r>
        <w:t>Oppstadne Jesus, takk for at du går føre oss. Hjelp oss å ta imot nåden din og fortelja det gode bodskapet vidare.</w:t>
      </w:r>
    </w:p>
    <w:p>
      <w:pPr>
        <w:pStyle w:val="Heading1"/>
        <w:pageBreakBefore/>
      </w:pPr>
      <w:r>
        <w:t>Leksjon 19 Han er med oss</w:t>
      </w:r>
    </w:p>
    <w:p>
      <w:r>
        <w:t>Les Mark 16,9–20 i Bibelen din.</w:t>
      </w:r>
    </w:p>
    <w:p>
      <w:pPr>
        <w:pStyle w:val="Heading2"/>
      </w:pPr>
      <w:r>
        <w:t>Gå inn i forteljinga</w:t>
      </w:r>
    </w:p>
    <w:p>
      <w:r>
        <w:t>Les om den oppstadne Jesus som møter læresveinane, sender dei ut og verkar med dei. La denne avslutninga føra lesinga over i oppdraget.</w:t>
      </w:r>
    </w:p>
    <w:p>
      <w:pPr>
        <w:pStyle w:val="Heading2"/>
      </w:pPr>
      <w:r>
        <w:t>Kommentar</w:t>
      </w:r>
    </w:p>
    <w:p>
      <w:r>
        <w:t>I nyare Biblar står denne lengre avslutninga, enten i klammer eller som ei fotnote. Det er fordi nokre av dei eldste handskriftene ikkje har desse versa. Nokre bibelforskarar meiner at denne lengre avslutninga er skrivne seinare. Sidan avsnittet er ein del av Textus Receptus og har stor støtte, reknar eg med at dette er Guds ord.</w:t>
      </w:r>
    </w:p>
    <w:p>
      <w:r>
        <w:t>Denne avslutninga viser at Jesus var med læresveinane slik han hadde lova. Her er det med fleire forteljingar: Jesus som syner seg for Maria Magdalena, for to på vegen, for dei elleve ved bordet. Han sender dei ut i heile verda. Og han blir teken opp til himmelen. Dette samsvarar jo med dei andre evangelia.</w:t>
      </w:r>
    </w:p>
    <w:p>
      <w:r>
        <w:t>Men eg er glad for at både den korte og den lange slutten har fått stå. Den korte lèt meg sjå kvinnene ved grava, skjelvande og tause. Den lange lèt meg sjå kva som skjedde etterpå: at dei som ikkje trudde, fekk sjå, og at dei gjekk ut.</w:t>
      </w:r>
    </w:p>
    <w:p>
      <w:r>
        <w:t>Eg merkar meg at Jesus i den lange slutten refsar dei elleve for vantrua deira. Og så sender han dei likevel. Det er det same mønsteret som i heile evangeliet. Han kallar dei som ikkje forstår. Han går føre dei som har svikta. Og han sender ut dei som var redde.</w:t>
      </w:r>
    </w:p>
    <w:p>
      <w:r>
        <w:t>Den siste setninga seier at dei gjekk ut og forkynte overalt, og Herren verka med dei.</w:t>
      </w:r>
    </w:p>
    <w:p>
      <w:r>
        <w:t>Eg har sjølv gått ut, mange gonger, til mange stader. Eg har ikkje alltid forstått. Eg har svikta. Eg har vore redd. Men eg har kjent at han verka med.</w:t>
      </w:r>
    </w:p>
    <w:p>
      <w:r>
        <w:t>Og kanskje er det det eg vil seia til slutt, etter å ha gått gjennom heile Markus: Han gjekk føre. Han går framleis føre. Og han stadfestar framleis Ordet sitt med dei teikn han hadde lova skulle følgje dei som trudde og tok misjonsoppdraget på alvor.</w:t>
      </w:r>
    </w:p>
    <w:p>
      <w:pPr>
        <w:pStyle w:val="Heading2"/>
      </w:pPr>
      <w:r>
        <w:t>Sjå nøye etter</w:t>
      </w:r>
    </w:p>
    <w:p>
      <w:r>
        <w:t>Kven møter Jesus, kva oppdrag gjev han, og kva seier det siste verset om Herren si gjerning?</w:t>
      </w:r>
    </w:p>
    <w:p>
      <w:pPr>
        <w:pStyle w:val="Heading2"/>
      </w:pPr>
      <w:r>
        <w:t>Til ettertanke</w:t>
      </w:r>
    </w:p>
    <w:p>
      <w:r>
        <w:t>Kva mot gjev det meg at Jesus sender menneske som har vore redde og ikkje forstått?</w:t>
      </w:r>
    </w:p>
    <w:p>
      <w:pPr>
        <w:pStyle w:val="Heading2"/>
      </w:pPr>
      <w:r>
        <w:t>Saman</w:t>
      </w:r>
    </w:p>
    <w:p>
      <w:r>
        <w:t>Kva menneske og stader er vi kalla til å nå med evangeliet? Korleis kan vi be og gå saman?</w:t>
      </w:r>
    </w:p>
    <w:p>
      <w:pPr>
        <w:pStyle w:val="Heading2"/>
      </w:pPr>
      <w:r>
        <w:t>Lev det ut</w:t>
      </w:r>
    </w:p>
    <w:p>
      <w:r>
        <w:t>Ta eit konkret steg for å dela evangeliet. Be for dei du møter, også for læking og Guds hjelp, i tillit til at Herren verkar med.</w:t>
      </w:r>
    </w:p>
    <w:p>
      <w:pPr>
        <w:pStyle w:val="Heading2"/>
      </w:pPr>
      <w:r>
        <w:t>Bøn</w:t>
      </w:r>
    </w:p>
    <w:p>
      <w:r>
        <w:t>Herre Jesus, takk for at du er med oss. Gje oss mot til å forkynna evangeliet, og stadfest ordet ditt medan vi går i oppdraget du har gjeve oss.</w:t>
      </w:r>
    </w:p>
    <w:p>
      <w:pPr>
        <w:pStyle w:val="Heading1"/>
        <w:pageBreakBefore/>
      </w:pPr>
      <w:r>
        <w:t>Stans og sjå tilbake på modul 6</w:t>
      </w:r>
    </w:p>
    <w:p>
      <w:r>
        <w:t>Les Mark 14,22–25, Mark 15,39 og Mark 16,6–7. Kva har du oppdaga om Jesus gjennom gåva hans, døden hans og oppstoda? Følg også Peter frå lovnadene, gjennom sviket og fram til at namnet hans blir nemnt ved grava. Kva lærer dette oss om nåden?</w:t>
      </w:r>
    </w:p>
    <w:p>
      <w:r>
        <w:t>Del det som har gripi dykk mest, og be for kvarandre. Les så Mark 16,15–20 og snakk om korleis de vil leva vidare i Jesu oppdrag, i tillit til at Herren verkar med.</w:t>
      </w:r>
    </w:p>
    <w:p>
      <w:pPr>
        <w:pStyle w:val="Heading1"/>
        <w:pageBreakBefore/>
      </w:pPr>
      <w:r>
        <w:t>Hald fram med å følgja Jesus</w:t>
      </w:r>
    </w:p>
    <w:p>
      <w:r>
        <w:t>Vi har følgt Jesus frå Jordan til den tomme grava og utsendinga til heile verda. Vi har høyrt kallet hans, sett omsorga hans og møtt orda som utfordrar oss. Læresveinane forstod ikkje alt, og dei svikta. Likevel gjekk Jesus føre dei og sende dei ut. Han går framleis føre.</w:t>
      </w:r>
    </w:p>
    <w:p>
      <w:r>
        <w:t>Sjå tilbake på det du har skrive og delt gjennom kurset. Kva har du lært om Jesus, og kvar har livet ditt byrja å bli forma av orda hans? Vel eitt konkret steg du vil halda fram med. Del det med nokon du kan be og følgja Jesus saman med.</w:t>
      </w:r>
    </w:p>
    <w:p>
      <w:r>
        <w:t>Be om hjelp til å sjå menneska rundt deg, lytta til Jesus og gjera det han lærer deg. Ta del i fellesskapet, og ver open for kven han vil senda deg til. Kurset endar, men vandringa og oppdraget held fram.</w:t>
      </w:r>
    </w:p>
    <w:p>
      <w:pPr>
        <w:pStyle w:val="Heading2"/>
      </w:pPr>
      <w:r>
        <w:t>Bøn</w:t>
      </w:r>
    </w:p>
    <w:p>
      <w:r>
        <w:t>Herre Jesus, takk for alt du har vist oss gjennom Markus. Takk for krossen, oppstoda og nåden din. Hjelp oss å følgja deg i kvardagen, tena menneska med kjærleik og bera evangeliet vidare. Ver med oss og stadfest ordet ditt slik du har lova.</w:t>
      </w:r>
    </w:p>
    <w:sectPr w:rsidR="00FC693F" w:rsidRPr="0006063C" w:rsidSect="00034616">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